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27Sp/19/2014 z 22. 2. 2015</w:t>
      </w:r>
    </w:p>
    <w:p>
      <w:r>
        <w:t>Opravné uznesenie Krajského súdu Banská Bystrica z 22. februára 2015, sp. zn. 27Sp/19/2014, ECLI:SK:KSBB:2015:6014200370.2</w:t>
      </w:r>
    </w:p>
    <w:p>
      <w:r>
        <w:t>Súd: Krajský súd Banská Bystrica</w:t>
      </w:r>
    </w:p>
    <w:p>
      <w:r>
        <w:t>Spisová značka: 27Sp/19/2014</w:t>
      </w:r>
    </w:p>
    <w:p>
      <w:r>
        <w:t>ECLI: ECLI:SK:KSBB:2015:6014200370.2</w:t>
      </w:r>
    </w:p>
    <w:p>
      <w:r>
        <w:t>Dátum vydania: 22. 2.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27Sp/19/2014 Identifikačné číslo súdneho spisu: 6014200370 Dátum vydania rozhodnutia: 23. 02. 2015 Meno a priezvisko sudcu, VSÚ: JUDr. Alena Antalová ECLI: ECLI:SK:KSBB:2015:6014200370.2 Opravné uznesenie Krajský súd v Banskej Bystrici v právnej veci navrhovateľa: O. A., nar. XX.XX.XXXX, bytom S. XXX, XXX XX S. - G. proti odporcovi: Centrum právnej pomoci, Nám. Slobody 12, 810 05 Bratislava, Kancelária Žilina, Národná 34, 011 00 Žilina o preskúmanie zákonnosti rozhodnutia odporcu sp. zn. 9913/2013- KaZA, R. z.: 4475/2014 zo dňa 27.01.2014 takto r o z h o d o l : O p r a v u j e zrejmú nesprávnosť v záhlaví, výroku a odôvodnení rozsudku Krajského súdu v Banskej Bystrici č. k. 27Sp/19/2014-114 zo dňa 17.12.2014 tak, že správne číslo rozhodnutia odporcu je: „9913/2013-KaZA, R. z.: 4475/2014“. o d ô v o d n e n i e : Rozsudkom č.k. 27Sp/19/2014-114 zo dňa 17.12.2014 Krajský súd v Banskej Bystrici potvrdil rozhodnutie odporcu č. 9913/2013-KaZA, R. z.: 4475/2014 zo dňa 27.01.2014 a navrhovateľovi náhradu trov konania nepriznal. Podľa § 246c ods. 1 prvá veta Občianskeho súdneho poriadku (ďalej len „O.s.p.“) pre riešenie otázok, ktoré nie sú priamo upravené v tejto časti, sa použijú primerane ustanovenia prvej, tretej a štvrtej časti tohto zákona. Podľa § 164 O.s.p. súd kedykoľvek aj bez návrhu opraví v rozhodnutí chyby v písaní a v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Súd zistil, že pri písomnom vyhotovení predmetného rozsudku došlo k chybe, resp. zrejmej nesprávnosti, keď v záhlaví, výroku i v odôvodnení predmetného rozsudku bolo nesprávne uvedené číslo rozhodnutia odporcu ako 9913/2014-KaZA, R. z.: 4475/2014. Z obsahu súdneho i administratívneho spisu, ako aj zo zápisnice o pojednávaní zo dňa 17.12.2014 vyplýva, že predmetom súdneho prieskumu na základe podaného odvolania navrhovateľa bolo rozhodnutie odporcu č. 9913/2013-KaZA, R. z.: 4475/2014 zo dňa 27.01.2014 a takto bol predmetný rozsudok na pojednávaní dňa 17.12.2014 aj vyhlásený. Pri prepisovaní predmetného rozsudku z diktafónového záznamu bolo nesprávne uvedené číslo rozhodnutia odporcu tak, ako je vyššie uvedené, pričom správne číslo rozhodnutia odporcu, pokiaľ sa uvádza v záhlaví, výroku i odôvodnení predmetného rozsudku Krajského súdu v Banskej Bystrici č. 27Sp/19/2014-114 zo dňa 17.12.2014 má znieť: „9913/2013-KaZA, R. z.: 4475/2014 zo dňa 27.01.2014“. Na základe uvedených skutočností bola preto podľa § 246c ods. 1 veta prvá O.s.p. a § 164 O.s.p. v spojení s § 157 ods. 1 O.s.p. vykonaná oprava záhlavia, výroku a odôvodnenia rozsudku Krajského súdu v Banskej Bystrici č. 27Sp/19/2014-114 zo dňa 17.12.2014 týmto opravným uznesením tak, ako je uvedené vo výroku tohto opravného uznesenia s tým, že správne má byť uvedené číslo rozhodnutia odporcu : 9913/2013-KaZA, R. z.: 4475/2014 zo dňa 27.01.2014. Poučenie: Proti tomuto rozhodnutiu je prípustné odvolanie v lehote 15 dní odo dňa jeho doručenia, písomne, dvojmo, prostredníctvom tunajšieho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https://www.kauzis.sk/judikatura/r/ECLI:SK:KSBB:2015:6014200370.2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