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20Sd/182/2014 z 23. 4. 2015</w:t>
      </w:r>
    </w:p>
    <w:p>
      <w:r>
        <w:t>Uznesenie Krajského súdu Banská Bystrica z 23. apríla 2015, sp. zn. 20Sd/182/2014, ECLI:SK:KSBB:2015:6014200895.2</w:t>
      </w:r>
    </w:p>
    <w:p>
      <w:r>
        <w:t>Súd: Krajský súd Banská Bystrica</w:t>
      </w:r>
    </w:p>
    <w:p>
      <w:r>
        <w:t>Spisová značka: 20Sd/182/2014</w:t>
      </w:r>
    </w:p>
    <w:p>
      <w:r>
        <w:t>ECLI: ECLI:SK:KSBB:2015:6014200895.2</w:t>
      </w:r>
    </w:p>
    <w:p>
      <w:r>
        <w:t>Dátum vydania: 23. 4.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20Sd/182/2014 Identifikačné číslo súdneho spisu: 6014200895 Dátum vydania rozhodnutia: 24. 04. 2015 Meno a priezvisko sudcu, VSÚ: JUDr. Jarmila Badíková ECLI: ECLI:SK:KSBB:2015:6014200895.2 Uznesenie Krajský súd v Banskej Bystrici v právnej veci navrhovateľa, Z. Y., nar. X. S. XXXX, bytom XXX XX G. XX, proti odporkyni: Sociálna poisťovňa, ul. 29. augusta č. 8, 813 63 Bratislava, o preskúmaní rozhodnutia o invalidnom dôchodku takto r o z h o d o l : Konanie vo veci rozhodnutia odporkyne č. XXX XXX XXXX X zo dňa 17. apríla 2014 z a s t a v u j e. Navrhovateľovi nepriznáva právo na náhradu trov konania. o d ô v o d n e n i e : Odporkyňa rozhodnutím č. XXX XXX XXXX X z 17.04.2014 podľa § 70 ods. 1 zákona č. 461/2003 Z. z. o sociálna poisťovňa zamietla žiadosť navrhovateľa o priznanie invalidného dôchodku. Navrhovateľ podal voči uvedenému rozhodnutiu v zákonom stanovenej lehote opravný prostriedok s odvolaním sa na svoj zlý zdravotný stav . Na základe opravného prostriedku bol zdravotný stav navrhovateľa opätovne prehodnotený posudkovým lekárom SP - ú v Banskej Bystrici posudku zo dňa 05.03.2015 so záverom, že navrhovateľ má 75 % mieru poklesu schopnosti vykonávať zárobkovú činnosť. Vzhľadom na uvedené odporkyňa rozhodnutím č. XXX XXX XXXX X zo dňa 24.03.2015 priznala navrhovateľovi invalidný dôchodok od 05.03.2015 v sume 236,90 Eur mesačne a ďalším rozhodnutím zo dňa 25.03.2015 zrušila svoje rozhodnutie zo dňa 17.04.2014. Podľa § 250l ods. 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 2 v spojitosti s § 250k ods. 1 OSP, navrhovateľ bol v konaní úspešný, ale náhradu trov konania si neuplatnil a preto mu súd náhradu trov konania nepriznal.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https://www.kauzis.sk/judikatura/r/ECLI:SK:KSBB:2015:6014200895.2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