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Banská Bystrica sp. zn. 20Sd/256/2014 z 18. 8. 2015</w:t>
      </w:r>
    </w:p>
    <w:p>
      <w:r>
        <w:t>Opravné uznesenie Krajského súdu Banská Bystrica z 18. augusta 2015, sp. zn. 20Sd/256/2014, ECLI:SK:KSBB:2015:6014201212.2</w:t>
      </w:r>
    </w:p>
    <w:p>
      <w:r>
        <w:t>Súd: Krajský súd Banská Bystrica</w:t>
      </w:r>
    </w:p>
    <w:p>
      <w:r>
        <w:t>Spisová značka: 20Sd/256/2014</w:t>
      </w:r>
    </w:p>
    <w:p>
      <w:r>
        <w:t>ECLI: ECLI:SK:KSBB:2015:6014201212.2</w:t>
      </w:r>
    </w:p>
    <w:p>
      <w:r>
        <w:t>Dátum vydania: 18. 8.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20Sd/256/2014 Identifikačné číslo súdneho spisu: 6014201212 Dátum vydania rozhodnutia: 19. 08. 2015 Meno a priezvisko sudcu, VSÚ: JUDr. Jarmila Badíková ECLI: ECLI:SK:KSBB:2015:6014201212.2 Opravné uznesenie Krajský súd v Banskej Bystrici v právnej veci navrhovateľa: Q. Q., nar. XX. T. XXXX, bytom Ul. D. č. XX, XXX XX Q., zastúpený advokátom JUDr. Mariánom Ďurinom, AK, Ul. Sibírska č. 4, 831 02 Bratislava proti odporkyni: Sociálnej poisťovni, ústredie, ul. 29. augusta č. 8, 813 63 Bratislava o oprave rozhodnutia o preskúmaní rozhodnutia o starobnom a invalidnom dôchodku, takto r o z h o d o l : Rozsudok Krajského súdu v Banskej Bystrici č. k. 20Sd/256/2014-72 a č. k. 20Sd/257/2014 zo dňa 11.03.2015 sa v časti odôvodnenie opravuje takto: Navrhovateľ potom pracoval ako invalidný dôchodca od 20.01.2006 až do 29.02.2008. o d ô v o d n e n i e : Krajský súd v Banskej Bystrici rozsudkom č. k. 20Sd/256/2014-72 a č. k. 20Sd/257/2014 zo dňa 11.03.2015 potvrdil rozhodnutie odporkyne č. XXX XXX XXXX X zo dňa 23.06.2014 a rozhodnutie odporkyne č. XXX XXX XXXX X. zo dňa 26.06.2014 zrušil a vec jej vrátil na ďalšie konanie. Navrhovateľovi priznal čiastočnú náhradu trov právneho zastúpenia. V písomnom vyhotovení rozsudku došlo k pisárskej chybe, keď v odôvodnení rozsudku na str. 6 druhý odsek bolo uvedené nesprávne obdobie, počas ktorého navrhovateľ pracoval ako invalidný dôchodca od 20.01.2006 až do 29.02.2006. Navrhovateľ v podanom odvolaní voči uvedenému rozsudku žiadal opraviť toto obdobie. Podľa § 246c prvá veta OSP pre riešenie otázok, ktoré nie sú priamo upravené v tejto časti, sa použijú primerane ustanovenia prvej, tretej a štvrtej časti tohto zákona. Podľa § 164 OSP súd kedykoľvek aj bez návrhu opraví v rozsudku chyby v písaní a počítaní, ako aj iné zrejmé nesprávnosti. O oprave vydá opravné uznesenie, ktoré doručí účastníkom. Pritom môže odložiť vykonateľnosť rozsudku na čas, kým opravné uznesenie nenadobudne právoplatnosť. Vzhľadom k tomu, že išlo o zrejmú nesprávnosť, súd v zmysle § 164 OSP vykonal opravu časti odôvodnenia týmto opravným uznesením. Poučenie: Proti tomuto uzneseniu je prípustné odvolanie do 15 dní odo dňa jeho doručenia, písomne vo dvoch vyhotoveniach, prostredníctvom konajúceho súdu na Najvyšší súd SR v Bratislave. Odvolanie je možné podať len z dôvodov uvedených v ust. § 205 ods. 2 OSP.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https://www.kauzis.sk/judikatura/r/ECLI:SK:KSBB:2015:6014201212.2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