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20Sd/258/2014 z 10. 3. 2015</w:t>
      </w:r>
    </w:p>
    <w:p>
      <w:r>
        <w:t>Rozsudok Krajského súdu Banská Bystrica z 10. marca 2015, sp. zn. 20Sd/258/2014, ECLI:SK:KSBB:2015:6014201217.1</w:t>
      </w:r>
    </w:p>
    <w:p>
      <w:r>
        <w:t>Súd: Krajský súd Banská Bystrica</w:t>
      </w:r>
    </w:p>
    <w:p>
      <w:r>
        <w:t>Spisová značka: 20Sd/258/2014</w:t>
      </w:r>
    </w:p>
    <w:p>
      <w:r>
        <w:t>ECLI: ECLI:SK:KSBB:2015:6014201217.1</w:t>
      </w:r>
    </w:p>
    <w:p>
      <w:r>
        <w:t>Dátum vydania: 10. 3. 2015</w:t>
      </w:r>
    </w:p>
    <w:p>
      <w:r>
        <w:t>Forma: Rozsudok</w:t>
      </w:r>
    </w:p>
    <w:p>
      <w:r>
        <w:t>Oblasť práva: Správne právo</w:t>
      </w:r>
    </w:p>
    <w:p>
      <w:pPr>
        <w:pStyle w:val="Heading2"/>
      </w:pPr>
      <w:r>
        <w:t>Text rozhodnutia</w:t>
      </w:r>
    </w:p>
    <w:p>
      <w:r>
        <w:t>Súd: Krajský súd Banská Bystrica Spisová značka: 20Sd/258/2014 Identifikačné číslo súdneho spisu: 6014201217 Dátum vydania rozhodnutia: 11. 03. 2015 Meno a priezvisko sudcu, VSÚ: JUDr. Jarmila Badíková ECLI: ECLI:SK:KSBB:2015:6014201217.1 ROZSUDOK V MENE SLOVENSKEJ REPUBLIKY Krajský súd v Banskej Bystrici v konaní samosudkyňou JUDr. Jarmilou Badíkovou v právnej veci navrhovateľa: J. U., nar. X. D. XXXX, bytom U. XXX/XX, XXX XX F., proti odporkyni: Sociálna poisťovňa, ústredie, ul. 29. augusta č. 8, 813 63, Bratislava o preskúmanie rozhodnutia o invalidnom dôchodku takto r o z h o d o l : Rozhodnutie odporkyne č. XXX XXX XXXX X zo dňa 12. júna 2014 z r u š u j e podľa § 250l ods. 2 a § 250j ods. 2 písm. c/, d/ O.s.p. a vec vracia odporkyni na ďalšie konanie. Navrhovateľovi nepriznáva právo na náhradu trov konania. o d ô v o d n e n i e : Odporkyňa rozhodnutím č. XXX XXX XXXX X z 12.06.2014 zamietla žiadosť navrhovateľ o priznanie invalidného dôchodku s odôvodnením, že nie je invalidný podľa § 70 a § 71 zákona č. 461/2003 Z. z. o sociálnom poistení /ďalej len zsp/, pretože podľa posudku posudkového lekára SP pobočka Banská Bystrica z 02.05.2014 miera poklesu schopnosti vykonávať zárobkovú činnosť u navrhovateľa je 30 %. Navrhovateľ podal voči uvedenému rozhodnutiu opravného prostriedku s odvolaním sa na svoj zlý zdravotný stav. Navrhovateľ tiež uviedol, že pri posúdení jeho zdravotného stavu dňa 29.04.2014 mu posudková lekárka stanovila percento miery poklesu schopnosti vykonávať zárobkovú činnosť vo výške 50 %. Následne ho telefonicky predvolali opätovne na pobočku, kde mu posudková lekárka oznámila, že ruší svoje rozhodnutie zo dňa 29.04.2014 a mieru poklesu schopnosti vykonávať zárobkovú činnosť mu určuje na 30 % z dôvodu neschválenia tohto posudku nadriadeným posudkovým lekárom. Odporkyňa v písomnom stanovisku zo dňa 30.09.2014 uviedla právne a skutkové dôvody, pre ktoré žiadala napadnuté rozhodnutie potvrdiť ako vecne správne. Krajský súd preskúmal napadnuté rozhodnutie a postup odporkyne pred jeho vydaním na pojednávaní dňa 11.03.2015 v zmysle § 250l OSP, oboznámil sa s pripojenými listinnými dôkazmi, vypočul účastníkov a dospel k záveru, že napadnuté rozhodnutie je potrebné zrušiť a vec vrátiť odporkyni na ďalšie konanie. Navrhovateľ trval na podanom opravnom prostriedku a na dôvodoch v ňom uvedených. Navrhovateľ poukázal na lekárske nálezy od R.. J.. F. ako dôkazy jeho zlého zdravotného stavu. Odporkyňa na pojednávaní sa plne pridržiavala písomného stanoviska SP zo dňa 30.9.2014 v ktorom je uvedené, že zdravotný stav navrhovateľa bol posúdený posudkovým lekárom na pobočke a na základe jeho opravného prostriedku posudkovým lekárom ústredia v Banskej Bystrici a posudkoví lekári zhodne posúdili zdravotný stav a jeho mieru poklesu schopnosti vykonávať zárobkovú činnosť vo výške 30 % čo nezakladá invaliditu. Na základe uvedeného žiadala krajský súd, aby napadnuté rozhodnutie ako vecne správne potvrdil. Podľa § 71 ods. 1 zákona č. 461/2003 Z. z. o sociálnom poistení poistenec je invalidný, ak pre dlhodobo nepriaznivý zdravotný stav má pokles schopnosti vykonávať zárobkovú činnosť o viac ako 40 % v porovnaní so zdravou fyzickou osobou. Podľa ods. 2 cit. ust. dlhodobo nepriaznivý zdrav. stav je taký zdrav.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 6 cit. ust. miera poklesu schopnosti vykonávať zárobkovú činnosť v percentách sa určuje podľa druhu zdravotného postihnutia, ktoré je rozhodujúcou príčinou dlhodobo nepriaznivého zdravotného stavu, a so zreteľom na závažnosť ostatných zdravotných postihnutí. Percentuálna miera poklesu zárobkovej činnosti podľa druhu zdravotného poistenia orgánov a systémov je uvedená v prílohe č. 4 k zákona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 5 zákona č. 461/2003 Z. z. lekársku posudkovú činnosť dôchodkového poistenia vykonáva posudkový lekár sociálneho poistenia príslušnej pobočky a posudkový lekár sociálneho poistenia ústredia Sociálnej poisťovne. Na základe opravného prostriedku posúdila zdravotný stav navrhovateľa opätovne posudková lekárka SP-ú v Banskej Bystrici v posudku zo dňa 09.09.2014 so záverom, že nie je invalidný podľa § 71 ods. 1 zákona č. 461/2003 Z. z. o sociálnom poistení, lebo pre dlhodobo nepriaznivý zdravotný stav má pokles schopnosti vykonávať zárobkovú činnosť 30 % v porovnaní so zdravou fyzickou osobou. Posudková lekárka ako rozhodujúce zdravotné postihnutie uviedla choroby tráviacej sústavy, choroby žalúdka, vredová choroba žalúdka, dvanástnika a často recidivujúcimi procesmi, s atrofickou gastritídou, konzervatívne liečené, s potrebou dispenzárnej starostlivosti, kapitola X, oddiel B, položka 1, písm. b/. Posudková lekárka ďalej v celkovom posudku uviedla, že navrhovateľ je od 03/2013 v starostlivosti gastroenterológa pre bolesti žalúdka. V 03/2013 pri gastrofibroskopickom vyšetrení bola urobená biopsia drobného polypu, pri ktorom potrebná neuroendokrinná neoplázia najskôr typ I. (asociovaný Y.) E.. Následne bol vyšetrený na vyššom pracovisku Univerzitnej nemocnici v J., kde pri gastrofibroskopickom vyšetrení zistených X drobných neuroendokrinných tumorčekov - karcinoidov I. typu do maximálnej veľkosti X mm v teréne ťažkej atrofickej gastritídy. Mal odobraté vzorky na biopsiu z antra a tela žalúdka, ako aj priamo s karcionoidov. Histologicky zistená len dysplázia v teréne ťažkej metalastickej atrofie sliznice žalúdka, ktorú je zatiaľ potrebné dispenzarizovať. Posledné bioptické vyšetrenie zrealizované v 07/2014, pri ktorom zistená naďalej ťažká chronická atrofická gastritída s ložiskovou intestinálnou metaplácziou, so známkami hyperplázie, neuroendokrinných buniek s nálezom viacpočetných mikrokarcinoidov. Uvedené ochorenie zatiaľ nemožno hodnotiť ako zhubné ochorenie, ale len ako dyspláziu sliznice ECL buniek žalúdka v teréne ťažkej metaplatickej atrofie. Týmto bol potvrdený posudok zo dňa 02.05.2014 o posúdení zdravotného stavu navrhovateľa posudkový lekár SP pobočky Banská Bystrica, ktorý bol podkladom pre vydanie napadnutého rozhodnutia. Podľa § 132 OSP dôkazy súd hodnotí podľa svojej úvahy, a to každý dôkaz jednotlivo a všetky dôkazy v ich vzájomnej súvislosti; pričom starostlivo prihliada na všetko, čo vyšlo za konania najavo, včítane toho, čo uviedli účastníci. Vzhľadom na to, že napadnuté rozhodnutie súd zrušil aj dôvodu nepreskúmateľnosti napadnutého rozhodnutia pre nedostatok dôvodov, súd posúdil posudky posudkových lekárov, ktoré boli jediným podkladom pre vydanie napadnutého rozhodnutia. V konaní podľa § 250l a nasl. OSP súd hodnotí posudok podľa zásad vyslovených v ust.§ 132 OSP ako každý iný dôkaz. Posudzuje ho podľa svojej úvahy jednotlivo, ale tiež s prihliadnutím na všetky ostatné dôkazy v ich vzájomnej súvislosti. Keďže ide o dôkazný prostriedok, súd nie je viazaný posudkom a v ňom vyslovenými odbornými závermi. Súd posúdil posudky posudkových lekárov v zmysle citovaného ustanovenia a z hľadiska kritérií stanovených pre posúdenie poklesu schopnosti vykonávať zárobkovú činnosť a dospel k záveru, že predložené posudky nespĺňajú tieto kritériá, nezhodnotili objektívne zdravotný stav navrhovateľa a preto nemôžu byť podkladom pre zhodnotenie miery poklesu schopnosti vykonávať zárobkovú činnosť a pre rozhodnutie o zamietnutí invalidity. Podľa všeobecného posudkového hľadiska uvedeného v kapitole X., oddiel B, pri organických a funkčných ochoreniach žalúdka a čriev sa určí miera poklesu schopnosti zárobkovej činnosti podľa stupňa, rozsahu, vplyvu na stav výživy, subjektívnych ťažkostí, orgánových porúch, podľa nutnosti diétneho stravovania a ich vplyvu na celkovú výkonnosť organizmu. Alergicky podmienené choroby nespôsobujú pokles schopnosti zárobkovej činnosti.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Súd z odborných nálezov zistil, že navrhovateľ trpí na ťažkú chronickú atrofickú gastritídu s ložiskovou intestinálnou metapláziou so známkami hyperplázie neuroendokrinných buniek s nálezom X drobných Q. - carcinoidov X.typu X v antre a X v tele žalúdka. Súd porovnaním tejto diagnózy s hodnotením ochorenia v posudkoch a jeho zaradenie do kapitoly X., oddiel B, položka 1, písm. b/ zistil, že tejto položke nezodpovedá. Súd napadnuté rozhodnutie zrušil aj z dôvodu jeho nepreskúmateľnosti pre nedostatok dôvodov. Odôvodnenie rozhodnutie, v ktorom sú uvedené len citácie príslušných ustanovení zákona, odkaz na posudok posudkového lekára a percentuálne zistený rozsah poklesu schopnosti vykonávať zárobkovú činnosť, bez uvedenia skutočností, ktoré boli podkladom pre rozhodnutie odporkyne, akými úvahami sa odporkyňa riadila pri hodnotení dôkazov a pri použití právnych predpisov, ako sa odporkyňa vysporiadala s námietkami účastníka, ktoré uviedol v opravnom prostriedku a s jeho návrhmi na doplnenie dokazovania, nespĺňa zákonné náležitosti odôvodnenie rozhodnutia. Rozhodnutie musí byť individuálne zdôvodnené tak, aby bolo možné preskúmať jeho zákonnosť s prihliadnutím na jeho odôvodnenie a nie na obsah posudkov, ktoré sú iba podkladom rozhodnutia. Podľa § 250r OSP ak súd zruší rozhodnutie správneho orgánu, je správny orgán pri novom prejednaní viazaný právnym názorom súdu. Na základe uvedeného súd napadnuté rozhodnutie zrušil podľa § 250l ods. 2 a § 250j ods. 2 písm. c/, d/ OSP, vec vrátil odporkyni na ďalšie konanie, v ktorom opätovne posúdi zdravotný stav navrhovateľa v zmysle odôvodnenia tohto rozhodnutia v prítomnosti prísediaceho lekára gastroenterológa. Súd náhradu trov konania posúdil podľa § 250l ods. 2 v spojitosti s § 250k ods. 1 OSP, navrhovateľ v konaní bol úspešný, ale náhradu trov konania si neuplatnil a preto mu súd nepriznal náhradu trov konania. Poučenie: Proti tomuto rozsudku nie je prípustné odvolanie .</w:t>
      </w:r>
    </w:p>
    <w:p/>
    <w:p>
      <w:r>
        <w:t>Zdroj: KAUZIS.SK – https://www.kauzis.sk/judikatura/r/ECLI:SK:KSBB:2015:6014201217.1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