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20Sd/264/2014 z 17. 3. 2015</w:t>
      </w:r>
    </w:p>
    <w:p>
      <w:r>
        <w:t>Rozsudok Krajského súdu Banská Bystrica z 17. marca 2015, sp. zn. 20Sd/264/2014, ECLI:SK:KSBB:2015:6014201250.1</w:t>
      </w:r>
    </w:p>
    <w:p>
      <w:r>
        <w:t>Súd: Krajský súd Banská Bystrica</w:t>
      </w:r>
    </w:p>
    <w:p>
      <w:r>
        <w:t>Spisová značka: 20Sd/264/2014</w:t>
      </w:r>
    </w:p>
    <w:p>
      <w:r>
        <w:t>ECLI: ECLI:SK:KSBB:2015:6014201250.1</w:t>
      </w:r>
    </w:p>
    <w:p>
      <w:r>
        <w:t>Dátum vydania: 17. 3.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20Sd/264/2014 Identifikačné číslo súdneho spisu: 6014201250 Dátum vydania rozhodnutia: 18. 03. 2015 Meno a priezvisko sudcu, VSÚ: JUDr. Jarmila Badíková ECLI: ECLI:SK:KSBB:2015:6014201250.1 ROZSUDOK V MENE SLOVENSKEJ REPUBLIKY Krajský súd v Banskej Bystrici v konaní samosudkyňou JUDr. Jarmilou Badíkovou v právnej veci navrhovateľa: F. B., nar. X. B. XXXX, bytom C. K. XXX, XXX XX, C. N., proti odporkyni: Sociálna poisťovňa, ul. 29. augusta č. 8, 813 63 Bratislava o preskúmanie rozhodnutia o znížení sumy invalidného dôchodku takto r o z h o d o l : Rozhodnutie odporkyne č. XXX XXX XXXX X zo dňa 10. júna 2014 p o t v r d z u j e. Navrhovateľovi nepriznáva právo na náhradu trov konania. o d ô v o d n e n i e : Odporkyňa rozhodnutím č. XXX XXX XXXX X z 10.06.2014 podľa § 73, § 112 ods. 4 a 6, § 82 zákona č. 461/2003 Z. z. o sociálnom poistení znížila navrhovateľovi sumu invalidného dôchodku od 06.07.2014 na sumu 197,90 Eur mesačne s odôvodnením, že podľa posudku posudkového lekára sociálneho poistenia, pobočky Žiar nad Hronom zo dňa 21.05.2014 pokles schopnosti navrhovateľa vykonávať zárobkovú činnosť od 21.05.2014 je 50 %. Navrhovateľ podal proti tomuto rozhodnutiu v zákonom stanovenej lehote návrh na preskúmanie, v ktorom poukázal na svoj zlý zdravotný stav. Odporkyňa v písomnom stanovisku zo dňa 30.09.2014 uviedla právne a skutkové dôvody, pre ktoré žiadala napadnuté rozhodnutie potvrdiť ako vecne správne. Krajský súd preskúmal napadnuté rozhodnutie a postup odporkyne pred jeho vydaním na pojednávaní dňa 18.03.2015 v zmysle § 250l OSP, oboznámil sa s pripojenými listinnými dôkazmi, vypočul odporkyňu, vec preskúmal v neprítomnosti navrhovateľa a dospel k záveru, že opravnému prostriedku navrhovateľa nie je možné vyhovieť. Súd ospravedlnil neprítomnosť navrhovateľa na pojednávaní. Odporkyňa na pojednávaní sa plne pridržiavala písomného stanoviska SP zo dňa 30.9.2014 a v zmysle tohto vyjadrenia žiadala, aby krajský súd napadnuté rozhodnutie č. XXX XXX XXXX X zo dňa 10.6.2014 o znížení sumy invalidného dôchodku ako vecne správne potvrdil. Podľa § 71 ods. 1 zákona č. 461/2003 Z. z. o sociálnom poistení poistenec je invalidný, ak pre dlhodobo nepriaznivý zdravotný stav má pokles schopnosti vykonávať zárobkovú činnosť o viac ako 40 % v porovnaní so zdravou fyzickou osobou. Podľa ods. 2 cit. ust. dlhodobo nepriaznivý zdrav. stav je taký zdrav. stav, ktorý spôsobuje pokles schopnosti vykonávať zárobkovú činnosť a ktorý má podľa poznatkov lekárskej vedy trvať dlhšie ako jeden rok. Percentuálna miera poklesu zárobkovej činnosti podľa druhu zdravotného poistenia orgánov a systémov je uvedená v prílohe č. 4 k zákona č. 461/2003 Z.z. Posúdenie dlhodobosti nepriaznivého zdravotného stavu a jeho následkov na pracovnú schopnosť občana vyžaduje odborné lekárske vedomosti a vo veciach sociálneho poistenia aj pre účely súdneho konania ju vykonávajú posudkoví lekári. Podľa ust. § 153 ods. 5 zákona č. 461/2003 Z. z. lekársku posudkovú činnosť dôchodkového poistenia vykonáva posudkový lekár sociálneho poistenia príslušnej pobočky a posudkový lekár sociálneho poistenia ústredia Sociálnej poisťovne. Z hľadiska kritérií stanovených pre invaliditu podľa zákona č. 461/2003 Z. z. posúdil zdravotný stav navrhovateľa posudkový lekár SP - ú so sídlom v Banskej Bystrici v posudku zo dňa 17.09.2014 pričom ako rozhodujúce zdravotné postihnutie uviedol choroby zmyslových orgánov, sluch, zhubné nádory v oblasti hlavy a krku po stabilizácii zdravotného stavu spravidla po 2 rokoch, kapitola VII, oddiel B, položka 9, písm. c/ so záverom, že navrhovateľ je invalidný podľa § 71 ods. 1 cit. zákona, pretože pre dlhodobo nepriaznivý zdravotný stav má pokles schopnosti vykonávať zárobkovú činnosť o viac ako 40 % v porovnaní so zdravou fyzickou osobou, miera poklesu schopnosti navrhovateľa vykonávať zárobkovú činnosť je 50 %. Posudkový lekár v celkovom posudku ďalej uviedol, že navrhovateľ bol uznaný za invalidného v roku 2008 pre zhubný nádor E. A. a X. s metastázami do lymfatických uzlín krku. Histologicky išlo o spinocelulárny karcinóm hodnotený podľa veľkosti ako R. s dvoma metastázami do lymfatických uzlín na ľavej strane krku (H.), bez vzdialených metastáza v P. štádiu. Nádor bol operačne odstránený. Následne absolvoval chemoterapiu a rádioterapiu. Liečba bola ukončená v 07/2007. Odvtedy je v dispenzárnej starostlivosti otorinolaryngológa. Ochorenie je podľa predložených odborných lekárskych nálezov 7 rokov stabilizované, bez recidívy nádorovej choroby. V popredí ťažkosti je sťažené prehĺtanie, sucho v ústach, chronická únava, nevýkonnosť. Významný pokles na hmotnosti nie je dokumentovaný. V roku 2009 pri laboratórnych vyšetreniach boli hodnoty celkových bielkovín XX.X, krvný obraz bol v norme - bez prejavov Z.. Pri stabilizácii nádorovej choroby viac ako 2 roky je miera poklesu schopnosti vykonávať zárobkovú činnosť 50 %. Od 06/2014 je aj v starostlivosti psychiatra pre epizódu stredne ťažkej depresie. Psychiater pri prvovyšetrení v 06/2014 indikuje malú dávku antidepresív. Kontrolné vyšetrenie na psychiatrickej ambulancii doteraz neabsolvoval. Uvedené ochorenie je novozistené so započatím liečby antidepresívami v malej dávke, efekt ktorých aktuálne zatiaľ nevieme zhodnotiť. Posudkový lekár v pracovnej rekomandácii uviedol, že navrhovateľ môže vykonávať práce bez ťažkej fyzickej námahy, v suchom, teplom prostredí, nie v prachu. Týmto posudkom boli zmenené závery posudku vyhotoveného posudkovým lekárom SP pobočky Žiar nad Hronom zo dňa 21.05.2014, ktorý bol podkladom pre napadnuté rozhodnutie a ktorým bola navrhovateľovi určená miera poklesu schopnosti vykonávať zárobkovú činnosť stanovená na 50 %. Posudkový lekár pobočky spísal s navrhovateľom zápisnicu o ústnom pojednávaní v súlade s § 189 zákona č. 461/2003 Z. z. o sociálnom poistení a navrhovateľ bol informovaný o všetkých skutočnostiach, ktoré sa týkajú posúdenia zdravotného stavu, posudku a miery poklesu schopnosti vykonávať zárobkovú činnosť. Posudkový lekár spísal aj odborný posudok o invalidite. Podľa ust. § 132 O.s.p. dôkazy súd hodnotí podľa svojej úvahy, a to každý dôkaz jednotlivo a všetky dôkazy v ich vzájomnej súvislosti; pritom starostlivo prihliada na všetko, čo vyšlo za konania najavo, včítane toho, čo uviedli účastníci. Krajský súd hodnotil napadnuté rozhodnutie, posudky posudkových lekárov na pojednávaní v zmysle cit. ust. a nadobudol presvedčenie, že rozhodnutie spĺňa náležitosti stanovené zákonom a že posudky boli vypracované po náležitom lekárskom vyšetrení, po zvážení všetkých okolností namietaných navrhovateľom a že závery vychádzajú zo súčasného zdravotného stavu. Krajský súd považoval posudky za objektívne, komplexné a presvedčivé a preto akceptoval ich závery. Vzhľadom na zhodnosť záverov posudkov ohľadne zdravotného postihnutia navrhovateľa, súd dospel k záveru, že zistený skutkový stav u navrhovateľa nespĺňa požiadavky pre priznanie väčšieho percenta miery poklesu schopnosti vykonávať zárobkovú činnosť a preto napadnuté rozhodnutie odporkyne potvrdil ako zákonné a vecne správne. Navrhovateľ nepredložil súdu lekárske nálezy, ktoré by spochybnili vierohodnosť a odbornosť záverov posudkových lekárov. Pre komplexné posúdenie veci súd považuje za potrebné uviesť, že v prípade zhoršenia zdravotného stavu navrhovateľa môže kedykoľvek požiadať príslušnú pobočku SP o prehodnotenie svojho zdravotného stavu, v danom prípade pre potrebu zvýšenia miery poklesu schopnosti vykonávať zárobkovú činnosť. Súd náhradu trov konania posúdil podľa § 250l ods. 2 v spojitosti s § 250k ods. 1 OSP, navrhovateľ v konaní nemal úspech a preto mu súd nepriznal právo na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https://www.kauzis.sk/judikatura/r/ECLI:SK:KSBB:2015:6014201250.1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