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23S/210/2014 z 24. 2. 2015</w:t>
      </w:r>
    </w:p>
    <w:p>
      <w:r>
        <w:t>Rozsudok Krajského súdu Banská Bystrica z 24. februára 2015, sp. zn. 23S/210/2014, ECLI:SK:KSBB:2015:6014201289.2</w:t>
      </w:r>
    </w:p>
    <w:p>
      <w:r>
        <w:t>Súd: Krajský súd Banská Bystrica</w:t>
      </w:r>
    </w:p>
    <w:p>
      <w:r>
        <w:t>Spisová značka: 23S/210/2014</w:t>
      </w:r>
    </w:p>
    <w:p>
      <w:r>
        <w:t>ECLI: ECLI:SK:KSBB:2015:6014201289.2</w:t>
      </w:r>
    </w:p>
    <w:p>
      <w:r>
        <w:t>Dátum vydania: 24. 2. 2015</w:t>
      </w:r>
    </w:p>
    <w:p>
      <w:r>
        <w:t>Forma: Rozsudok</w:t>
      </w:r>
    </w:p>
    <w:p>
      <w:r>
        <w:t>Oblasť práva: Správne právo</w:t>
      </w:r>
    </w:p>
    <w:p>
      <w:pPr>
        <w:pStyle w:val="Heading2"/>
      </w:pPr>
      <w:r>
        <w:t>Text rozhodnutia</w:t>
      </w:r>
    </w:p>
    <w:p>
      <w:r>
        <w:t>Súd: Krajský súd Banská Bystrica Spisová značka: 23S/210/2014 Identifikačné číslo súdneho spisu: 6014201289 Dátum vydania rozhodnutia: 25. 02. 2015 Meno a priezvisko sudcu, VSÚ: JUDr. Drahomíra Mikulajová ECLI: ECLI:SK:KSBB:2015:6014201289.2 ROZSUDOK V MENE SLOVENSKEJ REPUBLIKY Krajský súd v Banskej Bystrici v senáte zloženom z predsedníčky JUDr. Drahomíry Mikulajovej a členov senátu JUDr. Milana Segeča a JUDr. Jozefa Zlochu v právnej veci žalobcu: Všeobecná nemocnica s poliklinikou Lučenec, n.o., so sídlom Námestie republiky č. 15, 984 01 Lučenec, zast. advokátom JUDr. Róbert Gombala, Advokátska kancelária, Ulica P. Rádayho č. 14/A, 984 01 Lučenec, proti žalovanému: Úrad pre dohľad nad zdravotnou starostlivosťou, so sídlom Žellova č. 2, 828 24 Bratislava, o preskúmanie zákonnosti rozhodnutia žalovaného č.k.: ZS 602/00004/2013/R, č.sp.: 71292/1104/2014/923 zo dňa 20. augusta 2014, takto r o z h o d o l : I/ Krajský súd rozhodnutie žalovaného č.k.: ZS 602/00004/2013/R, č.sp.: 71292/1104/2014/923 zo dňa 20. augusta 2014 z r u š u j e podľa § 250j ods. 2 písm. c/ O.s.p. a vec vracia žalovanému na ďalšie konanie. II/ Žalovaný je p o v i n n ý zaplatiť žalobcovi náhradu trov konania na účet právneho zástupcu žalobcu JUDr. Róberta Gombalu v sume 671,92 Eur, do 3 dní odo dňa právoplatnosti tohto rozhodnutia. o d ô v o d n e n i e : Žalovaný napadnutým rozhodnutím č.k. ZS 602/00004/2013/R, č.sp. 71292/1104/2014/923 zo dňa 20.08.2014 čiastočne vyhovel rozkladu žalobcu, ktorý podal proti prvostupňovému rozhodnutiu Úradu pre dohľad nad zdravotnou starostlivosťou, pobočka Banská Bystrica č. ZS/602/00004/2013, č.sp. 141070/42207/2013/604 zo dňa 25.11.2013, ktorým bola žalobcovi uložená pokuta vo výške 4.000 Eur za porušenie ustanovenia § 4 ods. 3 zákona č. 576/2004 Z.z. o zdravotnej starostlivosti pri poskytovaní zdravotnej starostlivosti T. N., nar. XX.XX.XXXX, naposledy bytom C. č. X, XXX XX B. v tom, že pacientovi neposkytol zdravotnú starostlivosť správne, pričom porušenie podľa prvostupňového rozhodnutia spočívalo v tom, že počas hospitalizácie v dňoch od 24.01.2013 do 26.01.2013: - pacientovi nebola vyšetrená sedimentácia, krvné plyny, saturácia O2 pulzným oxymetrom, - spirometrické vyšetrenie pľúc, RTG hrudníka nebolo zhodnotené odborníkom - rádiológom, - počas hospitalizácie nebolo pacientovi vykonané pneumologické vyšetrenie, - pacientovi nebolo zabezpečené pokračovanie hospitalizácie na internom alebo pneumologickom oddelení, kde by sa zdravotný stav pacienta dodiferencoval a následne liečil, - pacientovi neboli podávané mukolytiká, t.j. lieky na rozpúšťanie hlienov, ani expektoranciá, t.j. lieky na uľahčenie vykašliavania, - pacientovi nebola opakovane skontrolovaná a vyhodnotená hodnota glykémie, ktorá mala pri prijatí pacienta hodnotu 8,62 mmol/l. Žalovaný zmenil výrok rozhodnutia napadnutého rozkladom len v rozsahu porušení, keď vypustil, že pokuta sa ukladá aj za to, že počas hospitalizácie u pacienta nebolo vykonané spirometrické vyšetrenie pľúc, inak prvostupňové rozhodnutie zostalo nezmenené, t.j. pokuta bola uložená vo výške 4.000 Eur podľa tých istých právnych predpisov za rovnaké zostávajúce zistené porušenia poskytovateľa zdravotnej starostlivosti. Z odôvodnenia rozhodnutia žalovaného vyplýva, že rozkladová komisia ako poradný orgán predsedu Úradu, zasadala dňa 24.04.2014, pričom dospela k záveru, že účastník konania porušil povinnosť poskytnúť zdravotnú starostlivosť správne. Prvostupňový správny orgán dostatočne zistil skutkový stav, no časť zistených skutočností nepresne vyhodnotil, preto rozkladová komisia navrhla predsedníčke Úradu rozhodnutie zmeniť v časti výroku týkajúcej sa spirometrického vyšetrenia pľúc s tým, že vypustenie tohto porušenia nemá vplyv na výšku uloženej pokuty. Žalovaný v rozkladovom konaní posudzoval zákonnosť postupu v prvostupňovom konaní, ako aj zákonnosť a vecnú správnosť rozhodnutia napadnutého rozkladom. Prvostupňový správny orgán začal správne konanie vo veci uloženia pokuty žalobcovi za porušenie § 4 ods. 3 zákona č. 576/2004 Z.z. z vlastného podnetu, a to na základe zistení pri vykonanom dohľade nad správnym poskytnutím zdravotnej starostlivosti pacientovi T. N., ktorý bol vykonaný na základe podnetu matky pacienta. Žalovaný konštatoval, že prvostupňový správny orgán si v konaní o uložení pokuty zaobstaral potrebné podklady pre rozhodnutie za účelom presného a úplného zistenia skutočného stavu veci. Porušenie povinností bolo zistené ukončeným výkonom dohľadu na mieste nad správnym poskytnutím zdravotnej starostlivosti pacientovi. V záujme objektívneho posúdenia zistených skutočností sa výkonu dohľadu zúčastnili ako prizvané osoby C.. X. D. G.., odborník v špecializačnom odbore traumatológia a úrazová chirurgia, ktorý v odbornom stanovisku zo dňa 17.04.2013 konštatoval, že traumatologická zdravotná starostlivosť bola pacientovi poskytnutá správne; C.. B. N. G.., odborníčka v špecializačnom odbore vnútorné lekárstvo, ktorá vo svojom odbornom stanovisku z 02.04.2013 a zo dňa 17.06.2013 skonštatovala, že žalobca neposkytol pacientovi zdravotnú starostlivosť správne a C.. P. C., Q.., odborník v špecializačnom odbore intervenčná rádiológia, ktorý vo svojom odbornom stanovisku z 19.04.2013 skonštatoval, že zdravotná starostlivosť nebola poskytnutá správne. O vykonanom dohľade bol vyhotovený protokol, ktorý bol podkladom pre rozhodnutie. Protokol bol žalobcovi doručený dňa 06.05.2013. Žalobca sa vyjadril listom zo dňa 16.05.2013, pričom prvostupňový správny orgán prerokoval námietky k protokolu dňa 16.07.2013, o čom bola spísaná zápisnica. Následne prvostupňový správny orgán zaslal účastníkovi konania upovedomenie o začatí správneho konania zo dňa 07.10.2013. Žalobca reagoval na upovedomenie listom zo dňa 21.10.2013, v ktorom uviedol, že nesúhlasí s uložením pokuty, pretože podľa neho neexistuje dôvod na začatie konania o uložení pokuty. Navrhol, aby prvostupňový správny orgán doplnil vo veci dokazovania prostredníctvom odborníka v danom medicínskom odbore alebo súdnym znalcom. Vzniesol námietky ku každému jednotlivému porušeniu. Prvostupňový správny orgán neakceptoval jeho žiadosť o ustanovenie znalca, čo odôvodňoval tým, že z vykonaného dokazovania je dostatočne preukázané porušenie § 4 ods. 3 zákona č. 576/2004 Z.z. a navyše, účastník konania neuviedol žiadne nové skutočnosti, ktoré by neboli predmetom výkonu dohľadu, a ktoré by zistenia prvostupňového správneho orgánu vyvrátili. Žalovaný v druhostupňovom rozhodnutím reagoval na námietky uplatnené v rozklade, ktoré nepovažoval za dôvodné. Opätovne konštatoval, že z predložených dokumentov bolo dostatočne preukázané porušenie § 4 ods. 3 zákona č. 576/2004 Z.z. a účastník konania neuviedol žiadne nové skutočnosti, ktoré by boli dôvodom na zabezpečenia dokazovania súdnym znalcom. Považoval za účelové tvrdenie, že prvostupňový správny orgán sa nevysporiadal s jeho námietkami uvedenými v liste zo dňa 21.10.2013, keďže zo samotného odôvodnenia prvostupňového rozhodnutia vyplýva, že sa podrobne zaoberal v rozhodnutí s námietkami účastníka konania, keď sa vyjadril konkrétne ku každej námietke. Stotožnil sa so stanoviskom prvostupňového orgánu, že nebolo potrebné zabezpečiť spis správneho konania vo veci poskytovania zdravotnej starostlivosti spoločnosťou Falck Záchranná, a.s., Košice, pretože sa jedná o iného poskytovateľa a prešetrenie poskytovania zdravotnej starostlivosti bolo predmetom iného výkonu dohľadu. Nestotožnil sa s tvrdením účastníka konania, že infekciu dýchacích ciest u pacienta bolo možné riešiť ambulantnou cestou, pretože pacient nemal ľahkú infekciu dýchacích ciest, čo potvrdila pitva. Pacient zomrel na obojstranný zápal pľúc. Žalovaný konštatoval, že u pacienta bolo potrebné vedieť aj hodnotu sedimentácie, pretože v laboratórnych vyšetreniach bola zistená zvýšená zápalová aktivita - leukocytóza a pacient mal deň pred prepustením telesnú teplotu cez 38oC a silný kašeľ. Vyšetrenie krvných plynov bolo potrebné urobiť v rámci diagnostického procesu, nakoľko pacient bol tuhý fajčiar, obézny, kašlal tak silno, že to spôsobilo krátkodobé bezvedomie a opakovane udával dýchavicu. Pacientovi preto mala byť odmeraná saturácia kyslíka v krvi, napr. pulzným oxymetrom. Žalovaný považoval za správny postup prvostupňového správneho orgánu, ktorý uvádzal, že RTG snímka pacienta mala byť popísaná príslušným odborníkom. Bez toho, aby lekár internista vedel, ako vyhodnotil snímku rádiológ, stav uzavrel, že z interného hľadiska môže byť pacient prepustený z ústavného zdravotníckeho zariadenia. Žalovaný sa nestotožnil s tvrdením žalobcu, že zdravotný stav pacienta nevyžadoval pneumologické vyšetrenie, pretože toto vyšetrenie bolo ordinované samotným lekárom internistom v rámci konziliárneho vyšetrenia. Vzhľadom na zdravotný stav pacienta mali mu byť podávané lieky na rozpúšťanie hlienov a uľahčenie vykašliavania. Glykémia mala byť skontrolovaná práve preto, že pacient bol diabetik a pri prijatí do ústavného zariadenia uviedol, že žiadne lieky neužíva. Žalovaný, vyhodnotiac jednotlivé námietky v rozklade, konštatoval, že prvostupňový správny orgán postupoval správne, keď nevyhovel opakovanej žiadosti účastníka konania, týkajúcej sa dokazovania súdnym znalcom. Mal za to, že z predložených dôkazov bolo preukázané, že zo strany účastníka konania preukázateľne došlo k pochybeniu pri poskytovaní zdravotnej starostlivosti pacientovi. Zároveň účastník konania v rozklade nepredložil žiadne argumenty ani dôkazy, ktoré by vyvrátili porušenie povinnosti poskytnúť zdravotnú starostlivosť pacientovi správne. V záujme zistenia objektívnej pravdy žalovaný požiadal listom zo dňa 11.02.2014 K.. C.. W. C., Q.. o vypracovanie odborného stanoviska. Požiadal tiež žalobcu o predloženie RTG snímky, ktorú následne poslal K.. C.. W. D., Q.. s požiadavkou o zaujatie stanoviska. K.. C.. W. C., Q.. vypracoval odborné stanovisko zo dňa 17.03.2014, z ktorého vyplynulo, že pochybenie poskytovateľa spočívalo v tom, že počas hospitalizácie nebolo pacientovi zabezpečené pokračovanie v hospitalizácii na internom, resp. pľúcnom oddelení, kde by sa mal zdravotný stav pacienta dodiagnostikovať a následne adekvátne liečiť. Týmto odborným stanoviskom boli potvrdené zistenia prvostupňového správneho orgánu. Žalovaný doručil odborné stanovisko žalobcovi s výzvou, aby sa k nemu vyjadril v lehote do 07.04.2014. Účastník konania sa nahliadnutia do spisu nezúčastnil, a to ani v predĺženom termíne, pričom listom zo dňa 09.04.2014 oznámil, že je zrejmé, že K.. C.. W. C., Q.. nemal pri vypracovaní odborného stanoviska k dispozícii stanovisko K.. C.. W. D., Q.. zo dňa 03.02.2014 a tiež nemal k dispozícii dôkazy, ktoré navrhol doplniť listom zo dňa 31.01.2014, čím došlo k porušeniu práva účastníka konania, keď žalovaný nezabezpečil dostatočné odborné podklady pre správne posúdenie veci. Žalovaný k vyjadreniu účastníka konania zo dňa 09.04.2014 uviedol, že K.. C.. W. C., Q.. sa k stanovisku K.. C.. W. D., Q.. zo dňa 03.02.2014 vyjadril ako člen rozkladovej komisie priamo na komisii. Odborné stanovisko K.. C.. W. C., Q.. je so stanoviskom K.. C.. W. D., CSc. prakticky zhodné a vôbec si neodporujú. Žalovaný k tvrdeniu účastníka konania, že neprizvaním znalca ale konzultanta je spôsobená značná nerovnováha a porušenie práv účastníka konania, uviedol, že sa jedná o účelové tvrdenia, ktoré nemajú vecné ani procesné opodstatnenia, pretože v procese výkonu dohľadu aj správneho konania bol účastník konania informovaný o každom konzultantovi, ktorý sa podieľal na posudzovaní poskytnutej zdravotnej starostlivosti a mal kedykoľvek možnosť konzultanta namietať, čo však nevyužil. Úrad konzultantovi predkladá kompletnú zdravotnú dokumentáciu, pričom všetky medicínske námietky účastníka sú zasielané odbornému konzultantovi na vyjadrenie. Námietku účastníka konania, že konzultant nie je objektívny, keďže vypracúva odborné stanovisko na základe zmluvného vzťahu s Úradom, považuje žalovaný za amatérsku a neprijateľnú. V súvislosti s prípadným nariadením znaleckého dokazovania žalovaný poukázal na právo Úradu, ako správneho orgánu, rozhodnúť o priebehu dokazovania v súlade so zásadou voľného hodnotenia dôkazov a na rozhodnutie Najvyššieho súdu SR sp.zn. 4Sžso 10/2008 zo dňa 26.02.2009. Žalovaný uzavrel, že podkladom pre rozhodnutie boli skutočnosti zistené pri výkone dohľadu a uvedené v protokole, pričom sa vychádzalo z dostupnej zdravotnej dokumentácie pacienta a vyjadrení účastníkov konania a odborných stanovísk konzultantov. Poukázal na ustanovenie § 32 a § 34 ods. 4 Správneho poriadku, v zmysle ktorého rozsah a spôsob zisťovania podkladov pre rozhodnutie určuje správny orgán a vykonávanie dôkazov patrí správnemu orgánu. Podľa žalovaného pokuta bola uložená v súlade s § 50 ods. 2 písm. a/ a § 64 ods. 2 písm. b/ zákona č. 581/2004 Z.z. o zdravotných poisťovniach a dohľade nad zdravotnou starostlivosťou, pričom pokuta je primeraná zisteným nedostatkom, plní preventívnu a výchovnú funkciu a nie je pre žalobcu likvidačnou. Rozhodnutie žalovaného napadol v zákonom stanovenej lehote podaním žaloby žalobca. Navrhol rozhodnutia žalovaného vydané v oboch stupňoch zrušiť a vec vrátiť žalovanému na ďalšie konanie. Žalobou sa domáhal preskúmania napadnutého rozhodnutia v celom rozsahu uloženej pokuty vo výške 4.000 Eur. Uvádzal a namietal najmä tieto skutočnosti: 1. Postup správnych orgánov v rámci celého konania bol v rozpore so zákonom, ako aj vydané rozhodnutia. Aby sa mohlo čo najpresnejšie posúdiť a určiť, či došlo k porušeniu povinností v tejto veci, je nevyhnutné spoľahlivo zistiť, či zamestnanci poskytovateľa pri poskytovaní zdravotnej starostlivosti pacientovi T. N. postupovali v rozpore s bežnými a štandardnými postupmi pri poskytovaní zdravotnej starostlivosti, teda spoľahlivo a správne zistiť skutočný stav veci. 2. Podľa § 70 ods. 1 zákona č. 581/2004 Z.z. sa aj na konanie o ukladaní pokút podľa § 50 ods. 2 citovaného zákona vzťahujú všeobecné predpisy o správnom konaní, t.j. zákon č. 71/1967 Zb.. Poukázal na § 3 ods. 2, § 3 ods. 5, § 32 ods. 1, § 36, § 46 a § 60a a § 61 Správneho poriadku s tým, že žalovaný sa pri posudzovaní a rozhodovaní v tejto veci náležite neriadil týmito ustanoveniami zákona. 3. Žalobca v rámci konania o dohľade aj v rámci správneho konania opakovane predkladal odborné vyjadrenia, ktorými argumentoval, že pri poskytovaní zdravotnej starostlivosti postupoval správne a v zmysle súčasných poznatkov lekárskej vedy, v zmysle ktorých bolo možné považovať pacienta za málo rizikového, a preto mohol byť liečený aj doma, čo je v zhode aj s názorom K.. C.. C., Q.. a K.. C.. D.. Q... Žalovaný na tieto odborné argumenty neprihliadal a absolutizoval len odborné závery jeho konzultantov, ktoré povýšil na úroveň znaleckých posudkov odkazujúc na citované rozhodnutie Najvyššieho súdu SR v diametrálne odlišnej veci, v ktorej sa jednalo o zhodné stanovisko štyroch konzultantov. 4. Vytýkal žalovanému, že nebolo vykonané žalobcom navrhované doplnenie dokazovania ohľadom toho, ako sa poskytla zdravotná starostlivosť pacientovi po ukončení hospitalizácie, najmä skutočnosť, že cca 6 hodín po jeho prepustení z hospitalizácie iný lekár, ktorý pacienta vyšetroval nevyhodnotil jeho zdravotný stav ako nevyhnutný na hospitalizáciu. Pri následne zistenej príčiny smrti pacienta - obojstrannej bronchopneumónii ide o ochorenie, ktoré sa môže rozvinúť v priebehu niekoľko hodín, a preto bolo potrebné zaoberať sa aj stavom pacienta po skončení poskytovania zdravotnej starostlivosti žalobcom. 5. V trestnom konaní vedenom Okresným riaditeľstvom Policajného zboru Lučenec ČVS: ORP-128/ OVK-LC-2013, v ktorom bol posudzovaný skutok prípadného zavinenia úmrtia pacienta T. N. práve v súvislosti s neposkytnutím riadnej zdravotnej starostlivosti, bolo vydané uznesenie, ktorým vyšetrovateľ toto trestné stíhanie zastavil z dôvodu, že skutok nie je trestným činom a nie je dôvod na postúpenie veci. V trestnom konaní bol vypracovaný znalecký posudok znaleckou organizáciou forensic.sk. - W. forenzných medicínskych expertíz, s.r.o. zo dňa 19.11.2013, z ktorého vyplynuli závery potvrdzujúce odborné názory žalobcu o tom, že pacientovi T. N. v čase do ukončenia jeho hospitalizácie poskytoval žalobca zdravotnú starostlivosť správne a pacient sa mohol liečiť aj v domácom prostredí, t.j. rozhodnutie o ukončení hospitalizácie sa nedá hodnotiť ako nesprávny postup. 6. Žalobca predpokladal, že správny orgán v druhostupňovom konaní nariadi znalecké dokazovanie, a preto sám nedal vypracovať znalecký posudok, ktorý by aj tak žalovaný hodnotil len ako listinný dôkaz. Navrhol, aby súd vyžiadal vyššie uvedený znalecký posudok a vykonal ním dokazovanie s poukazovanie na ustanovenie § 250i ods. 2 Os.p., konajúc v úplnej jurisdikcii. 7. Všetky žalovaným ustálené odborné pochybenia pri poskytovaní zdravotnej starostlivosti pacientovi T. N., za ktoré žalovaný žalobcovi uložil pokutu, žalovaný ustálil nesprávne, a preto aj jeho závery o porušení ustanovení § 4 ods. 3 zákona č. 576/2004 Z.z. neobstoja. Z odborných stanovísk predkladaných žalobcom ako aj zo záverov v trestnom konaní a zo znaleckého posudku vyplýva, že zdravotná starostlivosť pacientovi bola poskytnutá zo strany žalobcu správne, a teda žalovaný v správnom konaní nezistil správne skutkový stav veci, a preto je jeho rozhodnutie o uložení pokuty nesprávne. 8. Žalobca odôvodnene predpokladá, že postoj žalovaného, ktorý vytrvale odmieta vykonať znalecké dokazovanie, vychádza z toho, že námietky žalobcu sa dajú považovať len za jeho názory, naproti čomu odborné názory konzultantov považuje žalovaný za správny podklad jeho rozhodnutí. Tento postoj je však podľa žalobcu v rámci správneho konania neudržateľný a spôsobujúci odňatie práv účastníka konania v správnom konaní. 9. Žalovaný svojim prístupom porušil zákon tým, že nedostatočne zistil skutkový stav veci, neobstaral si potrebné podklady pre svoje rozhodnutia, najmä tým, že nedoplnil dokazovanie o posúdení zdravotného stavu pacienta T. N. po jeho prepustení z hospitalizácie a nenariadil vykonanie dôkazov potrebných pre rozhodnutie vo veci - najmä dôkaz znalcom ako aj tým, že nezrušil prvostupňové rozhodnutie a nevrátil vec na nové konanie a rozhodnutie za účelom náležitého zistenia skutkového stavu veci ustanovením znalca, resp. vykonaním ďalších potrebných dôkazov. 10. Podmienkou pre uloženie pokuty poskytovateľovi zdravotnej starostlivosti je spoľahlivé zistenie, že zdravotná starostlivosť nebola poskytnutá správne. Odborný skutkový stav veci, ktorý ustálil žalovaný v rámci správneho konania, je zjavne nesprávny, ako to vyplýva z doterajšej odbornej argumentácie žalobcu z predloženého dôkazu o skončení trestného stíhania a aj zo znaleckého posudku zo dňa 19.11.2013 vypracovaného pre účely trestného konania. Poukázal na rozhodnutia Najvyššieho súdu SR sp.zn. 1Szd/2/2013 a 1Szd/3/2013, v ktorých Najvyšší súd SR vysvetlil a doplnil svoju rozhodovaciu činnosť vo vzťahu k využívaniu znalcov v rámci správneho konania, v ktorom sa zisťuje správnosť poskytovania zdravotnej starostlivosti, pretože táto oblasť je veľmi špecifická a vyžaduje skutočne odborné posúdenie. 11. Žalovaný už v rámci dohľadového konania, v ktorom sa v podstate formuluje odborný záver o poskytnutí/neposkytnutí zdravotnej starostlivosti lege artis zo strany žalobcu, postupuje nesprávne a v rozpore so zákonom a základnými zásadami správneho konania, keďže koná výlučne písomne, nevyužíva inštitút ústneho pojednávania a aj v prípade ústneho prejednávania námietok k protokolu, neprizýva svojich konzultantov, čím existujúce odborné rozpory neodstráni, ale naopak sa ešte prehĺbia. 12. Odôvodnenie výšky uloženej pokuty je nepreskúmateľné, pretože žalovaný jej výšku riadne a presvedčivo nezdôvodnil ani v prvostupňovom ani v druhostupňovom rozhodnutí. V napadnutom rozhodnutí žalovaný vynechal jedno z pochybení, no výšku pokuty neupravil. Postup žalovaného, ktorý pri zmene rozhodnutia prvého stupňa odborne nezdôvodnil podľa zákonných kritérií (závažnosť zisteného nedostatku a jeho následok), prečo ponechal výšku vo výške 4.000 Eur, len potvrdzuje to, že žalovaný výšku pokuty neukladá podľa zákonných kritérií a ani si pre tieto zákonné kritériá nezaobstará dostatočný odborný podklad. Žalovaný v písomnom vyjadrení žalobe zo dňa 29.10.2014 trval na zákonnosti napadnutého rozhodnutia a žalobu navrhol zamietnuť. Zotrvával na stanovisku, že zo zdravotnej dokumentácie ako aj odborných stanovísk získaných v procese výkonu dohľadu a v procese správneho konania je preukázané, že zdravotná starostlivosť pacientovi žalobcom nebola poskytnutá správne. K odborným stanoviskám K.. C.. W. C., Q.. a K.. C.. W. D., Q.. uviedol, že tieto odborné stanoviská sú vecne zhodné. Zastával názor, že žalobca vybral z dvoch odborných stanovísk účelovo len tie časti, ktoré by preukázali, že pri liečbe pacienta postupoval správne. Žalovaný sa stotožnil so záverom odborného stanoviska K.. C.. W. C., Q.., že účastník konania porušil ustanovenie § 4 ods. 3 zákona č. 576/2004 Z.z. v tom, že počas hospitalizácie nebolo pacientovi zabezpečené pokračovanie v hospitalizácii na internom, resp. pľúcnom oddelení, kde by sa zdravotný stav pacienta dodiferencoval a následne adekvátne liečil. Toto považoval za najzávažnejšie pochybenie pri poskytovaní zdravotnej starostlivosti pacientovi. Predmetom výkonu dohľadu nie je prešetrovať príčinnú súvislosť medzi nesprávnym poskytnutím zdravotnej starostlivosti a úmrtím pacienta, a preto druhostupňový správny orgán nevyhovel žiadosti žalobcu na doplnenie dokazovania, aby sa preukázalo, ako bola poskytnutá pacientovi zdravotná starostlivosť po ukončení hospitalizácie. Uviedol, že k špekulatívnym záverom žalobcu o možnom vývoji obojstrannej bronchopneumónie sa nebude vyjadrovať, avšak dal do pozornosti súdu RTG snímku hrudníka pacienta zo dňa 24.01.2013 o 19,00 hod., ktorá potvrdzuje nález bronchopneumónie už pri prijatí pacienta na hospitalizáciu. Znalecký posudok vypracovaný organizáciou forensic.sk - Inštitút forenzných medicínskych expertíz, s.r.o. žalovaný považuje za irelevantný pre toto súdne konanie. Posudok nemal žalovaný k dispozícii pri výkone dohľadu, v správnom konaní a ani v súdnom konaní. Žalovaný neposudzoval poskytovanie zdravotnej starostlivosti z trestnoprávneho hľadiska a neskúmal mieru zavinenia, resp. to, či mohol účastník konania následkom na zdraví pacienta zabrániť. Žalovaný posudzoval a hodnotil postupnosť a správnosť zdravotníckych úkonov, ktoré v danom prípade mali byť urobené. Poskytnutú zdravotnú starostlivosť hodnotí ako nesprávnu aj bez ohľadu na následky, ktoré mala. Na vyvodenie zodpovednosti za spáchanie správneho deliktu stačí, ak sa preukáže, že účastník konania porušil právny predpis a žalovaný ako správny orgán už neskúma, či sa tak stalo úmyselne alebo z nedbanlivosti. Tvrdil, že odborné stanoviská vypracované pre účely správneho konania o uložení pokuty, majú výpovednú hodnotu, ktorá nemôže byť nahradená znaleckým posudkom pre účely trestného konania. Žalovaný neakceptuje tento znalecký posudok, ktorý nebol podkladom pre vydanie rozhodnutia v správnom konaní a navrhol súdu, aby súd pri rozhodovaní v tomto súdnom spore nebral v úvahu tento dôkaz. Zopakoval dôvody k jednotlivým porušeniam povinností žalobcu. Tvrdil, že žalovaný v rámci správneho konania si zistil všetky skutočnosti dôležité pre jeho posúdenie a rozhodnutie a za týmto účelom obstaral všetky podklady a vykonal dokazovanie v potrebnom rozsahu, ktoré bolo nevyhnutné na objasnenie veci, a na základe ktorého vydal napadnuté rozhodnutie. V priebehu výkonu dohľadu boli vypracované tri odborné stanoviská, a to z odboru traumatológie, interná medicína a rádiológia a v procese správneho konania bolo vypracované odborné stanovisko zo špecializačného odboru pneumológia a ftizeológia. Zo zdravotnej dokumentácie, ako aj zo zadovážených odborných stanovísk bolo jasne preukázané, že žalobca zdravotnú starostlivosť pacientovi neposkytol správne. Odborné stanoviská boli vypracované na vysokej odbornej a profesionálnej úrovni a ani ich spochybňovanie zo strany žalobcu nie je dôvodom na to, aby ich žalovaný neakceptoval v celom rozsahu. Žalovaný na základe vyhodnotenia získaných dôkazov v správnom konaní, ako aj pri výkone dohľadu dospel k záveru, že dokazovanie súdnym znalcom nie je potrebné. Žalobcovi bola daná možnosť vyjadriť sa ku každému podkladu pre vydanie rozhodnutia s dostatočnou časovou rezervou. Túto možnosť využil a ku každému podkladu sa písomne vyjadril. Žalovaný rešpektoval všetky procesné práva žalobcu, ktoré vyplývajú zo Správneho poriadku. Dôvody, prečo žalovaný neakceptoval námietku žalobcu k ustanoveniu súdneho znalca, uviedol v napadnutom rozhodnutí ako aj v rozhodnutí prvého stupňa. Vychádzal zo záveru Najvyššieho súdu SR vyslovenom v rozsudku sp.zn. 4Sžso 10/2008 zo dňa 26.02.2009. Žalovaný v súlade so zásadou rýchlosti a hospodárnosti správneho konania uprednostnil taký postup, aby všade, kde je to možné, odvolací orgán rozhodol vo veci samej, preto nepristúpil k zrušeniu a vráteniu veci prvostupňovému správnemu orgánu, ale zmenil rozhodnutie vo výrokovej časti, majúc za to, že zistenie skutkového stavu bolo dostatočné, avšak prvostupňovým správnym orgánom niektoré skutočnosti nesprávne vyhodnotené. Žalovaný dospel k záveru, že spirometrické vyšetrenie nebolo potrebné pacientovi vykonať, pretože pacient mal akútny infekt a výsledky by boli skreslené. Zmena výroku podstatne neovplyvnila zistené pochybenia v poskytnutej zdravotnej starostlivosti, ani jeho závažnosť, preto nemala vplyv na výšku uloženej pokuty. Na výkon dohľadu sa nevzťahujú všeobecné predpisy o správnom konaní v zmysle § 43 ods. 11 zákona č. 581/2004 Z.z., preto žalovaný nemá zákonnú povinnosť nariadiť ústne pojednávanie a tiež prizvať na prerokovanie námietok lekárov z príslušného medicínskeho odboru. Vzhľadom k tomu, že v správnom konaní bolo listinnými dôkazmi dostatočne preukázané pochybenie žalobcu, žalovaný nenariadil ústne pojednávanie. V zmysle § 43 ods. 5 citovaného zákona podkladom na výkon dohľadu a na výkon kontroly poskytovania zdravotnej starostlivosti je zdravotná dokumentácia. Žalovaný neakceptuje tvrdenie žalobcu, že znalecké posudky majú vyššiu dôveryhodnosť, vzhľadom na trestnoprávnu a disciplinárnu zodpovednosť súdnych znalcov. Poukazuje pritom opätovne na rozsudok Najvyššieho súdu SR sp.zn. 4Sžso 10/2008 zo dňa 26.02.2009, ktorý toto tvrdenie vyvracia. K výške pokuty žalovaný uviedol, že bola uložená v rozpätí, ako ukladá zákon, pričom v rozhodnutí prvého ako aj druhého stupňa dostatočne odôvodnil, aké dôvody viedli žalovaného k udeleniu pokuty v dolnej hranici zákonnej možnosti. Žalovaný nemal zákonnú povinnosť pri zmene výroku rozhodnutia zmeniť aj výšku pokuty.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250i ods. 1 O.s.p.; pri preskúmavaní zákonnosti rozhodnutia je pre súd rozhodujúci skutkový stav, ktorý tu bol v čase vydania napadnutého rozhodnutia. Súd môže vykonať dôkazy nevyhnutné na preskúmanie napadnutého rozhodnutia. Podľa § 250i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Keďže predmetom súdneho prieskumu je rozhodnutie správneho orgánu o uložení sankcie, súd koná v plnej jurisdikcii, t.j. nie je viazaný skutkovým stavom zisteným správnym orgánom a je oprávnený sám vykonať dokazovanie podľa tretej časti druhej hlavy O.s.p.. Žalobca v žalobe tvrdil, že zdravotnú starostlivosť pacientovi T. N. poskytol správne a na dôkaz svojho tvrdenia označil znalecký posudok znaleckej organizácie forensic.sk - Inštitút forenzných medicínskych expertíz, s.r.o. zo dňa 19.11.2013, ktorý bol podaný v konaní pred Okresným riaditeľstvom Policajného zboru Lučenec, ČVS: ORP-128/ OVK-LC-2013. Súd vyžiadal žalobcom označený dôkaz, ktorý sa stal súčasťou súdneho spisu. Právny zástupca žalobcu sa oboznámil s týmto dôkazom pri nahliadnutí do spisu dňa 13.01.2015 a poverená zástupkyňa žalovaného dňa 24.02.2015. Právny zástupca žalobcu v replike k vyjadreniu žalovaného zo dňa 26.01.2015 uviedol, že žalobca nesúhlasí s odborným hodnotením ním poskytovanej zdravotnej starostlivosti, ktorú žalovaný považuje za odborne nesprávnu. Nesúhlasil so stanoviskom a postupom žalovaného, ktorý preferuje jedine odborné názory jeho konzultantov a tvrdí, že tieto nemôžu byť nahradené znaleckým posudkom. Zdôraznil, že žalovaný má v rámci správneho konania vychádzať zo spoľahlivo zisteného stavu veci, preto nie je možné prehliadať odborné názory znaleckej organizácie. Zo znaleckého posudku citoval konkrétne závery, z ktorých vyplýva, že žiadne zo zistených diagnóz osobitne, ani ich kombinácia nevyžadovala ďalší pobyt pacienta a liečbu pacienta v nemocnici. Pri popise RTG snímku internistom nešlo o nesprávny postup liečby. V deň prepustenia T. N. XX.XX.XXXX neboli prítomné jednoznačne príznaky ochorenia, pre ktoré by mala hospitalizácia trvať aj naďalej. Na základe predloženej zdravotnej dokumentácie bol zdravotný stav T. N. počas hospitalizácie stabilizovaný. Neboli prítomné príznaky obehového zlyhávania, či jednoznačné prejavy poruchy dýchania a okysličovania krvi. Vo vzťahu k ochoreniam, ktoré sa podieľali na jeho neskoršom úmrtí, boli vykonané také vyšetrenia, podľa ktorých je možné usúdiť, že počas hospitalizácie nebol rozvinutý obraz zápalu pľúc ani obehové zlyhávanie. Objektívnymi vyšetreniami nebolo zistené také ochorenie, pre ktoré by pán T. N. nemohol byť prepustený do domáceho liečenia a ambulantnej odbornej starostlivosti. Znalecká organizácia uviedla, že nezistila žiadnu takú okolnosť pri liečbe pána T. N., ktorá by poukazovala na porušenie dôležitej povinnosti vyplývajúcej z povolania a z konania lekárov, či iného zdravotníckeho personálu žalobcu. Vo vzťahu k ochoreniam a k zdravotnému stavu pacienta (pri zohľadnení pitevného nálezu) boli vykonané u žalobcu potrebné vyšetrenia, ktoré v danom čase mohli preukázať závažnú poruchu zdravia. Vzhľadom k okolnostiam smrti je veľmi pravdepodobné, že k rozvoju alebo k podstatnému zhoršeniu zdravotného stavu mohlo dôjsť aj v krátkom čase dňa 26.01.2013. Vedľajším nálezom bol zápal priedušiek, pre ktorý bola zahájená primeraná liečba, ktorú je možné a obvyklé skontrolovať a ukončiť pod dohľadom príslušného špecialistu ambulantne. Úmrtie T. N. nenastalo následnom nesprávneho postupu pri poskytovaní zdravotnej starostlivosti. Znalecká organizácia nezistila príčinnú súvislosť smrti T. N. s poskytovaním zdravotnej starostlivosti. Podľa žalobcu tieto závery znaleckého posudku sú jednoznačne v zhode s odbornými tvrdeniami žalobcu. Žalovaný predniesol stanovisko k znaleckému posudku na pojednávaní. Na prejednanie veci súd v súlade s § 250g O.s.p. nariadil pojednávanie, ktorého sa zúčastnili obaja účastníci konania. Právny zástupca žalobcu na pojednávaní uviedol, že v čase, keď sa viedlo správne konanie, žalobca nevedel o výsledku trestného konania. Zo znaleckého posudku, ktorý bol podaný v trestnom konaní, vyplývajú odborné závery, ktoré sú v rozpore so závermi, k akým dospel žalovaný. Pokiaľ žalovaný uzavrel pri ukladaní pokuty, že zdravotná starostlivosť poskytovaná žalobcom nebola poskytovaná správne, s tým sa nestotožňuje a má za to, že žalovaný nesprávne ustálil skutkový stav veci. Tvrdil, že žalobca poskytol pacientovi zdravotnú starostlivosť správne, na preukázanie čoho doložili v správnom konaní dôkazy, dožadovali sa nariadenia znaleckého dokazovania, čo však nebolo akceptované. Tvrdil, že zo záverov znaleckého posudku vyplýva, že pacient mohol byť prepustený do domáceho liečenia. Poverená zástupkyňa žalovaného na pojednávaní zdôraznila, že najzávažnejším pochybením žalobcu pri poskytovaní zdravotnej starostlivosti pacientovi bolo to, že pacient bol prepustený do domáceho ošetrenia. Žalobca až po tom, keď bolo zistené, že z jeho strany nebola poskytnutá zdravotná starostlivosť správne, sa začal brániť tým, že poukazoval na nízke skóre, teda, že pacient nebol rizikový a že mohol byť prepustený do domáceho ošetrenia. K znaleckému posudku poukázala na judikatúru Najvyššieho súdu SR, z ktorej vyplýva, že žalobca môže v konaní aj sám predložiť znalecký posudok, k čomu ale v danom prípade nedošlo. Súd by mal v rámci konania podľa piatej časti O.s.p. posudzovať len tie dôkazy, ktoré mal správny orgán k dispozícii v správnom konaní. V trestnom konaní sa posudzujú iné skutočnosti ako v konaní pred Úradom, preto aj predmetný znalecký posudok bol zameraný na iný účel. Úrad posudzuje závažnosť porušení pri poskytovaní zdravotnej starostlivosti, následky a prevenciu. Vyjadrila pochybnosť, či bol posudok podaný znalcami príslušného odboru medicíny, pretože Úrad posudzuje veci špecialistami v danom medicínskom odbore. Navrhla nezohľadniť v konaní znalecký posudok, nebrať ho ako dôkaz k žalobe. Poukázala tiež na závery rozsudku Krajského súdu v Banskej Bystrici vo veci 23S/66/2010, z ktorého vyplýva, že súd v rámci konania podľa piatej časti O.s.p. nemôže sám vysloviť odborný záver o tom, či bola zdravotná starostlivosť poskytnutá v súlade s najnovšími poznatkami lekárskej vedy, pretože takýto záver musí vysloviť správny orgán, je výsledkom správneho uváženia a súd je podaním správnej žaloby iba prizvaný do pozície preskúmania zákonnosti, či vyslovené odborné závery o poskytovaní zdravotnej starostlivosti boli vyslovené v súlade so zákonom, najmä so zásadou voľného hodnotenia dôkazov alebo nie, pričom obsah týchto záverov súd neskúma z hľadiska odborného ale z hľadiska právneho. Krajský súd preskúmal žalobou napadnuté rozhodnutie žalovaného, ako aj postup žalovaného, podľa § 247 a nasl. O.s.p. a po preskúmaní veci napadnuté rozhodnutie žalovaného podľa § 250j ods. 2 písm. c/ O.s.p. zrušil a vec mu vrátil na ďalšie konanie, pretože dospel k záveru, že zistenie skutkového stavu je nedostačujúce pre posúdenie veci. Zo správneho spisu mal súd preukázané, že žalobca poskytoval zdravotnú starostlivosť pacientovi T. N. v čase od 24.01.2013 do 26.01.2013. Skutočnosti o poskytovaní zdravotnej starostlivosti vyplývajú z Protokolu o vykonanom dohľade č. 126/2013 zo dňa 29.04.2013, ako aj z posudkov - odborných stanovísk prizvaných osôb (konzultantov), ale aj zo znaleckého posudku znaleckej organizácie forensic.sk - Inštitút forenzných medicínskych expertíz, s.r.o. zo dňa 19.11.2013, zabezpečeného súdom pre účely súdneho konania, ako žalobcom označený dôkaz na preukázanie jeho tvrdení v žalobe. Pacient T. N. mal 47 rokov, dňa 24.01.2013 bol hospitalizovaný na oddelení ortopédie a úrazovej chirurgie u žalobcu, pričom pacient pri príjme uviedol, že už dva dni kašle, nevie si odkašlať, trpí dýchavicou, pri kašli odpadol a utrpel úraz hlavy, mal zlomený nos. V ten istý deň bol z chirurgickej ambulancie odoslaný na internú ambulanciu za účelom objektívneho vyšetrenia. Internista po jeho vyšetrení poslal pacienta späť na traumatologickú ambulanciu s požiadavkou - zajtra doplniť RTG hrudníka a eventuálne pneumologické vyšetrenie na nastavenie liečby chronickej bronchitídy. Dňa 25.01.2013 bolo vykonané konziliárne vyšetrenie v neurologickej ambulancii a opätovne v internej ambulancii s tým, že internista konštatoval na RTG snímke vatovité zatienenia so záverom infekt dýchacích ciest v dif.dg. chronická bronchitída s tým, že z interného hľadiska môže byť pacient demitovaný (prepustený z ústavného zdravotného zariadenia) s pľúcnym vyšetrením v spáde. Dňa 26.01.2013 bol pacient o 8,20 hod. prepustený do domácej liečby. Cca o 14,00 hod. toho istého dňa bola k nemu privolaná záchranka (spoločnosť Falc Záchranná a.s.), ktorá mu poskytla neodkladnú zdravotnú starostlivosť, pričom pacient bol ponechaný v domácej starostlivosti. Na druhý deň dňa 27.01.2013 cca o 8,00 hod. bol uskutočnený opätovne výjazd záchrannej služby k pacientovi T. N. z dôvodu poruchy vedomia, pričom po príchode začali s resustáciou pacienta, ktorá trvala cca 40 minút, avšak následne bola konštatovaná smrť. Správne orgány vytýkali žalobcovi v súvislosti s poskytovaním zdravotnej starostlivosti T. N. porušenie § 4 ods. 3 zákona č. 576/2004 Z.z., ktorého sa žalobca mal dopustiť tým, že internista dňa 24.01.2013 neurobil žiadne vyšetrenie na diferencovanie dušnosti, neboli odporučené a urobené vyšetrenia, ktoré sú nutné u fajčiara so silným kašľom a obezitou. Pri konziliárnom vyšetrení dňa 25.01.2013 vytýkal to, že napriek zistenému infektu dýchacích ciest, chronickej bronchitíde a požiadavke na popis RTG snímky odborníka, lekár internista bez toho, aby vedel, ako by vyhodnotil snímok rádiológ, uzavrel, že pacient môže byť demitovaný. V laboratórnych vyšetreniach bola zistená zvýšená zápalová aktivita a leukocytóza, preto vzhľadom na silný kašeľ mala byť vyšetrená aj sedimentácia. Potreba vyšetrenia krvných plynov bola naliehavá, lebo pacient bol fajčiar, obézny a kašeľ spôsobil krátkodobé bezvedomie a tiež preto, lebo lekárom internistom bolo uvedené na snímke vatovité zatienenie, čo je nejasná patológia. Podľa správneho orgánu bolo potrebné pneumologické vyšetrenie v rámci hospitalizácie, a nie ambulantne. Ak pacientovi neboli počas hospitalizácie podávané lieky na rozpúšťanie hlienov, potom nebola poskytnutá adekvátna liečba primeraná jeho zdravotnému stavu. Taktiež mala byť skontrolovaná glykémia. Žalovaný uvádzal, že napriek tomu, že žalobca tvrdí, že poskytol pacientovi zdravotnú starostlivosť správne, bolo preukázané, že pacient po nastavenej liečbe zomrel 24 hodín po prepustený z hospitalizácie na obojstranný zápal pľúc, čo potvrdila pitva. Podľa § 4 ods. 3 zákona č. 576/2004 Z.z.; poskytovateľ je povinný poskytovať zdravotnú starostlivosť správne. Zdravotná starostlivosť je poskytnutá správne, ak sa vykonajú všetky zdravotné výkony na správne určenie choroby so zabezpečením včasnej a účinnej liečby s cieľom uzdravenia osoby alebo zlepšenia stavu osoby pri zohľadnení súčasných poznatkov lekárskej vedy. Podľa § 50 ods. 2 písm. a/ zákona č. 581/2004 Z.z.; ak úrad pri výkone dohľadu nad poskytovaním zdravotnej starostlivosti zistí, že zdravotná starostlivosť nebola poskytnutá správne, alebo ak úrad zistí porušenie povinností ustanovených v § 46 ods. 1 podľa závažnosti zistených nedostatkov a ich následkov môže uložiť poskytovateľovi zdravotnej starostlivosti pokutu (§ 64 ods. 2). Podľa § 64 ods. 2 písm. b/ zákona č. 581/2004 Z.z.; Úrad môže uložiť poskytovateľovi zdravotnej starostlivosti za podmienok ustanovených v § 50 ods. 2 pokutu až do výšky 9 958 eur, ak ide o právnickú osobu. Podľa § 77 ods. 1 zákona č. 581/2004 Z.z.; na konanie a rozhodovanie úradu sa vzťahujú všeobecné predpisy o správnom konaní, ak tento zákon neustanovuje inak. Podľa § 3 ods. 1 až 4 zákona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(1).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(3).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 Podľa § 34 zákona č. 71/1967 Zb.;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(6) Skutočnosti všeobecne známe alebo známe správnemu orgánu z úradnej činnosti netreba dokazovať.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V žalobe žalobca vytýkal žalovaného nedostatočne zistený skutkový stav a tvrdil, že zdravotná starostlivosť bola zo strany žalobcu pacientovi poskytnutá správne, na preukázanie čoho označil ako dôkaz znalecký posudok vyhotovený pre účely trestného konania, zohľadnenia ktorého sa dožadoval v tomto súdnom konaní. Naopak, žalovaný navrhoval neprihliadať na tento posudok, nakoľko bol vypracovaný za iným účelom, nebol podkladom rozhodovania správneho orgánu, keďže ho správny orgán nemal k dispozícii. Súd zastáva názor, že pokiaľ koná v plnej jurisdikcii, musí predmetný znalecký posudok v konaní zohľadniť a prihliadať naň. Predpokladom uloženia sankcie, t.j. vydania rozhodnutia správneho orgánu o uložení sankcie, je naplnenie hypotézy ustanovenia § 4 ods. 3 zákona č. 576/2004 Z.z., t.j. zistenia skutočnosti, že zdravotná starostlivosť poskytovateľom nebola poskytovaná správne. Ak zo záverov znaleckého posudku, hoci aj podaného v trestnom konaní sledujúc iný účel, vyplývajú odlišné závery ohľadom poskytovanej zdravotnej starostlivosti, súd musel na tieto závery prihliadať. Zástupkyňa žalovaného správne poukázala na to, že súd je podaním správnej žaloby iba prizvaný do pozície preskúmania zákonnosti, či vyslovené odborné závery o poskytovaní zdravotnej starostlivosti boli vyslovené v súlade so zákonom, najmä z hľadiska vykonávania dokazovania, na základe ktorých sa dospelo k takýmto záverom, pričom súd neskúma a ani nemôže skúmať tieto závery z hľadiska odborného, nakoľko nedisponuje odbornými medicínskymi znalosťami, ale len z hľadiska právneho. Súd preto zistiac rozdiely v odborných názoroch medzi závermi konzultantov Úradu a závermi, ktoré vyplývajú zo znaleckého posudku, dospel k záveru, že tieto rozpory je potrebné odstrániť v správnom konaní a za tým účelom bude povinnosťou žalovaného nariadiť znalecké dokazovanie súdnym znalcom, prípadne znaleckým ústavom. Pokiaľ sa správnym orgánom nepodarí ani po vykonanom znaleckom dokazovaní odstrániť rozpory, v zmysle § 47 ods. 3 Správneho poriadku pri odôvodňovaní rozhodnutia zdôvodní, v čom spočívali rozpory, aké kroky vykonal na ich odstránenie a z akých dôvodov rozpory nebolo možné odstrániť. Musí tiež jednoznačne uviesť a zdôvodniť, z ktorých dôkazov pri rozhodovaní vychádzal a prečo iné dôkazy odmietol, ako aj uviesť dôvody odmietnutia. Znaleckým posudkom vypracovaným znaleckou organizáciou forensic.sk. - Inštitút forenzných medicínskych expertíz, s.r.o. zo dňa 19.11.2013, bol spochybnený, inak správnym procesným postupom žalovaného, v správnom konaní ustálený skutkový stav. Súd poznamenáva, že rozhodnutie Najvyššieho súdu SR sp.zn. 4Sžso/10/2008 zo dňa 26.02.2009 vychádza z inej skutkovej situácie, keď v tam posudzovanej veci súd dospel k záveru, že nie je potrebné požiadať o vypracovanie znaleckého posudku súdnym znalcom, nakoľko závery všetkých konzultantov potvrdili rovnaký názor, pričom ani žalobca nenamietal konkrétne nedostatky v záveroch konzultantov, a teda sa vychádzalo z ustáleného skutkového stavu veci. Ustálený skutkový stav veci nebol sporný ani v konaní vedenom pred Krajským súdom v Banskej Bystrici pod č. 23S/66/2010, keď závery konzultantov neboli v súdnom konaní spochybnené žiadnym relevantným znaleckým posudkom. Naopak, súd poukazuje na závery prijaté v rozhodnutí Najvyššieho súdu SR sp.zn. 5Szd/3/2009 zo dňa 03.11.2009, ktorým bol potvrdený rozsudok Krajského súdu v Banskej Bystrici č.k. 23S/160/2008-129 zo dňa 18.02.2009, ktorým došlo k zrušeniu rozhodnutia Úradu pre nedostatočne zistený skutkový stav pre posúdenie veci, ak v konaní bol žalobcom predložený znalecký posudok s rozdielnymi závermi, k akým dospel Úrad. Súd zastáva stanovisko, že je irelevantným, či žalobca predložil znalecký posudok, o vypracovanie ktorého požiadal sám na preukázanie svojich tvrdení, alebo súd získal znalecký posudok podaný pre účely trestného konania, ak tento dôkaz žalobca označil v žalobe na preukázanie ním tvrdených skutočností v žalobe. Účastník konania má povinnosť buď predložiť alebo označiť dôkaz. Súd poukazuje tiež na stanovisko Krajského súdu v Banskej Bystrici vyslovené v rozsudku č.k. 23S/152/2008-115 zo dňa 21.01.2009 (rozhodnutie bolo potvrdené rozsudkom Najvyššieho súdu SR sp.zn. 5Szd/12/2009 z 21.07.2009), v zmysle ktorého súd uložil žalovanému nariadiť znalecké dokazovanie za účelom odstránenia zistených diametrálnych rozdielov medzi závermi súdneho znalca a žalovaného pri hodnotení postupu v poskytovaní zdravotnej starostlivosti lekármi žalobcu. V intenciách konštantnej judikatúry Európskeho súdu pre ľudské práva i súdov Slovenskej republiky sa nevyžaduje, aby bola súdom daná odpoveď v odôvodnení rozhodnutia na každý argument strany, t.j. na všetky žalobné námietky. Zodpovedať však treba na žalobné námietky podstatné pre rozhodnutie vo veci. Súd uznal za opodstatnenú žalobnú námietku o tvrdenom nedostatočne zistenom skutkovom stave veci, z ktorého vychádzal žalovaný, teda že zdravotná starostlivosť podľa žalovaného nebola poskytovateľom poskytnutá pacientovi správne a žalovaný mal za preukázané porušenie § 4 ods. 3 zákona č. 576/2004 Z.z., v dôsledku čoho pristúpil k uloženiu sankcie. Súd v konaní v rámci plnej jurisdikcie, po oboznámení sa s predmetným znaleckým posudkom, dospel k záveru o potrebe odstrániť zistené rozpory vo vysoko odborných medicínskych záveroch nariadením znaleckého dokazovania v správnom konaní. Súd sa však nestotožňuje so všetkými žalobnými námietkami žalobcu, najmä ak tvrdil, že postup správnych orgánov v rámci celého konania bol v rozpore so zákonom. Naopak, súd zastáva stanovisko, že správny orgán postupoval správne, v súlade s príslušnými právnymi normami pri vykonávaní dohľadu, ako aj v rámci správneho konania o uložení pokuty. V snahe zabezpečiť podklady rozhodnutia s cieľom úplného zistenia skutkového stavu postupoval v súčinnosti s konzultantmi Úradu. Zabezpečil si dostatok podkladov k rozhodnutiu. Nebyť znaleckého posudku, ktorý vo svojich záveroch vyznel v prospech tvrdení žalobcu o tom, že žalobca mal pri poskytovaní zdravotnej starostlivosti postupovať správne, súd by nemal dôvod zrušiť napadnuté rozhodnutie, pretože nezistil procesné pochybenia a už vôbec by nemohol spochybniť odborné medicínske závery, z ktorých vychádzal Úrad pri sankcionovaní žalobcu. Súd sa stotožňuje so stanoviskom žalovaného, že v rámci vykonávania dohľadu koná písomne, t.j. nemusí nariaďovať ústne pojednávanie a prizývať na prerokovanie námietok lekárov z príslušného medicínskeho odboru, keďže na konanie o dohľade sa nevzťahujú všeobecné predpisy o správnom konaní v zmysle § 43 ods. 11 zákona č. 581/2004 Z.z. na rozdiel od správneho konania o uložení pokuty, na ktoré konanie sa už v zmysle § 77 ods. 1 zákona č. 581/2004 Z.z. vzťahuje Správny poriadok. Vzhľadom k týmto skutočnostiam krajský súd napadnuté rozhodnutie žalovaného zrušil a vec vrátil žalovanému na ďalšie konanie. Žalobcovi, ktorý v konaní mal úspech, súd priznal náhradu trov konania podľa § 250k ods. 1 O.s.p., ktoré pozostávajú z trov právneho zastúpenia, vyúčtovaných v súlade s Vyhláškou č. 655/2004 Z.z.. Základná tarifná odmena v zmysle § 11 ods. 4 prvá veta cit.vyhl. je v roku 2014 vo výške 134,00 Eur a v roku 2015 vo výške 139,83 Eur (1/6-ina výpočtového základu). Súd priznal nárok na trovy právneho zastúpenia nasledovne: 1. Odmena advokáta za jednotlivé úkony právnej služby: A/ prevzatie a príprava zastúpenia (§ 13a písm. a/ cit.vyhl.)....................134,00 Eur režijný paušál (§ 16 ods. 3 cit.vyhl.)........................................................8,04 Eur B/ písomné podanie na súd - žaloba z 25.09.2014 (§ 13a ods. 1 písm. c/ cit.vyhl.)................................................................................................134,00 Eur režijný paušál (§ 16 ods. 3 cit.vyhl.)........................................................8,04 Eur C/ účasť na pojednávaní 25.02.2015 (§ 13a ods. 1 písm. d/ cit.vyhl.)......139,83 Eur režijný paušál (§ 16 ods. 3 cit.vyhl.)........................................................8,39 Eur Odmena s režijnými paušálmi spolu ........................................................432,30 Eur 2. Náhrada cestovných výdavkov za cestu osobným motorovým vozidlom zn. Volswagen Jetta na pojednávanie dňa 25.2.2015, Lučenec - Banská Bystrica a späť, t.j. 168 km, spotreba 6,3 l / 100 km, cena PHM 1,229 Eur / 1 l (§ 16 ods. 4 cit.vyhl., § 7 ods. 2 a 4 zákona č. 283/2002 Z.z. a Opatrenie č. 632/2008 Z.z.): A/ základná náhrada 168 x 0,183 ........................................................30,74 Eur B/ náhrada za spotrebované PHM 1,229 x 6,3 x 1,68 ...........................13,01 Eur Náhrada cestovných výdavkov spolu ........................................................43,75 Eur 3. Náhrada za stratu času (čas strávený cestou do miesta pojednávania a späť): dňa 25.02.2015, cesta Lučenec - Banská Bystrica a späť, 6 polhodín (§ 17 ods. 1 cit.vyhl.) ................. 6x13,98 Eur ..............................................................83,88 Eur Odmena advokáta a náhrady spolu (bez DPH) ...............................................559,93 Eur DPH 20% (§ 18 ods. 3 cit.vyhl.) ....................................................................111,99 Eur Trovy právneho zastúpenia, vrátane DPH, spolu ........................................671,92 Eur. Súd nepriznal uplatnenú odmenu za úkon advokáta - vyjadrenie k vyjadreniu žalovaného (replika zo dňa 26.01.2015), nakoľko na takýto úkon nebol vyzvaný súdom. Preto sa nejedná o účelne vynaložené trovy, na zaplatenie ktorých by mal súd zaviazať žalovaného. Advokát mal možnosť predniesť stanovisko k vyjadreniu žalovaného a k znaleckému posudku na pojednávaní. V súlade s § 149 ods. 1 O.s.p. ak advokát zastupoval účastníka, ktorému bola prisúdená náhrada trov konania, je ten, ktorému bola uložená náhrada týchto trov, povinný zaplatiť ju advokátovi. Žalobcovi bola celkom priznaná náhrada trov konania vo výške 671,92 Eur, ktoré pozostávajú len z trov právneho zastúpenia.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https://www.kauzis.sk/judikatura/r/ECLI:SK:KSBB:2015:6014201289.2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