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Banská Bystrica sp. zn. 27Sp/55/2014 z 23. 2. 2015</w:t>
      </w:r>
    </w:p>
    <w:p>
      <w:r>
        <w:t>Rozhodnutie Krajského súdu Banská Bystrica z 23. februára 2015, sp. zn. 27Sp/55/2014, ECLI:SK:KSBB:2015:6014201419.2</w:t>
      </w:r>
    </w:p>
    <w:p>
      <w:r>
        <w:t>Súd: Krajský súd Banská Bystrica</w:t>
      </w:r>
    </w:p>
    <w:p>
      <w:r>
        <w:t>Spisová značka: 27Sp/55/2014</w:t>
      </w:r>
    </w:p>
    <w:p>
      <w:r>
        <w:t>ECLI: ECLI:SK:KSBB:2015:6014201419.2</w:t>
      </w:r>
    </w:p>
    <w:p>
      <w:r>
        <w:t>Dátum vydania: 23. 2. 2015</w:t>
      </w:r>
    </w:p>
    <w:p>
      <w:r>
        <w:t>Forma: Rozhodnutie</w:t>
      </w:r>
    </w:p>
    <w:p>
      <w:r>
        <w:t>Oblasť práva: Správne právo</w:t>
      </w:r>
    </w:p>
    <w:p>
      <w:pPr>
        <w:pStyle w:val="Heading2"/>
      </w:pPr>
      <w:r>
        <w:t>Text rozhodnutia</w:t>
      </w:r>
    </w:p>
    <w:p>
      <w:r>
        <w:t>Súd: Krajský súd Banská Bystrica Spisová značka: 27Sp/55/2014 Identifikačné číslo súdneho spisu: 6014201419 Dátum vydania rozhodnutia: 24. 02. 2015 Meno a priezvisko sudcu, VSÚ: JUDr. Alena Antalová ECLI: ECLI:SK:KSBB:2015:6014201419.2 Rozhodnutie Krajský súd v Banskej Bystrici v konaní pred samosudkyňou JUDr. Alenou Antalovou v právnej veci navrhovateľa: POHOTOVOSŤ, s. r. o., Pribinova 25, 811 09 Bratislava, IČO: 35 807 598 proti odporcovi: Okresný úrad Zvolen, katastrálny odbor, Študentská 12, 960 01 Zvolen za účasti: S. V., nar. XX.XX.XXXX, bytom I. XX/XX, XXX XX U. I. o preskúmanie zákonnosti rozhodnutia odporcu č. V 1612/2014 zo dňa 11.08.2014 takto r o z h o d o l : Rozhodnutie odporcu č. V 1612/2014 zo dňa 11.08.2014 p o t v r d z u j e. Navrhovateľovi náhradu trov konania n e p r i z n á v a. Navrhovateľ je povinný zaplatiť súdny poplatok vo výške 35,- Eur na účet Krajského súdu v Banskej Bystrici v lehote troch dní od právoplatnosti tohto rozhodnutia. o d ô v o d n e n i e : Navrhovateľ - Pohotovosť, s. r. o., Bratislava sa návrhom, ktorým je opravný prostriedok proti rozhodnutiu správneho orgánu, domáhal preskúmania zákonnosti rozhodnutia odporcu č. V 1612/2014 zo dňa 11.08.2014. Predmetným rozhodnutím odporca zamietol návrh na vklad záložného práva s poukazom na § 31 zák. č. 162/1995 Z. z. o katastri nehnuteľností a o zápise vlastníckych a iných práv k nehnuteľnostiam v znení neskorších predpisov (ďalej len „Katastrálny zákon“). Z odôvodnenia napadnutého rozhodnutia vyplýva, že na základe návrhu na povolenie vkladu záložného práva do katastra nehnuteľností doručeného odporcovi 09.06.2014 odporca preveril skutočnosti uvedené v texte príloh k tomuto návrhu a po právnom posúdení písomnej dohody o splnomocnení, na základe ktorej došlo splnomocniteľom S. V. k splnomocneniu splnomocnenca ProHelp - združenie občianskoprávnej pomoci, Bratislava, dospel odporca k záveru, že posudzovaná Zmluva o zriadení záložného práva zo dňa 13.05.2014 bola jej účastníkmi uzavretá spôsobom odporujúcim ust. § 22 ods. 2, prípadne § 31 a nasl. OZ týkajúcich sa inštitútu zastupovania na základe plnomocenstva. V danej veci na základe v zmluve o zriadení záložného práva bližšie nešpecifikovanej dohody o splnomocnení zastupovalo združenie ProHelp - združenie občianskoprávnej pomoci, Bratislava ako splnomocnenec pri uzavretí predmetnej zmluvy splnomocniteľa ako účastníka zmluvy na strane záložcu a to tak, že danú zmluvu za neho prostredníctvom svojho predsedu podpísalo. Ďalej podľa správneho orgánu došlo k porušeniu § 22 ods. 2 OZ, nakoľko záujmy zástupcu sú v rozpore so záujmami zastúpeného. S prihliadnutím na jednotlivé dátumy podpisu jednak zmluvy o úvere dlžníkom S. V. dňa 29.04.2013 a jednak dohody o splnomocnení splnomocniteľom S. V. dňa 29.04.2013 je zrejmé, že obe tieto listiny mu boli predložené v jednom balíku, pričom možno dôvodne predpokladať, že pokiaľ by menovaný nepodpísal dohodu o plnomocenstve, nedošlo by ani k uzavretiu zmluvy o úvere, a teda k následnému poskytnutiu úveru, v čom možno vidieť hrubé zneužitie nadvlády veriteľa a porušenie odbornej starostlivosti poskytovateľa úveru. Ďalej je podľa odporcu zrejmé, že pri uzatváraní dohody o splnomocnení dlžník a splnomocniteľ v jednej osobe nemal možnosť voľby výberu zástupcu - splnomocnenca, pretože z do spisu predložených listín vyplýva, že dohoda o splnomocnení je vypracovaná ako predtlač (formulárová typová zmluva), ktorej obsah dlžník a splnomocniteľ vôbec nemôže ovplyvniť a ktorú predkladá veriteľ spolu so zmluvou o úvere dlžníkovi, pričom táto už obsahuje označenie splnomocnenca ProHelp - združenie občianskoprávnej pomoci, Bratislava. Tomuto záveru nasvedčuje aj skutočnosť, že obe vyššie špecifikované listiny podpísal S. V. v jeden a ten istý deň. Veriteľ teda takto určil dopredu osobu, ktorá bude oprávnená konať za dlžníka ako splnomocnenec a spochybnil tak základný predpoklad pri udelení plnej moci k tomu, aby splnomocnenec hájil záujem dlžníka ako splnomocniteľa. Splnomocnenca v podstate teda vyberá dlžníkovi na štandardnom zmluvnom formulári veriteľ, čo je jasným signálom o naplnení konfliktu podľa § 22 ods. 2 OZ. Takéto konanie je v kontexte predmetu a obsahu splnomocnenia prejavom konania veriteľa a splnomocnenca v zhode, čo potvrdzuje porušenie § 22 ods. 2 OZ. Odporca ďalej v rovine ochrany spotrebiteľa konštatoval, že vyššie uvedenú dohodu o splnomocnení zaradenú na samostatnej listine, ktorej znenie nemohol spotrebiteľ ovplyvniť, možno vyhodnotiť ako neprijateľnú zmluvnú podmienku (§ 53 ods. 1 OZ), ktorá je absolútne neplatná v zmysle § 53 ods. 5 OZ a to z dôvodu, že spôsobuje hrubú nerovnováhu v právach a povinnostiach v neprospech spotrebiteľa. Ďalej odporca uviedol, že platný právny úkon podľa § 37 OZ je vtedy, ak k prejavu vôle došlo k slobodne, vážne, určite a zrozumiteľne s možným plnením. Odporca konštatoval, že zákon nevylučuje uzavretie jednotlivých typov zmlúv konštatovaných v predmetnej veci (zmluva o úvere, zmluva o zastúpení a záložná zmluva), tieto zmluvy je však potrebné posúdiť aj v kontexte ich vzájomnej súvislosti a to z toho pohľadu, čo sa týmito zmluvami mienilo dosiahnuť. Týmito zmluvami sa v konečnom dôsledku môže dosiahnuť nielen zabezpečenie návratnosti sumy poskytnutej veriteľom vrátane príslušného navýšenia tejto sumy, ale aj možný prechod vlastníckeho práva dlžníka k celému jeho nehnuteľnému majetku, ktorý je často v značne väčšej hodnote, než je výška plnenia povinného z úverovej zmluvy. Takýmto postupom zo strany veriteľa sa výrazne zasahuje do práv povinného vo výkone práv a povinností vyplývajúcich z občianskoprávnych vzťahov, čo je podľa odporcu v rozpore s dobrými mravmi. Proti predmetnému rozhodnutiu odporcu podal v zákonnej lehote navrhovateľ - odvolateľ odvolanie, pričom žiadal napadnuté rozhodnutie zrušiť a vec vrátiť správnemu orgánu na ďalšie konanie. Odvolanie odôvodnil tým, že správny orgán nezistil spoľahlivo stav veci, riadne sa neoboznámil s návrhom a jeho prílohami, následne nesprávne zistil skutkový stav a plnomocenstvo nesprávne právne posúdil. Podľa odvolateľa bola dohoda o splnomocnení uzavretá riadne, v súlade s príslušnými ustanoveniami OZ. Tvrdenie odporcu o tom, že navrhovateľ vopred určil zástupcu pre dlžníka, považoval odvolateľ za ničím nepodložené predpoklady, ktoré nevychádzajú z objektívne zisteného skutkového stavu. To, že odporca vychádzal len z predpokladov vyplýva aj z odôvodnenia napadnutého rozhodnutia. Veriteľ sa nepodieľal na uzatváraní dvojstranného právneho úkonu medzi dlžníkom a jeho zástupcom. Ak odporca z toho, že dohoda o plnej moci bola uzavretá na predtlačenom formulári, kde bol uvedený zástupca vyvodil záver, že dlžníkovi zástupcu určil záložný veriteľ, takýto záver podľa odporcu nemá oporu v listinách tvoriacich obsah spisu. Naopak, medzi dlžníkom a jeho zástupcom neexistuje reálny rozpor a plnomocenstvo je platné. Nestačí pochybnosť o objektivite zastupovania, rozpor medzi záujmami zástupcu a zastúpeného musí reálne existovať. Námietka o rozpore medzi záujmami zástupcu a zastúpeného je podľa odvolateľa nesprávnym právnym posúdením, ktoré vychádza z nespoľahlivo zisteného skutkového stavu. Dohoda o plnej moci je podľa odvolateľa platná a rozhodnutie je v tejto časti zmätočné a nepreskúmateľné. Navrhovateľ namietal, že dohodu o splnomocnení, ktorej predmetom je bezplatné zastupovania splnomocniteľa splnomocnencom, nie je možné posudzovať ako spotrebiteľskú zmluvu, a teda sa na ňu nemôžu vzťahovať ust. § 53 OZ o neprijateľných zmluvných podmienkach v spotrebiteľských zmluvách, na ktoré ustanovenie odkazuje odporca v napadnutom rozhodnutím. Navrhovateľ ďalej namietal, že odôvodnenie napadnutého rozhodnutia je nepreskúmateľné pre nedostatok dôvodov, keďže nemá náležitosti podľa § 47 ods. 3 Správneho poriadku. Z odôvodnenia nie je zrejmé, čo konkrétne z úverovej zmluvy je v rozpore s dobrými mravmi, t. j. či je to výška poplatku za úver, alebo výška úroku z omeškania. Poukázal na judikatúru Najvyššieho súdu ČR, ako aj Najvyššieho súdu SR. Odporca v písomnom vyjadrení k odvolaniu uviedol, že trvá na dôvodoch svojho rozhodnutia, považuje ho za vecne správne a súladné so zákonom. Krajský súd v Banskej Bystrici prejednal vec v neprítomnosti navrhovateľa a odporcu podľa § 250q ods. 2 O. s. p., v spojení s § 250l ods. 2 O. s. p. a v zmysle § 244 ods. 1 a § 250l ods. 1 O. s. p. preskúmal zákonnosť napadnutého rozhodnutia odporcu, pričom sa oboznámil s obsahom administratívneho spisu, preskúmal pripojenú zmluvu o zriadení záložného práva, návrh na vklad záložnej zmluvy do katastra nehnuteľností s prílohami, overenú fotokópiu dohody o splnomocnení, overenú fotokópiu zmluvy o spotrebiteľskom úvere z 29.04.2013 a vypočul ďalšieho účastníka konania. Ďalší účastník na pojednávaní uviedol, že potreboval finančné prostriedky, a preto išiel za p. D. z Pohotovosti do jeho kancelárie, kde mu p. D. predložil vypísané tlačivá na podpis a poslal ho overiť podpis. Uviedol, že nevedel presne aké tlačivá podpisuje, nevedel teda ani to, že podpisuje nejakú dohodu o splnomocnení, zástupca Pohotovosti mu nič nevysvetlil, ani ho nikto nepoučil. Pri podpise tlačív bol prítomný len p. D. z Pohotovosti, ďalší účastník a neznáma pani. Nikto iný tam prítomný nebol, teda ani zástupca ProHelp. Túto spoločnosť, ani jej zástupcu nepozná, nebol s nimi ani v ústnom, ani v písomnom kontakte. Poukázal na to, že svoj dlh pravidelne spláca. Žiadal rozhodnutie odporcu potvrdiť. Súd po preskúmaní napadnutého rozhodnutia a postupu odporcu podľa § 250l a nasl. O.s.p. v medziach a výlučne z dôvodov uvedených v odvolaní dospel k záveru, že odvolanie nie je dôvodné. Z administratívneho spisu súd zistil, že navrhovateľ podal dňa 09.06.2014 návrh na vklad záložného práva do katastra nehnuteľností podľa Zmluvy o zriadení záložného práva č. XXX/XXXX-PTR zo dňa 13.05.2014, ktorá bola uzavretá medzi záložným veriteľom Pohotovosť, s. r. o., Bratislava a záložcom S. V., Zvolenská Slatina zastúpeným spoločnosťou ProHelp - združenie občianskoprávnej pomoci, Bratislava na základe dohody o splnomocnení. Predmetom zálohu boli nehnuteľnosti zapísané na LV č. XX, XXXX a XXXX, nachádzajúce sa v k. ú. U. I.. Podľa článku II. citovanej záložnej zmluvy záložné právo malo byť zriadené na zabezpečenie všetkých pohľadávok záložného veriteľa voči záložcovi, ktoré vznikli a vzniknú na základe Zmluvy o úvere č. XXXXXXXXX zo dňa 29.04.2013 uzavretej medzi záložným veriteľom a záložcom na strane dlžníka. Z návrhu na vklad súd zistil, že jeho prílohami boli: záložná zmluva, kolky, oznámenie o zamýšľanom návrhu na vklad do katastra nehnuteľností a overená fotokópia dohody o splnomocnení. Z obsahu administratívneho spisu vyplýva, že odporca rozhodnutím z XX.XX.XXXX prerušil katastrálne konanie a vyzval účastníkov konania o. i. na predloženie Zmluvy o úvere č. XXXXXXXXX zo dňa 29.04.2013. Z administratívneho spisu ďalej vyplýva, že navrhovateľ - odvolateľ k návrhu na vklad predložil Zmluvu o zriadení záložného práva č. XXX/XXXX-PTR zo dňa 13.05.2014, ktorú za záložcu podpísalo združenie ProHelp - združenie občianskoprávnej pomoci ako jeho zástupca na základe k návrhu priloženej dohody o splnomocnení. Z fotokópie predmetnej dohody o splnomocnení bod 3 vyplýva, že splnomocniteľ Ján Ostrolucký udeľuje združeniu ProHelp plnomocenstvo na uzavretie záložnej zmluvy podľa § 552 OZ v znení neskorších predpisov v mene splnomocniteľa k nehnuteľnostiam, ktoré v čase uzatvorenia záložnej zmluvy sú v splnomocniteľovom vlastníctve alebo spoluvlastníctve a ktoré budú bližšie špecifikované v priloženom liste vlastníctva ako formy zabezpečenia splnenia splnomocniteľovho záväzku zo zmluvy o úvere uzatvorenej spoločnosťou Pohotovosť s.r.o. č. zmluvy XXXXXXXXX. V bode 4 predmetnej dohody sú bližšie špecifikované nehnuteľnosti vo vlastníctve splnomocniteľa, pričom porovnaním písma uvedeného v záhlaví predmetnej dohody a v bode 4 predmetnej dohody o splnomocnení je zrejmé, že ide o evidentne rozdielne typy písma. V prípade dohody o splnomocnení sa jedná o formulárovú zmluvu, kde názov zástupcu je už vopred predtlačený a ručne dopisované sú údaje o splnomocniteľovi, zástupcovi splnomocnenca a špecifikácia nehnuteľností v bode 4. Predmetná dohoda o plnej moci bola splnomocniteľom podpísaná vo Zvolene dňa 29.04.2013, pričom dohoda obsahuje overovaciu dohodu podpisu na Meste Zvolen. Splnomocnený zástupca datoval podpis predmetnej dohody v ten istý deň, t.j. 29.04.2013 v Bratislave. Z uvedeného vyplýva, že splnomocnenec nebol dňa 29.04.2013 osobne prítomný pri podpise návrhu na uzavretie dohody o splnomocnení dlžníkom dňa 29.04.2013 vo Zvolene. Táto skutočnosť vyplýva aj z výpovede ďalšieho účastníka S. V., ktorý na pojednávaní potvrdil, že dohodu o splnomocnení ako aj zmluvu o spotrebiteľskom úvere mu predložil na podpis mandatár spoločnosti Pohotovosť s.r.o. p. D., tento tlačivá vyplnil a poslal ho overiť podpis na listinách. K. účastník potvrdil, že v čase vypisovania a podpisovania tlačiva nebol prítomný nikto iný, než ďalší účastník, zástupca spoločnosti p. D. a nejaká neznáma pani. Zástupca spoločnosti ProHelp, ktorú ďalší účastník nepoznal, nepoznal ani jeho štatutárneho zástupcu, nebol prítomný pri podpise listín. Ďalší účastník sa nevedel ani vyjadriť, či takúto dohodu má k dispozícii. Z overenej fotokópie zmluvy o spotrebiteľskom úvere uzatvorenej medzi S. V. ako spotrebiteľom a spoločnosťou Pohotovosť s.r.o. Bratislava ako veriteľom dňa 29.04.2013 vo Zvolene vyplýva, že túto zmluvu za veriteľa vypisoval a podpisoval p. N. D., mandatár spoločnosti, ktorý mal podľa tvrdenia ďalšieho účastníka predložiť tomuto tlačivá zmluvy o spotrebiteľskom úvere ako aj dohody o splnomocnení. Porovnaním typu písma uvedeného v záhlaví zmluvy o spotrebiteľskom úvere ako aj v záhlaví dohody o splnomocnení je zrejmé, že sa jedná o ten istý typ písma, t. j. písmo p. D., zástupcu veriteľa. Zo zmluvy o spotrebiteľskom úvere ďalej vyplýva, že táto zmluva č. XXXXXXXXX bola podpísaná 29.04.2013, t. j. v ten istý deň, ako dohoda o splnomocnení. Predmetom súdneho prieskumu bolo rozhodnutie odporcu, ktorým zamietol návrh na vklad záložného práva do katastra nehnuteľností s odôvodnením, že nie sú splnené podmienky vkladu podľa § 31 ods. 1 Katastrálneho zákona. Po preskúmaní napadnutého rozhodnutia z dôvodov uvedených v odvolaní súd dospel k záveru, že odporca vydal zákonné rozhodnutie, ak návrh na vklad podľa predloženej zmluvy o zriadení záložného práva zamietol. Podľa § 4 ods. 1 Katastrálneho zákona práva k nehnuteľnostiam sa do katastra zapisujú vkladom práv k nehnuteľnostiam do katastra (ďalej len "vklad"), záznamom práv k nehnuteľnostiam do katastra (ďalej len "záznam") a poznámkou o právach k nehnuteľnostiam v katastri (ďalej len "poznámka"). Podľa § 5 ods. 1 Katastrálneho zákona vklad je úkon okresného úradu; vkladom vzniká, mení sa alebo zaniká právo k nehnuteľnostiam. Podľa § 28 ods. 3 Katastrálneho zákona právne účinky vkladu vznikajú na základe právoplatného rozhodnutia okresného úradu o jeho povolení. Konanie o povolení vkladu sa začína na návrh účastníka konania (§ 30 ods. 2 Katastrálneho zákona), ktorým je účastník právneho úkonu, na základe ktorého má vzniknúť, zmeniť sa alebo zaniknúť právo k nehnuteľnosti (§ 30 ods. 1 Katastrálneho zákona). V zmysle § 30 ods. 4 Katastrálneho zákona sa návrh na vklad podáva písomne a podľa § 5 d citovaného zákona prílohou návrhu na vklad je okrem iných aj dohoda o splnomocnení, ak je účastník konania zastúpený splnomocnencom, pričom podpis splnomocniteľa musí byť osvedčený, ak sa osvedčenie podpisu vyžaduje podľa § 42 ods. 3 citovaného zákona. Podľa § 31 ods. 1 Katastrálneho zákona okresný úrad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okresný úrad aj na skutkové a právne skutočnosti, ktoré by mohli mať vplyv na povolenie vkladu. Podľa § 31 ods. 3 Katastrálneho zákona ak sú podmienky na vklad splnené, okresný úrad vklad povolí; inak návrh zamietne. Podľa § 22 ods. 2 OZ zastupovať iného nemôže ten, kto sám nie je spôsobilý na právny úkon, o ktorý ide, ani ten, záujmy ktorého sú v rozpore so záujmami zastúpeného. Podľa § 23 OZ zastúpenie vzniká na základe zákona alebo rozhodnutia štátneho orgánu (zákonné zastúpenie) alebo na základe dohody o plnomocenstve. Podľa § 31 ods. 1 OZ pri právnom úkone sa možno dať zastúpiť fyzickou alebo právnickou osobou. Splnomocniteľ udelí za týmto účelom plnomocenstvo splnomocnencovi, v ktorom sa musí uviesť rozsah splnomocnencovho oprávnenia. Podľa § 37 ods. 1 OZ právny úkon sa musí urobiť slobodne a vážne, určite a zrozumiteľne; inak je neplatný. Podľa § 43a ods. 1 OZ prejav vôle smerujúci k uzavretiu zmluvy, ktorý je určený jednej alebo viacerým určitým osobám, je návrhom na uzavretie zmluvy (ďalej len "návrh"), ak je dostatočne určitý a vyplýva z neho vôľa navrhovateľa, aby bol viazaný v prípade jeho prijatia. Podľa § 43a ods. 2 OZ návrh pôsobí od doby, keď dôjde osobe, ktorej je určený. Návrh, aj keď je neodvolateľný, môže navrhovateľ zrušiť, ak dôjde prejav o zrušení osobe, ktorej je určený, skôr alebo aspoň súčasne s návrhom. Podľa § 45 ods. 1 OZ prejav vôle pôsobí voči neprítomnej osobe od okamihu, keď jej dôjde. Zastúpenie na základe plnomocenstva vyžaduje, aby zastúpený a zástupca uzatvorili dohodu o plnej moci. Dohoda o plnomocenstve je dvojstranný právny úkon medzi splnomocnencom a splnomocniteľom o poverení a prijatí zastupovania a jeho rozsahu. Pre jej platnosť sa vyžaduje súlad ust. § 34 a nasl. OZ. Právny úkon je prejav vôle smerujúci najmä k vzniku, zmene alebo zániku tých práv a povinností, ktoré právne predpisy s takýmto prejavom spájajú. Konanie subjektu, ktoré tejto definícii nezodpovedá, nemožno považovať za právny úkon. Právny úkon sa musí urobiť slobodne a vážne, určite a zrozumiteľne, inak je neplatný. Následkom neplatnosti právneho úkonu je o. i., že nemá právne účinky, t. j. nemá za následok vznik, zmenu alebo zánik práv alebo povinností. Súd, ako aj iný štátny orgán, musí na absolútnu neplatnosť právneho úkonu prihliadať ex offo. Návrhom na uzatvorenie zmluvy je len taký prejav vôle, ktorý je adresovaný druhej zmluvnej strane. Podľa § 45 OZ prejav vôle pôsobí voči neprítomnej osobe až od okamihu, keď jej dôjde. Na vážnosť prejavu vôle, ktorým je návrh zmluvy urobený v neprítomnosti druhej strany, nestačí písomná forma. Je nevyhnuté, aby konajúci takto písomne prejavenú vôľu skutočne druhej strane adresoval, to znamená odoslal alebo urobil úkony, ktoré sú nevyhnutné k tomu, aby mohla byť takto prejavená vôľa odoslaná a doručená, či už poverením inej osoby alebo podaním na pošte, osobným doručením druhej strane, alebo iným spôsobom. Z predloženej dohody o splnomocnení je nepochybné, že dlžník podpísal túto dohodu v neprítomnosti splnomocnenca - ProHelp - združenie občianskoprávnej pomoci, ktorú skutočnosť potvrdil ďalší účastník aj na pojednávaní vo svojej výpovedi. Z tejto listiny nevyplýva, že dlžník dostal, alebo že by disponoval vyhotovením predmetnej listiny. Z uvedeného teda nie je nepochybné, že dlžník sám odoslal návrh dohody o plnomocenstve druhej zmluvnej strane občianskemu združeniu ProHelp, alebo že by tým poveril navrhovateľa. Ďalší účastník navyše zástupcu ProHelp - združenie občianskoprávnej pomoci nepoznal, nepoznal tento subjekt, ani jeho štatutárneho zástupcu. Navrhovateľom - odvolateľom predloženú dohodu o splnomocnení, ktorá je vyhotovená formou predtlače s vopred vyznačeným splnomocnencom ProHelp - združenie občianskoprávnej pomoci, Bratislava, ako aj s vopred vyznačeným obsahom a predmetom plnomocenstva, v zmysle ktorého je vopred uvedené zastupovanie splnomocniteľa v súvislosti so zmluvou o úvere uzatvorenou so spoločnosťou Pohotovosť s.r.o. Bratislava, ktorá bola splnomocniteľom podpísaná vo Zvolene dňa 29.04.2013 (t. j. v deň uzavretia zmluvy o spotrebiteľskom úvere medzi spoločnosťou Pohotovosť s.r.o. Bratislava ako veriteľom a S. V. ako dlžníkom na vopred pripravenom tlačive), je možné podľa obsahu posúdiť ako návrh na uzatvorenie dohody o plnomocenstve. Z toho, že takto vopred pripravená dohoda bola zo strany vopred vyznačeného splnomocnenca ProHelp - združenie občianskoprávnej pomoci podpísaná síce v ten istý deň, teda 29.04.2013, avšak v Bratislave, vyplýva, že zástupca splnomocnenca ProHelp nebol osobne prítomný pri podpise dohody vo Zvolene dňa 29.04.2013. Uvedenú skutočnosť potvrdil vo svojej výpovedi aj ďalší účastník konania. K návrhu nie sú pripojené žiadne dôkazy, z ktorých by bolo jednoznačné, že prijatie návrhu bolo urobené včas a nebolo prezentované ani to, že takéto prijatie nadobudlo účinnosť v zmysle § 43c ods. 2 OZ. Súd sa stotožnil so záverom odporcu, ktorý v súvislosti s uzatvorením dohody o splnomocnení konštatoval rozpor s § 22 ods. 2 OZ z dôvodu rozporu záujmov zástupcu a zastúpeného. Skutočnosť, že vopred pripravené tlačivo s textom dohody o splnomocnení s vopred predtlačeným názvom splnomocnenca ProHelp - združenie občianskoprávnej pomoci predložil ďalšiemu účastníkovi zástupca veriteľa, ako aj ostatné okolnosti uzavretia tejto dohody (neprítomnosť druhej zmluvnej strany pri podpise dohody, jej podpis v deň uzavretia zmluvy o spotrebiteľskom úvere, rovnaké písmo mandatára veriteľa Pohotovosť s.r.o., ktorým bolo vypísané záhlavie dohody o splnomocnení ako aj zmluvy o zmluvy o spotrebiteľskom úvere) sú skutočnosťami, ktoré nasvedčujú tomu, že uzavretie úverovej zmluvy bolo podmieňované podpísaním dohody o splnomocnení, ako aj obsah predmetnej dohody o splnomocnení a jej účel, spochybňujú konanie splnomocnenca v záujme splnomocniteľa. Rovnako skutočnosť, že osoba splnomocnenca viac krát, resp. opakovane vystupuje v úverových obchodoch navrhovateľa, čo vyplýva z podkladov a informácií tak správneho orgánu z iných konaní v obdobných prípadoch, ako aj z rozhodovacej činnosti súdu, vyvoláva pochybnosti, či výkon práv a povinností splnomocnenca je v medziach riadneho zastupovania záujmov úverového dlžníka, resp. záložcu. Správny orgán preto správne vyhodnotil dohodu o splnomocnení ako absolútne neplatnú pre jej rozpor s § 22 ods. 2 OZ. Súd sa nestotožnil s tvrdením odvolateľa, že právny úkon v danom prípade bol urobený slobodne a vážne, určite a zrozumiteľne. Zo samotného dojednania podmienok obsiahnutých v dohode o splnomocnení vyplýva, že účelom uzavretia dohody o splnomocnení je sledovanie návratnosti poskytnutého úveru navrhovateľovi, t. j. zástupca koná v záujme navrhovateľa, čo spochybňuje, resp. vylučuje jeho konanie zároveň v záujme zastúpeného. Nasvedčuje tomu aj skutočnosť, že dlžník podpísal dohodu o splnomocnení bez toho, aby bol zástupca splnomocnenca prítomný pri podpísaní tejto dohody a odvolateľ nepreukázal ani skutočnosť, že záložca si splnomocneného zástupcu sám vybral, požiadal o zastupovanie, resp. že záložca bol poučený o jeho právach vyplývajúcich z tohto právneho úkonu. Dohoda o splnomocnení bola zachytená do formulárovej - predtlačenej listinnej podoby, kedy dlžník (záložca) nemohol ovplyvniť obsah takejto dohody, a preto mu možnosť, aby vopred určeného zástupcu, ktorý by za neho uzatvoril záložnú zmluvu a ktorý by skutočne svedomito hájil záujmy splnomocniteľa, bola obmedzená, resp. odňatá. Úlohou súdneho konania je nielen v zmysle § 1 O. s. p. chrániť práva zaručené slovenským právnym poriadkom, ale aj práva s charakterom úniovým, v zmysle zásady lojality (§ 4 ods. 3 Zmluvy o EÚ) v spojení s rozsudkami Súdneho dvora EÚ. Podľa čl. 3 ods. 1 Smernice 93/13/EHS sa považuje za nekalú zmluvná podmienka, ktorá nebola individuálne dohodnutá, ak napriek požiadavke dôvery spôsobí značnú nerovnováhu v právach a povinnostiach strán vzniknutých na základe zmluvy, ku škode spotrebiteľa. Odporca ako príslušný správny orgán podľa osobitných predpisov je povinný realizovať záväzky štátu vyplývajúce zo Smernice Rady 93/13/EHS zo dňa 05.04.1993 o nekalých podmienkach v spotrebiteľských zmluvách, ktorá bola premietnutá do OZ a do zák. č. 250/2007 Z. z. o ochrane spotrebiteľa a vo svojom rozhodnutí správne poukázal na povinnosť poskytnutia ochrany spotrebiteľovi a to v súvislosti s posúdením dohody o splnomocnení v kontexte ostatných uzatvorených zmlúv (zmluvy o spotrebiteľskom úvere a zmluvy o zriadení záložného práva) vo vzťahu k posúdeniu zmluvných dojednaní ako neprijateľných zmluvných podmienok v zmysle § 53 ods. 1 a § 53 ods. 5 OZ. Predmetná dohoda o splnomocnení bola správne posúdená v intenciách ust. § 53 OZ ako neplatná z dôvodu, že spôsobuje hrubú nerovnováhu v právach a povinnostiach v neprospech spotrebiteľa. Podľa § 52 ods. 1 OZ spotrebiteľskou zmluvou je každá zmluva bez ohľadu na právnu formu, ktorú uzatvára dodávateľ so spotrebiteľom. Podľa § 52 ods. 3 OZ dodávateľ je osoba, ktorá pri uzatváraní a plnení spotrebiteľskej zmluvy koná v rámci predmetu svojej obchodnej alebo inej podnikateľskej činnosti. Podľa § 53 ods. 1 OZ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Podľa § 53 ods. 2 OZ za individuálne dojednané zmluvné ustanovenia sa nepovažujú také, s ktorými mal spotrebiteľ možnosť oboznámiť sa pred podpisom zmluvy, ak nemohol ovplyvniť ich obsah. Podľa § 53 ods. 5 OZ neprijateľné podmienky upravené v spotrebiteľských zmluvách sú neplatné. Podľa § 54 ods. 1 OZ zmluvné podmienky upravené spotrebiteľskou zmluvou sa nemôžu odchýliť od tohto zákona v neprospech spotrebiteľa. Spotrebiteľ sa najmä nemôže vopred vzdať svojich práv, ktoré mu tento zákon priznáva, alebo si inak zhoršiť svoje zmluvné postavenie. Pre úplnosť súd uvádza, že úlohou súdneho konania je nielen v zmysle § 1 O. s. p. chrániť práva zaručené slovenským právnym poriadkom, ale aj práva s charakterom úniovým v zmysle zásady lojality (§ 4 ods. 3 zmluvy o EÚ [v spojení s rozsudkami Súdneho dvora EÚ]). Podľa čl. 3 ods. 1 Smernice 93/13/EHS sa považuje za nekalú zmluvná podmienka, ktorá nebola individuálne dohodnutá, ak napriek požiadavke dôvery spôsobí značnú nerovnováhu v právach a povinnostiach strán vzniknutých na základe zmluvy, ku škode spotrebiteľa. Odporca ako príslušný správny orgán podľa osobitných predpisov je povinný realizovať záväzky štátu vyplývajúce zo Smernice Rady 93/13/EHS zo dňa 05.04.1993 o nekalých podmienkach v spotrebiteľských zmluvách, ktorá bola premietnutá do OZ a do zák. č. 250/2007 Z. z. o ochrane spotrebiteľa. Podľa § 52 ods. 1 OZ spotrebiteľskou zmluvou je každá zmluva bez ohľadu na právnu formu, ktorú uzatvára dodávateľ so spotrebiteľom. Podľa § 52 ods. 3 OZ dodávateľ je osoba, ktorá pri uzatváraní a plnení spotrebiteľskej zmluvy koná v rámci predmetu svojej obchodnej alebo inej podnikateľskej činnosti. Podľa § 53 ods. 1 OZ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Podľa § 53 ods. 2 OZ za individuálne dojednané zmluvné ustanovenia sa nepovažujú také, s ktorými mal spotrebiteľ možnosť oboznámiť sa pred podpisom zmluvy, ak nemohol ovplyvniť ich obsah. Podľa § 53 ods. 5 OZ neprijateľné podmienky upravené v spotrebiteľských zmluvách sú neplatné. Podľa § 54 ods. 1 OZ zmluvné podmienky upravené spotrebiteľskou zmluvou sa nemôžu odchýliť od tohto zákona v neprospech spotrebiteľa. Spotrebiteľ sa najmä nemôže vopred vzdať svojich práv, ktoré mu tento zákon priznáva, alebo si inak zhoršiť svoje zmluvné postavenie. V preskúmavanom prípade má súd za to, že na prejednávaný prípad je potrebné aplikovať aj ust. § 52 - § 54 OZ. Z textu dohody o splnomocnení vyplýva, že bola uzatvorená v súvislosti so zmluvou o spotrebiteľskom úvere, ktorú uzatvoril dlžník so spoločnosťou Pohotovosť s. r. o. (bod 1 dohody o splnomocnení) a plnomocenstvo bolo udelené na uzatvorenie záložnej zmluvy ako formy zabezpečenia splnenia splnomocniteľovho záväzku zo zmluvy o spotrebiteľskom úvere (bod 3 dohody). Z uvedeného je zrejmé, že dohoda o splnomocnení bola súčasťou tzv. „úverového balíka“. Je nepochybné, že zmluva o spotrebiteľskom úvere je spotrebiteľskou zmluvou v zmysle § 52 a nasl. OZ, preto aj súvisiacu dohodu o splnomocnení je potrebné podriadiť pod režim ochrany spotrebiteľa a je potrebné zaoberať sa tým, či takáto dohoda nevykazuje znaky neprijateľných podmienok uvedených v § 53 ods. 1 OZ. Dohoda o splnomocnení, ako aj zmluva o zriadení záložného práva, má vo vzťahu k zmluve o spotrebiteľskom úvere subsidiárny a akcesorický vzťah, keďže ich existencia je vyvolaná finančnými aktivitami navrhovateľa, potrebou zabezpečenia zmluvy o úvere. Odporca postupoval v súlade s právnou úpravou obsiahnutou v ust. § 52 a nasl. OZ, ako aj Smernicou 93/13/EHS, keď v podstate prihliadol aj na nekalý charakter zmluvnej podmienky v spotrebiteľskej zmluve. Dohoda o splnomocnení nebola riadne uzatvorená aj pre rozpor s § 53 ods. 1 OZ, keďže bola napísaná vo forme predtlače (formulára), v ktorej bol už splnomocnenec vopred vpísaný a dlžník (záložca) nemohol ovplyvniť obsah takejto dohody. V tom, že dlžníkovi bola odňatá možnosť zvoliť si zástupcu, ktorého by si sám vybral, resp. určil, možno vidieť značnú nerovnováhu v právach a povinnostiach zmluvných strán v neprospech spotrebiteľa. Keďže vopred pripravená dohoda o splnomocnení bola predložená dlžníkovi formou pripraveného formulára, nejedná sa ani o individuálne dojednanú zmluvnú podmienku, čo má za následok výluku spod súdnej kontroly. Dohodu o splnomocnení, podľa ktorej mal dlžníka zastupovať jemu vopred určený zástupca mimo jeho slobodnú voľbu, je potrebné považovať za neprijateľnú (nekalú) zmluvnú podmienku, a teda za absolútne neplatnú podľa § 53 ods. 5 OZ. Z uvedeného vyplýva, že zástupca ProHelp - združenie občianskoprávnej pomoci nemohol ani z uvedeného dôvodu platne uzavrieť záložnú zmluvu v mene splnomocniteľa. Z uvedených dôvodov záver správneho orgánu o splnení podmienok na zamietnutie návrhu na vklad takejto záložnej zmluvy je v súlade s § 31 ods. 1 a 3 Katastrálneho zákona. Súd v tejto súvislosti poukazuje aj na ustálenú rozhodovaciu prax Najvyššieho SR, napr. rozsudky sp. zn. 8Sžo/17/2007 (R 42/2008), sp. zn. 1Sžr/37/2012 zo dňa 10.07.2012, sp. zn. 10Sžr/136/2012 zo dňa 15.03.2013 a sp. zn. 1Sžr/135/2012 zo dňa 11.06.2013. Súd po preskúmaní rozhodnutia a postupu správneho orgánu v medziach dôvodov uvedených v odvolaní dospel k záveru, že rozhodnutie a postup odporcu sú v súlade so zákonom, odporca dostatočne zistil skutkový stav a dohodu o splnomocnení ako aj záložnú zmluvu správne právne posúdil. Keďže podmienky na vklad neboli splnené, odporca postupoval v súlade so zákonom, ak takýto návrh na vklad zamietol. Súd preto napadnuté rozhodnutie odporcu s poukazom na § 250q ods. 2 O. s. p. potvrdil. Navrhovateľ v konaní nebol úspešný, a preto mu nevzniklo právo na náhradu trov konania podľa § 250k ods. 1 O.s.p. Z uvedeného dôvodu súd navrhovateľovi - odvolateľovi náhradu trov konania nepriznal. Súd zároveň rozhodol o povinnosti navrhovateľa zaplatiť súdny poplatok podľa zák. č. 71/1992 Zb. v znení neskorších predpisov vo výške 35,- Eur stanovenej Sadzobníkom súdnych poplatkov v položke 10 písm. b), nakoľko je poplatníkom, keďže podal opravný prostriedok proti rozhodnutiu správneho orgánu a v konaní nebol úspešný (§ 2 ods. 4 zák. č. 71/1992 Zb.). Poučenie: Proti tomuto rozhodnutiu je prípustné odvolanie v lehote 15 dní odo dňa jeho doručenia písomne, dvojmo, prostredníctvom tunajšieho súdu na Najvyšší súd SR. V odvolaní sa má popri všeobecných náležitostiach (§ 42 ods. 3 O.s.p.) uviesť, proti ktorému rozhodnutiu smeruje, v akom rozsahu sa napáda, v čom sa toto rozhodnutie alebo postup súdu považuje za nesprávny a čoho sa odvolateľ domáha. Odvolanie proti rozhodnutiu,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rozhodnutie súdu prvého stupňa vychádza z nesprávneho právneho posúdenia veci.</w:t>
      </w:r>
    </w:p>
    <w:p/>
    <w:p>
      <w:r>
        <w:t>Zdroj: KAUZIS.SK – https://www.kauzis.sk/judikatura/r/ECLI:SK:KSBB:2015:6014201419.2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