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20Sd/334/2014 z 1. 9. 2015</w:t>
      </w:r>
    </w:p>
    <w:p>
      <w:r>
        <w:t>Rozsudok Krajského súdu Banská Bystrica z 1. septembra 2015, sp. zn. 20Sd/334/2014, ECLI:SK:KSBB:2015:6014201497.2</w:t>
      </w:r>
    </w:p>
    <w:p>
      <w:r>
        <w:t>Súd: Krajský súd Banská Bystrica</w:t>
      </w:r>
    </w:p>
    <w:p>
      <w:r>
        <w:t>Spisová značka: 20Sd/334/2014</w:t>
      </w:r>
    </w:p>
    <w:p>
      <w:r>
        <w:t>ECLI: ECLI:SK:KSBB:2015:6014201497.2</w:t>
      </w:r>
    </w:p>
    <w:p>
      <w:r>
        <w:t>Dátum vydania: 1.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20Sd/334/2014 Identifikačné číslo súdneho spisu: 6014201497 Dátum vydania rozhodnutia: 02. 09. 2015 Meno a priezvisko sudcu, VSÚ: JUDr. Jarmila Badíková ECLI: ECLI:SK:KSBB:2015:6014201497.2 ROZSUDOK V MENE SLOVENSKEJ REPUBLIKY Krajský súd v Banskej Bystrici v konaní samosudkyňou JUDr. Jarmilou Badíkovou v právnej veci navrhovateľa: C. L., nar. X. U. XXXX, bytom X. XXX/XX, XXX XX M., proti odporkyni: Sociálna poisťovňa, ul. 29. augusta č. 8, 813 63 Bratislava o preskúmanie rozhodnutia o zamietnutí invalidného dôchodku takto r o z h o d o l : Rozhodnutie odporkyne č. XXX XXX XXXX X zo dňa 17. júla 2014 p o t v r d z u j e. Navrhovateľovi nepriznáva právo na náhradu trov konania. o d ô v o d n e n i e : Odporkyňa rozhodnutím č. XXX XXX XXXX X zo 17.07.2014 zamietla žiadosť navrhovateľa o priznanie invalidného dôchodku s odôvodnením, že nie je invalidný podľa § 70 a § 71 ods. 1 zákona č. 461/2003 Z. z. o sociálnom poistení /zsp/, pretože podľa posudku posudkového lekára SP pobočka Lučenec zo dňa 12.06.2014 nemá pre dlhodobo nepriaznivý zdravotný stav pokles schopnosti vykonávať zárobkovú činnosť o viac ako 40 % v porovnaní so zdravou fyzickou osobou. Posudkový lekár stanovil mieru poklesu schopnosti vykonávať zárobkovú činnosť u navrhovateľa vo výške 30 %. Odporkyňa v odôvodnení okrem iného uviedla, že posúdenie zdravotného stavu je obsahom uvedenej lekárskej správy, ktorá tvorí neoddeliteľnú súčasť odôvodnenia tohto rozhodnutia a sú v nej uvedené všetky rozhodujúce skutočnosti, ktoré boli podkladom na vyhotovenie posudkového záveru, že navrhovateľ nie je invalidný. Navrhovateľ podal proti tomuto rozhodnutiu v zákonom stanovenej lehote návrh na preskúmanie s odvolaním sa na svoj zlý zdravotný stav a žiadal o jeho opätovné posúdenie. Odporkyňa podala vo veci písomné stanovisko zo dňa 19.11.2014, v ktorom uviedla právne a skutkové dôvody, pre ktoré žiadala napadnuté rozhodnutie potvrdiť ako vecne správne. Krajský súd preskúmal napadnuté rozhodnutie na pojednávaní dňa 20.05.2015 v neprítomnosti navrhovateľa, za účasti odporkyne a pojednávanie odročil za účelom opätovného posúdenia zdravotného stavu navrhovateľa, ktorý sa podrobil operácii. Krajský súd preskúmal napadnuté rozhodnutie ako aj postup, ktorý predchádzal jeho vydaniu opätovne na pojednávaní dňa 02.09.2015 v zmysle § 250l OSP, oboznámil sa s pripojenými listinnými dôkazmi, vec preskúmal v neprítomnosti navrhovateľa, vypočul odporkyňu a dospel k záveru, že opravnému prostriedku navrhovateľa nie je možné vyhovieť. Súd ospravedlnil neprítomnosť navrhovateľa na pojednávaní a pri rozhodovaní vo veci prihliadol na dôvody uvedené v opravnom prostriedku. Odporkyňa na pojednávaní žiadala, aby krajský súd napadnuté rozhodnutie zo 17.7.2014 potvrdil ako vecne správne. Poukázala na písomné stanovisko SP z 19.11.2014, kde sú uvedené právne a skutkové dôvody, pre ktoré žiadala napadnuté rozhodnutie potvrdiť, poukázala aj na posudky posudkových lekárov, jednak na pobočke v Lučenci ako aj na základe opravného prostriedku posudok posudkového lekára ústredia v Banskej Bystrici ako aj posudok, ktorý bol vyžiadaný krajským súdom s tým, že posudkoví lekári sa zhodli, že navrhovateľ nie je invalidný podľa zákona o sociálnom poistení. Posudky boli vypracované na základe predložených lekárskych nálezov.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3 cit. ust. prvej vety pokles schopnosti vykonávať zárobkovú činnosť sa posudzuje porovnaním telesnej, duševnej a zmyslovej schopnosti poistenca s dlhodobo nepriaznivým zdravotným stavom a telesnej, duševnej a zmyslovej schopnosti zdravej fyzickej osoby.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posúdila posudková lekárka SP-ú so sídlom v Banskej Bystrici opätovne zdravotný stav navrhovateľa v posudku zo dňa 10.11.2014 z hľadiska kritérií stanovených pre invaliditu podľa zákona č. 461/2003 Z. z. o sociálnom poistení. Posudková lekárka ako rozhodujúce zdravotné postihnutie uviedla choroby podporného a pohybového aparátu - kapitola XV., postihnutie končatín - oddiel g., stavy po zlomenine stehnovej kosti liečené konzervatívne aj osteosyntézou prípadne endoprotézou - položka 43., pri dobrej funkcii končatiny - písm. a/ so záverom, že navrhovateľ nie je invalidný podľa § 71 ods. 1 cit. zákona, pretože pre dlhodobo nepriaznivý zdravotný stav nemá pokles schopnosti vykonávať zárobkovú činnosť o viac ako 40 % v porovnaní so zdravou fyzickou osobou, miera poklesu schopnosti navrhovateľa vykonávať zárobkovú činnosť je 30 %. Posudková lekárka v celkovom posudku ďalej uviedla, že navrhovateľ utrpel pri nepracovnom úraze v júni 2013 zlomeninu pravej stehnovej kosti, riešenú osteosyntézou. V júli 2013 vykonané aj cievne vyšetrenie s fyziologickým nálezom na arteriálnom a venóznom systéme DK. Počas pobytu v Kováčovej (12.11 až 10.12.2013) vykonané vyšetrenie so zameraním aj na chrbticu (problémy s chrbticou uvádza v odvolaní), porucha funkcie ani palpačná bolestivosť neboli dokumentované, nález hodnotený ako primeraný veku. Ako reziduum po utrpenom úraze pretrváva ľahké skrátenie pravej dolnej končatiny (mínus 1 cm) s možnosťou riešenia ortopedickou vložkou, ľahká hypotrofia svalstva z inaktivity pravej DK (deficit mínus 1,5 až 2 cm) s primeranou normálnou hybnosťou kolenných kĺbov a ľahkým obmedzením v pravom bedrovom kĺbe, RTG vyšetrenie potvrdzuje dobré umiestnenie ostesyntetického materiálu. Nakoľko nie je preukázaná porucha motorickej inervácie, skrátenie PDK nie je o 4 cm a viac, bez výraznejšej deformácie postihnutej končatiny nie je možné stanoviť vyššie percento miery poklesu schopnosti vykonávať zárobkovú činnosť, ktoré naďalej ponechali na úrovni 30 %. Týmto posudkom bol potvrdený posudok posudkového lekára SP pobočka Lučenec zo dňa 12.06.2014, ktorý posudok bol podkladom pre vydanie napadnutého rozhodnutia. Posudkový lekár SP pobočky spísal s navrhovateľom zápisnicu o ústnom pojednávaní v súlade s § 189 zákona č. 461/2003 Z. z. o sociálnom poistení a navrhovateľ bol informovaný o všetkých skutočnostiach, ktoré sa týkajú posúdenia zdravotného stavu, posudku a miera poklesu schopnosti vykonávať zárobkovú činnosť. Posudkový lekár vyhotovil aj odborný posudok o invalidite. Na základe požiadavky krajského súdu bol zdravotný stav navrhovateľa opätovne posúdený posudkovým lekárom SP-ú so sídlom v Banskej Bystrici v posudku zo dňa 26.06.2015 zo záverom, že navrhovateľ nie je invalidný a jeho miera poklesu schopnosti vykonávať zárobkovú činnosť je naďalej 30 %. posudkový lekár v posudku uviedol, že aktuálne doplnený nález z hospitalizácie v 04/2015 dokumentuje ďalšiu chirurg. intervenciu po zlomenine pravej stehnovej kosti (jún 2013) riešený v tom období operačne za použitia osteosyntetického materiálu. Počas uvedenej hospitalizácie vykonané odstránenie OSM a korekcia postavenia hornej časti stehnovej kosti. V súčasnosti, v období rekonvalescencie, nie je možné stav hodnotiť na posudkové účely, nakoľko stav nie je ustálený. Z uvedeného dôvodu sa nemení ani miera poklesu schopnosti vykonávať zárobkovú činnosť. Podľa § 132 OSP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ust. a mal preukázané, že posudky boli vypracované po náležitom lekárskom vyšetrení, po zvážení všetkých okolností namietaných navrhovateľom a že závery posudkov vychádzajú zo súčasného zdravotného stavu navrhovateľa a z poznatkov súčasnej medicíny. Krajský súd porovnal závery posudkov so závermi odborných lekárov a zistil, že posudky sú objektívne, komplexné, presvedčivé a akceptoval ich závery . Súd porovnal posudky posudkových lekárov s odbornými nálezmi špecialistov a zistil, že tieto navzájom korelujú a zhodne konštatujú, že pracovný potenciál navrhovateľa je znížený adekvátne zdravotnému stavu navrhovateľa, ale nie je natoľko znížený a navrhovateľ nie je tak zdravotne postihnutý, aby splnil podmienku priznania invalidného dôchodku. Súd považuje za potrebné dodať, že navrhovateľ v prípade zhoršeného zdravotného stavu a na základe nových lekárskych nálezov môže opätovne požiadať odporkyňu o posúdenie zdravotného stavu za účelom priznania invalidity. Pre komplexné posúdenie veci súd považuje za potrebné zdôrazniť, že Posudkoví lekári pri posudzovaní zdravotného stavu postupujú okrem zákona č. 461/2003 Z. z. o sociálnom poistení, aj podľa prílohy č. 4 k zákona č. 461/2003 Z. z. o sociálnom poistení,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Krajský súd považuje za potrebné tiež uviesť, že v zmysle zákona č. 461/2003 Z. z. o sociálnom poistení § 71 ods. 5 a 6 miera poklesu schopnosti vykonávať zárobkovú činnosť sa posudzuje len na základe rozhodujúceho zdravotného postihnutia t.j. jednej diagnózy s prihliadnutím na závažnosť aj ostatných ochorení, ale jednotlivé percentá miery poklesu schopnosti vykonávať zárobkovú činnosť sa nesčítavajú. Pre priznanie invalidity je potrebná minimálne 41 % miera poklesu schopnosti vykonávať zárobkovú činnosť. Vzhľadom na závery posudkov ohľadne zdravotného postihnutia navrhovateľa, na skutočnosť, že posudky podali orgány na to určené zákonom, súd dospel k záveru, že zistený skutkový stav navrhovateľ nespĺňa požiadavky pre priznanie invalidity a preto napadnuté rozhodnutie odporkyne potvrdil ako vecne správne. Navrhovateľ nepredložil súdu dôkazy, ktoré by spochybnili závery posudkových lekárov a správnosť napadnutého rozhodnutia. Súd pre komplexné posúdenie veci považuje za potrebné uviesť, že rozhodujúci je zdravotný stav navrhovateľa v čase vydania napadnutého rozhodnutia. Súd náhradu trov konania posúdil podľa § 250l ods. 2 v spojitosti s § 250k ods. 1 OSP, navrhovateľ v konaní nemal úspech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https://www.kauzis.sk/judikatura/r/ECLI:SK:KSBB:2015:6014201497.2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