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20Sd/345/2014 z 14. 5. 2015</w:t>
      </w:r>
    </w:p>
    <w:p>
      <w:r>
        <w:t>Uznesenie Krajského súdu Banská Bystrica z 14. mája 2015, sp. zn. 20Sd/345/2014, ECLI:SK:KSBB:2015:6014201531.2</w:t>
      </w:r>
    </w:p>
    <w:p>
      <w:r>
        <w:t>Súd: Krajský súd Banská Bystrica</w:t>
      </w:r>
    </w:p>
    <w:p>
      <w:r>
        <w:t>Spisová značka: 20Sd/345/2014</w:t>
      </w:r>
    </w:p>
    <w:p>
      <w:r>
        <w:t>ECLI: ECLI:SK:KSBB:2015:6014201531.2</w:t>
      </w:r>
    </w:p>
    <w:p>
      <w:r>
        <w:t>Dátum vydania: 14. 5. 2015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20Sd/345/2014 Identifikačné číslo súdneho spisu: 6014201531 Dátum vydania rozhodnutia: 15. 05. 2015 Meno a priezvisko sudcu, VSÚ: JUDr. Jarmila Badíková ECLI: ECLI:SK:KSBB:2015:6014201531.2 Uznesenie Krajský súd v Banskej Bystrici v právnej veci navrhovateľky Z. X., nar. XX. A. XXXX, bytom A., G. XXX/ XX, zastúpenej advokátom JUDr. Máriusom Vladovičom so sídlom Veľký Krtíš, Nemocničná 16 proti odporkyni Sociálna poisťovňa ústredie, ul. 29. augusta č. 8, 813 63 Bratislava, o zamietnutí žiadosti o invalidný dôchodok takto r o z h o d o l : Konanie vo veci rozhodnutia odporkyne č. XXX XXX XXXX X zo dňa 23. októbra 2014 z a s t a v u j e . Žiaden z účastníkov n e m á právo na náhradu trov konania. o d ô v o d n e n i e : Odporkyňa rozhodnutím č. XXX XXX XXXX X zo dňa 23. októbra 2014 zamietla žiadosť navrhovateľky o priznanie invalidného dôchodku podľa § 70 ods. 1 zákona č. 461/2003 Z.z. o sociálnom poistení v platnom znení, pretože podľa posudku posudkového lekára pobočky Sociálnej poisťovne Banská Bystrica z 22. augusta 2014, nemá navrhovateľka pokles schopnosti vykonávať zárobkovú činnosť o viac ako 40% v porovnaní so zdravou fyzickou osobou. Navrhovateľka podala proti tomuto rozhodnutiu opravný prostriedok - odvolanie zo dňa 24. novembra 2014, v ktorom žiadala o opätovné prehodnotenie jej zdravotného stavu a priznanie invalidného dôchodku. Navrhovateľka listom zo dňa 12. mája 2015 oznámila, že svoj návrh berie v plnom rozsahu späť a žiada o zastavenie konania. Podľa § 250l ods. 2 O.s.p., pokiaľ v III. hlave O.s.p. nie je ustanovené inak, použijú sa primerane ustanovenia II. hlavy s výnimkou § 250a O.s.p. Podľa § 250d ods. 3 O.s.p. súd uznesením konanie zastaví ak bola žaloba vzatá späť. V odvolacom správnom konaní odporkyňa rozhodnutím č. XXX XXX XXXX X - U.. zo dňa 10. marca 2015 priznala navrhovateľke invalidný dôchodok od 14. júna 2011 v sume 114,40 € mesačne, zvýšený od 1. januára 2015 na sumu 131,30 € mesačne v súvislosti s priznanou mierou poklesu schopnosti navrhovateľky vykonávať zárobkovú činnosť o 45% v porovnaní so zdravou fyzickou osobou. Rozhodnutie z 23. októbra 2014 v rámci autoremedúry zrušila. Z obsahu podania navrhovateľky zo dňa 12. mája 2015 mal súd preukázané, že navrhovateľka zobrala odvolanie späť a žiadala konanie zastaviť. Vzhľadom na uvedené späťvzatie opravného prostriedku, súd v súlade s § 250d ods. 3 O.s.p. konanie z a s t a v i l . Súd o náhrade trov konania rozhodol podľa § 250l ods. 2 a § 246c, v spojitosti s § 146 ods. 1 písm. c/ O.s.p., podľa ktorého žiaden z účastníkov konania nemá právo na náhradu trov konania podľa jeho výsledku, ak konanie bolo zastavené. Poučenie: Proti tomuto rozhodnutiu je prípustné odvolanie do 15 dní od jeho doručenia, písomne v dvoch vyhotoveniach, prostredníctvom krajského súdu na Najvyšší súd Slovenskej republiky. Odvolanie možno podať len z dôvodov uvedených v § 205 ods. 2 O.s.p. V odvolaní sa má popri všeobecných náležitostiach (§ 42 ods. 3 O.s.p.) uviesť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https://www.kauzis.sk/judikatura/r/ECLI:SK:KSBB:2015:6014201531.2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