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23S/248/2014 z 17. 5. 2015</w:t>
      </w:r>
    </w:p>
    <w:p>
      <w:r>
        <w:t>Uznesenie Krajského súdu Banská Bystrica z 17. mája 2015, sp. zn. 23S/248/2014, ECLI:SK:KSBB:2015:6014201588.2</w:t>
      </w:r>
    </w:p>
    <w:p>
      <w:r>
        <w:t>Súd: Krajský súd Banská Bystrica</w:t>
      </w:r>
    </w:p>
    <w:p>
      <w:r>
        <w:t>Spisová značka: 23S/248/2014</w:t>
      </w:r>
    </w:p>
    <w:p>
      <w:r>
        <w:t>ECLI: ECLI:SK:KSBB:2015:6014201588.2</w:t>
      </w:r>
    </w:p>
    <w:p>
      <w:r>
        <w:t>Dátum vydania: 17. 5. 2015</w:t>
      </w:r>
    </w:p>
    <w:p>
      <w:r>
        <w:t>Forma: Uznesenie</w:t>
      </w:r>
    </w:p>
    <w:p>
      <w:pPr>
        <w:pStyle w:val="Heading2"/>
      </w:pPr>
      <w:r>
        <w:t>Text rozhodnutia</w:t>
      </w:r>
    </w:p>
    <w:p>
      <w:r>
        <w:t>Súd: Krajský súd Banská Bystrica Spisová značka: 23S/248/2014 Identifikačné číslo súdneho spisu: 6014201588 Dátum vydania rozhodnutia: 18. 05. 2015 Meno a priezvisko sudcu, VSÚ: JUDr. Drahomíra Mikulajová ECLI: ECLI:SK:KSBB:2015:6014201588.2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1100301/1/425111/2014/14003 zo dňa 25. septembra 2014, takto r o z h o d o l : Súd konanie z a s t a v u j e . o d ô v o d n e n i e : Žalobcovi v súvislosti s podaním žaloby vznikla v zmysle § 5 ods. 1 písm. a) zákona č. 71/1992 Zb. o súdnych poplatkoch a poplatku za výpis z registra trestov (ďalej v texte zákona o súdnych poplatkoch alebo zákona č. 71/1992 Zb.) poplatková povinnosť, ktorú si žalobca v predmetnom konaní pri podaní žaloby nesplnil, keď nezaplatil splatný súdny poplatok (§ 8 ods. 1 zákona o súdnych poplatkoch). Súčasne s podaním žaloby žalobca žiadal o priznanie oslobodenia od súdnych poplatkov v zmysle § 138 ods. 1 O.s.p. Krajský súd v Banskej Bystrici uznesením č. k. 23S/248/2014- 51 zo dňa 4. marca 2015 žalobcovi oslobodenie od súdnych poplatkov nepriznal. Rozhodnutie nadobudlo právoplatnosť dňa 01.04.2015. Následne súd výzvou zo dňa 15.04.2015 vyzval žalobcu na zaplatenie súdneho poplatku vo výške 70,00 euro (pol. č. 10 písm. c) sadzobníka súdnych poplatkov) v lehote 10 dní od doručenia výzvy. Zároveň žalobcu vo výzve poučil o tom, že v prípade ak nebude poplatok v určenej lehote zaplatený, súd konanie zastaví. Právny zástupca žalobcu predmetnú výzvu prevzal dňa 17.04.2015, pričom súdny poplatok nebol v určenej lehote (ani do dnešného dňa) zaplatený.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zákona č. 71/1992 Zb.;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(pozn. zákon č. 7/2005 Z. z.) a správca v ňom pokračuje namiesto poplatník. Súd zastavil konanie v dôsledku nezaplatenia súdneho poplatku poplatníkom, aplikujúc ustanovenie § 10 ods. 1 zákona o súdnych poplatkoch.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https://www.kauzis.sk/judikatura/r/ECLI:SK:KSBB:2015:6014201588.2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