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20Sd/370/2014 z 1. 9. 2015</w:t>
      </w:r>
    </w:p>
    <w:p>
      <w:r>
        <w:t>Rozsudok Krajského súdu Banská Bystrica z 1. septembra 2015, sp. zn. 20Sd/370/2014, ECLI:SK:KSBB:2015:6014201654.2</w:t>
      </w:r>
    </w:p>
    <w:p>
      <w:r>
        <w:t>Súd: Krajský súd Banská Bystrica</w:t>
      </w:r>
    </w:p>
    <w:p>
      <w:r>
        <w:t>Spisová značka: 20Sd/370/2014</w:t>
      </w:r>
    </w:p>
    <w:p>
      <w:r>
        <w:t>ECLI: ECLI:SK:KSBB:2015:6014201654.2</w:t>
      </w:r>
    </w:p>
    <w:p>
      <w:r>
        <w:t>Dátum vydania: 1. 9. 2015</w:t>
      </w:r>
    </w:p>
    <w:p>
      <w:r>
        <w:t>Forma: Rozsudok</w:t>
      </w:r>
    </w:p>
    <w:p>
      <w:r>
        <w:t>Oblasť práva: Správne právo</w:t>
      </w:r>
    </w:p>
    <w:p>
      <w:pPr>
        <w:pStyle w:val="Heading2"/>
      </w:pPr>
      <w:r>
        <w:t>Text rozhodnutia</w:t>
      </w:r>
    </w:p>
    <w:p>
      <w:r>
        <w:t>Súd: Krajský súd Banská Bystrica Spisová značka: 20Sd/370/2014 Identifikačné číslo súdneho spisu: 6014201654 Dátum vydania rozhodnutia: 02. 09. 2015 Meno a priezvisko sudcu, VSÚ: JUDr. Jarmila Badíková ECLI: ECLI:SK:KSBB:2015:6014201654.2 ROZSUDOK V MENE SLOVENSKEJ REPUBLIKY Krajský súd v Banskej Bystrici v konaní samosudkyňou JUDr. Jarmilou Badíkovou v právnej veci navrhovateľa: G. X., nar. X. Y. XXXX, bytom B. XXXX/XX, XXX XX Z., proti odporkyni: Sociálna poisťovňa, ul. 29. augusta č. 8, 813 63 Bratislava, o preskúmanie rozhodnutia o invalidnom dôchodku takto r o z h o d o l : Rozhodnutie odporkyne č. XXX XXX XXXX X zo dňa 17. septembra 2014 p o t v r d z u j e. Navrhovateľovi nepriznáva právo na náhradu trov konania. o d ô v o d n e n i e : Odporkyňa rozhodnutím č. XXX XXX XXXX X z 17.09.2014 podľa § 73, § 112 ods. 4 zákona č. 461/2003 Z. z. o sociálnom poistení zamietla žiadosť navrhovateľa o zvýšenie invalidného dôchodku. Odporkyňa v odôvodnení rozhodnutia okrem iného uviedla, že podľa posudku SP pobočka Zvolen zo dňa 27.08.2014 je invalidný s určenou mierou poklesu schopnosti vykonávať zárobkovú činnosť 45 %. Navrhovateľ podal proti tomuto rozhodnutiu v zákonom stanovenej lehote návrh na preskúmanie z dôvodu zlého zdravotného stavu. Odporkyňa vo veci podala písomné stanovisko zo dňa 09.01.2015, v ktorom uviedla právne a skutkové dôvody, pre ktoré žiadala napadnuté rozhodnutie potvrdiť ako vecne správne. Krajský súd preskúmal napadnuté rozhodnutie aj postup, ktorý predchádzal jeho vydaniu na pojednávaní dňa 02.09.2015 v zmysle § 250l OSP, oboznámil sa s pripojenými listinnými dôkazmi, vec preskúmal v neprítomnosti účastníkov a dospel k záveru, že opravnému prostriedku navrhovateľa nie je možné vyhovieť. Súd ospravedlnil neprítomnosť navrhovateľa na pojednávaní a pri rozhodovaní vo veci prihliadol na dôvody uvedené v podanom opravnom prostriedku. Odporkyňa na pojednávaní žiadala, aby krajský súd napadnuté rozhodnutie zo dňa 17.9.2014 potvrdil ako vecne správne. Poukázala na písomné stanovisko SP z 9.1.2015, ako aj na posudky posudkových lekárov jednak na pobočke vo Zvolene ako aj na posudok, ktorý bol vypracovaný na základe opravného prostriedku navrhovateľa, ako aj na posudok, ktorý bol vypracovaný na základe požiadavky krajského súdu v prítomnosti nezávislého odborníka ortopéda. Posudkoví lekári ako aj prísediaci odborný lekár sa zhodli s tým, že navrhovateľ je invalidný so 45 % mierou poklesu schopnosti vykonávať zárobkovú činnosť.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opravného prostriedku navrhovateľa a na základe kritérií určených zákonom č. 461/2003 Z. z. o sociálnom poistení posúdil zdravotný stav navrhovateľa opätovne posudkový lekár SP pobočka v Banskej Bystrici v posudku zo dňa 11.12.2014 so záverom, že navrhovateľ je invalidný podľa zákona č. 461/2003 Z. z. o sociálnom poistení s mierou poklesu schopnosti vykonávať zárobkovú činnosť je 45 %. Posudkový lekár ako rozhodujúce zdravotné postihnutie uviedol choroby podporného a pohybového aparátu - kapitola XV., dorzopatia - oddiel E., degeneratívne zmeny na chrbtici a medzistavcových platničkách - položka 3., s miernym funkčným postihnutím s prejavmi nervového a svalového dráždenia, slabosťou svalového korzetu a obmedzením pohybu v postihnutom úseku - písm. b/ - 35 %. Posudkový lekár celkovom posudku uviedol, že u navrhovateľa dominujú bolesti chrbtice, trvajúce viac rokov na podklade verifikovaných degeneratívnych zmien MR vyšetrením krčnej a driekovej oblasti (v roku 2009). Nie je preukázané napriek uvádzaným subj. ťažkostiam, žiadne postihnutie horných končatín (neurologicky a artrologicky), rovnako dolné končatiny sú bez paretických javov, bez trvalého koreňového dráždenia, poruchy postoja a chôdze (neurologické vyš.) obojstranne so zvýraznením paravertebrálneho svalstva, čomu zodpovedá stanovené percento miery poklesu schopnosti vykonávať zárobkovú činnosť naďalej na úrovni 35 %. Zohľadňujúce uvedené funkčné postihnutie a obmedzenie pohybu v postihnutom úseku. V neurologickom náleze nie je preukázané trvalé zhoršenie zdravotného stavu. V percentuálnom zvýšení sú zohľadnené ostatné pridružené ochorenia, ktoré samostatne nedosahujú vyššie percento. V súčasnosti predovšetkým syndróm karpáneho kanála, vľavo po operácii, syndróm kubitálneho kanála, počínajúca koxartróza a gonartróza vľavo II. stupňa. V novembri 2014 sa podrobil vykonaniu totálnej endoprotézy pravého kolena, čiže v súčasnosti je tento stav v štádiu rekonvalescencie bez operačných pooperačných komplikácii a aktuálne je riešený cestou dočasnej pracovnej neschopnosti. Efekt operácie je možné zhodnotiť až po komplexne pooperačnej liečbe (RHB, KL). Posudkový lekár v pracovnej rekomandácii uviedol, že môže vykonávať prácu len v prostredí bez: dvíhania a nosenia ťažkých bremien, ľahšie fyzicky nenáročné práce - práce U., ktorú vykonáva, je vhodná. Týmto posudkom boli potvrdené závery posudku posudkového lekára SP pobočka Zvolen zo dňa 27.08.2014, ktorý bol podkladom pre vydanie napadnutého rozhodnutia.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navrhovateľom a že závery posudkov vychádzajú zo súčasného zdravotného stavu navrhovateľa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určený stupeň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v tejto spvislosti súd uvádza, že v zmysle zákona o sociálnom poistení sa miera poklesu posudzuje len na základe rozhodujúceho zdravotného postihnutia t.j. jednej diagnózy s prihliadnutím na závažnosť aj ostatných ochorení, ale jednotlivé percentá miery poklesu schopnosti vykonávať zárobkovú činnosť sa nesčítavajú. Vzhľadom na závery posudkov ohľadne zdravotného postihnutia navrhovateľa, na skutočnosť, že posudky podali orgány na to určené zákonom, súd dospel k záveru, že zistený skutkový stav navrhovateľ spĺňa požiadavky pre priznanie invalidity určenej v napadnutom rozhodnutí a preto napadnuté rozhodnutie odporkyne potvrdil ako vecne správne. Navrhovateľ nepredložil súdu dôkazy, ktoré by spochybnili závery posudkového lekára a správnosť napadnutého rozhodnutia. Súd ďalej uvádza, že v prípade zhoršenia zdravotného stavu navrhovateľa na základe nových lekárskych nálezov môže navrhovateľ požiadať príslušnú pobočku SP o opätovné posúdenie zdravotného stavu za účelom zvýšenia miery poklesu schopnosti vykonávať zárobkovú činnosť. Súd tiež považuje za potrebné uviesť, že pri preskúmavaní napadnutého rozhodnutia z hľadiska jeho zákonnosti a vecnej správnosti je rozhodujúci zdravotný stav v čase vydania rozhodnutia v zmysle 250l ods. 2 a § 250i ods. 1 OSP . Súd náhradu trov konania posúdil podľa § 250l ods. 2 v spojitosti s § 250k ods. 1 OSP, navrhovateľ v konaní nemal úspech a preto mu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https://www.kauzis.sk/judikatura/r/ECLI:SK:KSBB:2015:6014201654.2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