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23S/279/2014 z 20. 4. 2015</w:t>
      </w:r>
    </w:p>
    <w:p>
      <w:r>
        <w:t>Uznesenie Krajského súdu Banská Bystrica z 20. apríla 2015, sp. zn. 23S/279/2014, ECLI:SK:KSBB:2015:6014201726.2</w:t>
      </w:r>
    </w:p>
    <w:p>
      <w:r>
        <w:t>Súd: Krajský súd Banská Bystrica</w:t>
      </w:r>
    </w:p>
    <w:p>
      <w:r>
        <w:t>Spisová značka: 23S/279/2014</w:t>
      </w:r>
    </w:p>
    <w:p>
      <w:r>
        <w:t>ECLI: ECLI:SK:KSBB:2015:6014201726.2</w:t>
      </w:r>
    </w:p>
    <w:p>
      <w:r>
        <w:t>Dátum vydania: 20. 4. 2015</w:t>
      </w:r>
    </w:p>
    <w:p>
      <w:r>
        <w:t>Forma: Uznesenie</w:t>
      </w:r>
    </w:p>
    <w:p>
      <w:pPr>
        <w:pStyle w:val="Heading2"/>
      </w:pPr>
      <w:r>
        <w:t>Text rozhodnutia</w:t>
      </w:r>
    </w:p>
    <w:p>
      <w:r>
        <w:t>Súd: Krajský súd Banská Bystrica Spisová značka: 23S/279/2014 Identifikačné číslo súdneho spisu: 6014201726 Dátum vydania rozhodnutia: 21. 04. 2015 Meno a priezvisko sudcu, VSÚ: JUDr. Milan Segeč ECLI: ECLI:SK:KSBB:2015:6014201726.2 Uznesenie Krajský súd v Banskej Bystrici v právnej veci žalobcu: N.. T. P., H. J. 9, XXX XX L., proti žalovanému: žalovaný v žalobe neuvedený, takto r o z h o d o l : I. Súd konanie z a s t a v u j e . II. Žalobca nemá právo na náhradu trov konania. o d ô v o d n e n i e : Dňa 31.12.2014 bola Krajskému súdu v Banskej Bystrici doručená žaloba žalobcu N.. T. P., H. J. 9, XXX XX L., SR. Žalovaný v žalobe nebol uvedený, zo žaloby nevyplýva, čoho sa žalobca domáha. Uznesením Krajského súdu v Banskej Bystrici č. k. 23S/279/2014-3 zo dňa 03.02.2015 súd vyzval žalobcu v zmysle § 43 ods. 1 O.s.p., aby doplnil svoje podanie zo dňa 30.12.2014, doručené krajskému súdu dňa 31.12.2014, a to o náležitosti podľa § 249 ods. 1, 2 O.s.p., § 250a O.s.p., § 42 ods. 3 O.s.p. v spojení s § 79 ods. 1 O.s.p. v lehote 15 dní od doručenia uznesenia. Ak napriek výzve žalobca podanie nedoplní, súd podľa § 250d ods. 3 O.s.p. konanie zastaví. Žalobca bol zároveň upozornený, že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Uznesenie krajského súdu č. k. 23S/279/2014-3 zo dňa 03.02.2015 bolo žalobcovi zaslané na adresu uvedenú v žalobe: N.. T. P., H. J. 9, XXX XX L.. Dňa 05.03.2015 bola poštovým doručovateľom vrátená zásielka Krajskému súdu v Banskej Bystrici z dôvodu, že zásielka nebola prevzatá v odbernej lehote. Podľa relácie poštového doručovateľa, neúspešný pokus o doručenie s výzvou o opakované doručenie je zo dňa 09.02.2015, opakované doručenie je zo dňa 10.02.2015 a deň uloženia zásielky je 10.02.2015. Podľa § 47 O.s.p., do vlastných rúk treba doručiť písomnosti, pri ktorých tak ustanovuje zákon a iné písomnosti, ak to nariadi súd. Ak nebol adresát písomnosti, ktorá sa má doručiť do vlastných rúk, zastihnutý, hoci sa v mieste doručenia zdržiava, doručovateľ ho vhodným spôsobom upovedomí, že mu zásielku príde doručiť znova v deň a v hodinu uvedenú v oznámení. Ak ostane i nový pokus o doručenie bezvýsledný, uloží doručovateľ písomnosti na pošte alebo na orgáne obce a adresáta o tom vhodným spôsobom upovedomí. Ak si adresát zásielku počas jej uloženia nevyzdvihne, považuje sa deň, kedy bola zásielka vrátená súdu, za deň doručenia, i keď sa adresát o tom nedozvedel. V danom prípade súd nariadil, aby sa uznesenie zo dňa 03.02.2015 doručilo do vlastných rúk žalobcu. Žalobca dňa 09.02.2015 zásielku neprevzal, opakovane mu bola zásielka doručená dňa 10.02.2015. Zároveň dňa 10.02.2015 bola uložená zásielka na pošte. Dňa 05.03.2015 bola zásielka ako nedoručená vrátená krajskému súdu, uvedený deň sa považuje za deň, kedy bola zásielka doručená, i keď sa adresát o tom nedozvedel. Z § 250d ods. 3 O.s.p. vyplýva, že súd uznesením konanie zastaví, ak žalobca neodstránil vady žaloby, ktorých odstránenie súd nariadil a ktoré bránia vecnému vybaveniu veci, alebo ak žalobca nie je zastúpený podľa § 250a advokátom. V danom prípade súd vyzval žalobcu uznesením na odstránenie vád podania, ako aj na zvolenie si zástupcu na zastupovanie vo veci, vrátením zásielky krajskému súdu dňom 05.03.2015 platí fikcia, že zásielka bola doručená, žalobca v lehote 15 dní neodstránil vady podania, neuviedol ani zástupcu, ktorého si zvolil pre zastupovanie v súdnom konaní, súd preto v súlade s § 250d ods. 3 O.s.p. konanie zastavil. Súd nepriznal žiadnemu z účastníkov náhradu trov konania, nakoľko došlo k zastaveniu konania podľa § 146 ods. 1 písm. c) O.s.p. Toto rozhodnutie prijal senát krajského súdu pomerom hlasov 3:0 (§ 3 ods. 9 zákona č. 757/2004 Z.z. o súdoch a o zmene a doplnení niektorých zákonov v znení účinnom od 1. mája 2011). Poučenie: Proti tomuto uzneseniu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https://www.kauzis.sk/judikatura/r/ECLI:SK:KSBB:2015:6014201726.2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