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20Sd/51/2015 z 27. 10. 2015</w:t>
      </w:r>
    </w:p>
    <w:p>
      <w:r>
        <w:t>Rozsudok Krajského súdu Banská Bystrica z 27. októbra 2015, sp. zn. 20Sd/51/2015, ECLI:SK:KSBB:2015:6015200218.2</w:t>
      </w:r>
    </w:p>
    <w:p>
      <w:r>
        <w:t>Súd: Krajský súd Banská Bystrica</w:t>
      </w:r>
    </w:p>
    <w:p>
      <w:r>
        <w:t>Spisová značka: 20Sd/51/2015</w:t>
      </w:r>
    </w:p>
    <w:p>
      <w:r>
        <w:t>ECLI: ECLI:SK:KSBB:2015:6015200218.2</w:t>
      </w:r>
    </w:p>
    <w:p>
      <w:r>
        <w:t>Dátum vydania: 27. 10. 2015</w:t>
      </w:r>
    </w:p>
    <w:p>
      <w:r>
        <w:t>Forma: Rozsudok</w:t>
      </w:r>
    </w:p>
    <w:p>
      <w:r>
        <w:t>Oblasť práva: Správne právo</w:t>
      </w:r>
    </w:p>
    <w:p>
      <w:pPr>
        <w:pStyle w:val="Heading2"/>
      </w:pPr>
      <w:r>
        <w:t>Text rozhodnutia</w:t>
      </w:r>
    </w:p>
    <w:p>
      <w:r>
        <w:t>Súd: Krajský súd Banská Bystrica Spisová značka: 20Sd/51/2015 Identifikačné číslo súdneho spisu: 6015200218 Dátum vydania rozhodnutia: 28. 10. 2015 Meno a priezvisko sudcu, VSÚ: JUDr. Jarmila Badíková ECLI: ECLI:SK:KSBB:2015:6015200218.2 ROZSUDOK V MENE SLOVENSKEJ REPUBLIKY Krajský súd v Banskej Bystrici v konaní samosudkyňou JUDr. Jarmilou Badíkovou v právnej veci navrhovateľa: E. L., nar. XX. J. XXXX, bytom J. XXX, XXX XX M., proti odporkyni: Sociálna poisťovňa, ul. 29. augusta č. 8, 813 63 Bratislava o preskúmanie rozhodnutia o invalidnom dôchodku takto r o z h o d o l : Rozhodnutie odporkyne č. XXX XXX XXXX X zo dňa 26. novembra 2014 p o t v r d z u j e. Navrhovateľovi nepriznáva právo na náhradu trov konania. o d ô v o d n e n i e : Odporkyňa rozhodnutím č. XXX XXX XXXX X z 26.11.2014 podľa § 73, § 112 ods. 4 zákona č. 461/2003 Z. z. o sociálnom poistení zvýšila navrhovateľovi invalidný dôchodok od 14.11.2014 na sumu 217,00 Eur mesačne. Odporkyňa v odôvodnení rozhodnutia okrem iného uviedla, že u navrhovateľky pokles pracovnej schopnosti vykonávať zárobkovú činnosť od 14.11.2014je 55 %. Dlhodobo nepriaznivý zdravotný stav a pokles schopnosti vykonávať zárobkovú činnosť bol posúdený posudkovým lekárom sociálneho poistenia SP, pobočka Rožňava a výsledok jeho posúdenia je uvedený v lekárskej správe z 20.11.2014. Navrhovateľ podal proti tomuto rozhodnutiu v zákonom stanovenej lehote návrh na preskúmanie bez uvedenia konkrétneho dôvodu. Odporkyňa vydala vo veci písomné stanovisko zo dňa 20.02.2015, v ktorom uviedla právne a skutkové dôvody, pre ktoré žiadala napadnuté rozhodnutie potvrdiť ako vecne správne. Krajský súd preskúmal napadnuté rozhodnutie aj postup, ktorý predchádzal jeho vydaniu na pojednávaní dňa 28.10.2015 v zmysle § 250l OSP, oboznámil sa s pripojenými listinnými dôkazmi, vypočul navrhovateľa a odporkyňu a dospel k záveru, že opravnému prostriedku navrhovateľa nie je možné vyhovieť. Navrhovateľ na pojednávaní potvrdil, že bol vyšetrený neurológom. Odporkyňa na pojednávaní sa plne pridržiaval písomného stanoviska SP zo dňa 20.2.2015 a žiadal napadnuté rozhodnutie potvrdiť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navrhovateľa a na základe kritérií určených zákonom č. 461/2003 Z. z. o sociálnom poistení posúdil zdravotný stav navrhovateľa opätovne posudková lekárka SP-ú v Prešove v posudku zo dňa 11.02.2015 so záverom, že navrhovateľ je invalidný podľa zákona č. 461/2003 Z. z. o sociálnom poistení s mierou poklesu schopnosti vykonávať zárobkovú činnosť 55 %. Posudková lekárka ako rozhodujúce zdravotné postihnutie uviedla bolesti chrbtice, stav po operácii pre spondylolistézu L5 gr. II. istmickej, kapitola XV., oddiel E, položka 4b a ako iné zdravotné postihnutie všetky ostatné. Posudková lekárka v celkovom posudku uviedla, že navrhovateľka v r 2009 utrpel domáci úraz chrbtice, po neúspešnej konzervatívnej liečbe bol 23.6.2010 operovaný pre istmickú spondylolistézu L5 II. stupňa. Odvtedy je v pravidelnej starostlivosti neurochirurga, neurológa a ortopéda. V decembri 2012 bolo vykonané kontrolné MRI vyšetrenie hrudnej chrbtice s nálezom stavu po kompresívnej zlomenine Th 12 bez príznakov poškodenia miechy a jej koreňov, neurologické vyšetrenie dokumentuje mierne koreňové iritácie. posudkový lekár SPP Rožňava využil možnosti § 71 ods. 8 a z dôvodu ďalších ťažkostí pohybového aparátu, degeneratívnych zmien na kolenách, závratových stavov, pásovitých bolestí na hrudníku a pod. navýšil základnú mieru poklesu schopnosti vykonávať zárobkovú činnosť o 10 % na celkovú mieru poklesu schopnosti vykonávať zárobkovú činnosť 55 % čo je pre posudzovaného priaznivá miera poklesu schopnosti vykonávať zárobkovú činnosť. Týmto posudkom boli potvrdené závery posudku posudkového lekára SP pobočka Rožňava zo dňa 20.11.2014, ktorý bol podkladom pre vydanie napadnutého rozhodnutia. Na základe požiadavky krajský súd bol zdravotný stav navrhovateľa opätovne posúdený v prítomnosti prísediaceho odborníka neurológa v posudku zo dňa 08.09.2015 so záverom, že miera poklesu schopnosti vykonávať zárobkovú činnosť u navrhovateľa je 55 %. V posudku ako rozhodujúce zdravotného postihnutia bolo uvedené bolesti chrbtice, stav po operácii (23.6.2010) pre spondylolistézu L5 gr. II istmickej kapitola XV., oddiel E, položka 4 b/ a ako iné zdravotné postihnutie degeneratívne zmeny oboch kolien II. stupňa RTG zmien (bez funkčného obmedzenia pohybu) syndróm karpálneho tunela obojstranne, impingement syndróm ľavého ramena (v odbornom náleze v júni 2014, plus - mínus) Lekári v celkovom posudku uviedli, že navrhovateľ bol vyšetrený odborníkom pre neurológiu, ktorý dokumentuje neurologický nález bez zánikového syndrómu v klinickom neurologickom obraze, to znamená bez zistenia závažnosti útlaku neuroštruktúr po operácii chrbtice z roku 2010. Pretrváva ľahká až stredne ťažká porucha dynamiky chrbtice v hrudnodriekovom úseku chrbtice, pri zachovaní šľachovokosticových reflexov na oboch dolných končatinách. Stav je potencovaný pridružením ortopedických ochorení, najmä oboch kolien. Ochorenie chrbtice je naďalej rozhodujúcim ochorením, charakter a priebeh ochorenia zodpovedá hodnoteniu podľa vyššie dokumentovanej kapitoly.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určený stupeň invalidity. Pre komplexné posúdenie veci súd považuje za potrebné zdôrazniť, že posudkoví lekári pri posudzovaní zdravotného stavu postupujú okrem zákona č. 461/2003 Z. z. o sociálnom poistení, aj podľa prílohy č. 4 k tomuto zákonu,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V tejto súvislosti súd uvádza, že v zmysle zákona o sociálnom poistení sa miera poklesu posudzuje len na základe rozhodujúceho zdravotného postihnutia tzn. jednej diagnózy s prihliadnutím na závažnosť aj ostatných ochorení, ale jednotlivé percentá miery poklesu schopnosti vykonávať zárobkovú činnosť sa nesčítavajú. Vzhľadom na závery posudkov ohľadne zdravotného postihnutia navrhovateľa, na skutočnosť, že posudky podali orgány na to určené zákonom, súd dospel k záveru, že zistený skutkový stav u navrhovateľa spĺňa požiadavky pre priznanie invalidity určenej v napadnutom rozhodnutí a preto napadnuté rozhodnutie odporkyne potvrdil ako vecne správne. Navrhovateľ nepredložil súdu dôkazy, ktoré by spochybnili závery posudkových lekárov a správnosť napadnutého rozhodnutia. Súd ďalej uvádza, že v prípade zhoršenia zdravotného stavu navrhovateľa na základe nových lekárskych nálezov navrhovateľ môže požiadať príslušnú pobočku SP o opätovné posúdenie zdravotného stavu za účelom zvýšenia miery poklesu schopnosti vykonávať zárobkovú činnosť. Súd tiež považuje za potrebné uviesť, že pri preskúmavaní napadnutého rozhodnutia z hľadiska jeho zákonnosti a vecnej správnosti je rozhodujúci zdravotný stav v čase vydania rozhodnutia v zmysle 250l ods. 2 a § 250i ods. 1 OSP.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https://www.kauzis.sk/judikatura/r/ECLI:SK:KSBB:2015:6015200218.2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