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23S/42/2015 z 17. 8. 2015</w:t>
      </w:r>
    </w:p>
    <w:p>
      <w:r>
        <w:t>Uznesenie Krajského súdu Banská Bystrica z 17. augusta 2015, sp. zn. 23S/42/2015, ECLI:SK:KSBB:2015:6015200219.2</w:t>
      </w:r>
    </w:p>
    <w:p>
      <w:r>
        <w:t>Súd: Krajský súd Banská Bystrica</w:t>
      </w:r>
    </w:p>
    <w:p>
      <w:r>
        <w:t>Spisová značka: 23S/42/2015</w:t>
      </w:r>
    </w:p>
    <w:p>
      <w:r>
        <w:t>ECLI: ECLI:SK:KSBB:2015:6015200219.2</w:t>
      </w:r>
    </w:p>
    <w:p>
      <w:r>
        <w:t>Dátum vydania: 17. 8.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23S/42/2015 Identifikačné číslo súdneho spisu: 6015200219 Dátum vydania rozhodnutia: 18. 08. 2015 Meno a priezvisko sudcu, VSÚ: JUDr. Milan Segeč ECLI: ECLI:SK:KSBB:2015:6015200219.2 Uznesenie Krajský súd v Banskej Bystrici v právnej veci žalobcu: MED-ART, spol. s r. o., so sídlom Hornočermánska 4, 949 01 Nitra, zastúpený Advokátkou kanceláriou Kašuba, spol. s r. o., so sídlom Horná 41, P. O. BOX 60, 974 01 Banská Bystrica, proti žalovanému: Okresný úrad Banská Bystrica, odbor opravných prostriedkov, Nám. Ľ. Štúra 1, 974 05 Banská Bystrica, o preskúmanie rozhodnutia žalovaného č.: OU- BB-OOP4-2014/032287-003 zo dňa 21.11.2014, takto r o z h o d o l : Uznesenie č. k. 23S/42/2015 - 43 zo dňa 21. apríla 2015 z r u š u j e. o d ô v o d n e n i e : Krajskému súdu v Banskej Bystrici bola dňa 16. februára 2015 doručená žaloba žalobcu MED-ART, spol. s r. o., so sídlom Hornočermánska 4, 949 01 Nitra, zastúpený Advokátkou kanceláriou Kašuba, spol. s r. o., o preskúmanie zákonnosti rozhodnutia žalovaného Okresného úradu Banská Bystrica, odbor opravných prostriedkov, Nám. Ľ. Štúra 1, 974 05 Banská Bystrica č. OU-BB-OOP4-2014/032287-003 zo dňa 21.11.2014. Výzvou zo dňa 26. februára 2015 vyzval súd žalobcu, aby v lehote 10 dní od doručenia výzvy zaplatil súdny poplatok za žalobu v sume 70,- Eur. Zároveň bol žalobca poučený, že ak nebude poplatok v určenej lehote zaplatený, súd konanie zastaví. Výzva bola doručená zástupcovi žalobcu dňa 23. marca 2015. Žalobca v stanovenej lehote 10 dní od doručenia výzvy súdny poplatok nezaplatil. Súd preto uznesením č. k. 23S/42/2015 - 43 zo dňa 21. apríla 2015 konanie zastavil z dôvodu, že žalobca nezaplatil súdny poplatok za podanie žaloby v súdom stanovenej lehote, na zaplatenie ktorej bol vyzvaný výzvou súdu zo dňa 26. februára 2015. Žalobca bol zároveň poučený o tom, že ak v 15 dňovej lehote nepodá odvolanie proti uzneseniu o zastavení konania pre nezaplatenie súdneho poplatku a zároveň ani v tejto lehote nezaplatí súdny poplatok, na zaplatenie ktorého bol vyzvaný, uznesenie o zastavení konania sa správoplatní. Dňa 26. júna 2015 bolo na tunajšom súde osobne podané podanie žalobcu nazvané ako „Vec: odvolanie proti uzneseniu Krajského súdu v Banskej Bystrici zo dňa 21.04.2015 č. k. 23S/42/2015 - 43“, v ktorom žalobca uviedol, že dňa 23.06.2015, t.j. v lehote na podanie odvolania proti predmetnému uzneseniu, zaslal krajskému súdu kolkové známky v hodnote 70,- Eur nalepené na listine výzvy súdu zo dňa 26. februára 2015. Na základe vyššie uvedeného navrhol uznesenie tunajšieho súdu č. k. 23S/42/2015 - 43 zo dňa 21. apríla 2015 o zastavení konania zrušiť. Podľa § 10 ods. 3 zákona č. 71/1992 Zb. o súdnych poplatkoch a poplatku za výpis z registra trestov (ďalej len ako „zákon o súdnych poplatkoch“), prvostupňový súd zruší uznesenie o zastavení konania pre nezaplatenie súdneho poplatku, ak poplatník zaplatí súdny poplatok do konca lehoty na podanie odvolania. Prvostupňový súd zruší uznesenie o zastavení konania pre nezaplatenie súdneho poplatku aj vtedy, ak bolo konanie prerušené podľa osobitného predpisu a správca v ňom pokračuje namiesto poplatníka. Súd zistil, že uznesenie o zastavení konania č. k. 23S/42/2015 - 43 zo dňa 21. apríla 2015 bolo právnemu zástupcovi žalobcu doručené dňa 08. júna 2015. Následne žalobca zaplatil súdny poplatok v kolkoch v podaní podanom na poštovú prepravu dňa 23. júna 2015. Z uvedeného vyplýva, že súdny poplatok za žalobu bol zaplatený v lehote na podanie odvolania proti uzneseniu súdu o zastavení konania pre nezaplatenie súdneho poplatku. S ohľadom na uvedené skutočnosti súd odvolaniu žalobcu vyhovel a uznesenie o zastavení konania č. k. 23S/42/2015 - 43 zo dňa 21. apríla 2015 zrušil na základe § 10 ods. 3 prvá veta zákona o súdnych poplatkoch. Rozhodnutie bolo prijaté senátom odvolacieho súdu pomerom hlasov 3:0. Rozhodnutie bolo prijaté senátom odvolacieho súdu pomerom hlasov 3:0. Poučenie: Proti tomuto rozhodnutiu je prípustné odvolanie podané v lehote 15 dní odo dňa jeho doručenia prostredníctvom tunajšieho súdu na Najvyšší súd SR. V odvolaní sa má popri všeobecných náležitostiach (§ 42 ods.3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https://www.kauzis.sk/judikatura/r/ECLI:SK:KSBB:2015:6015200219.2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