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24S/40/2015 z 7. 9. 2015</w:t>
      </w:r>
    </w:p>
    <w:p>
      <w:r>
        <w:t>Uznesenie Krajského súdu Banská Bystrica z 7. septembra 2015, sp. zn. 24S/40/2015, ECLI:SK:KSBB:2015:6015200375.1</w:t>
      </w:r>
    </w:p>
    <w:p>
      <w:r>
        <w:t>Súd: Krajský súd Banská Bystrica</w:t>
      </w:r>
    </w:p>
    <w:p>
      <w:r>
        <w:t>Spisová značka: 24S/40/2015</w:t>
      </w:r>
    </w:p>
    <w:p>
      <w:r>
        <w:t>ECLI: ECLI:SK:KSBB:2015:6015200375.1</w:t>
      </w:r>
    </w:p>
    <w:p>
      <w:r>
        <w:t>Dátum vydania: 7. 9. 2015</w:t>
      </w:r>
    </w:p>
    <w:p>
      <w:r>
        <w:t>Forma: Uznesenie</w:t>
      </w:r>
    </w:p>
    <w:p>
      <w:pPr>
        <w:pStyle w:val="Heading2"/>
      </w:pPr>
      <w:r>
        <w:t>Text rozhodnutia</w:t>
      </w:r>
    </w:p>
    <w:p>
      <w:r>
        <w:t>Súd: Krajský súd Banská Bystrica Spisová značka: 24S/40/2015 Identifikačné číslo súdneho spisu: 6015200375 Dátum vydania rozhodnutia: 08. 09. 2015 Meno a priezvisko sudcu, VSÚ: JUDr. Jana Novotná ECLI: ECLI:SK:KSBB:2015:6015200375.1 Uznesenie Krajský súd v Banskej Bystrici v právnej veci žalobcu: T.. P. L., nar. XX.XX.XXXX, zomr. XX.XX.XXXX, naposledy bytom V. č. XX, XXX XX J. U., prechodne bytom I., J. X. XXXX/X, zast. JUDr. Róbert Gombala, advokát, Advokátska kancelária so sídlom Ulica P. Rádayho č. 14/A, 984 01 Lučenec proti žalovanému: Ústredie práce, sociálnych vecí a rodiny Bratislava, so sídlom Špitálska ulica č. 8, 812 67 Bratislava, Oddelenie peňažných príspevkov na kompenzáciu ŤZP a posudkových činností Banská Bystrica, Trieda SNP 75, 974 89 Banská Bystrica o preskúmanie zákonnosti rozhodnutia a postupu žalovaného č. UPS/ US5/SSVODDPPKPC1/SOC/2015/662/VAL zo dňa 13. januára 2015 jednohlasne takto r o z h o d o l : Konanie z a s t a v u j e . Žiaden z účastníkov nemá právo na náhradu trov konania. o d ô v o d n e n i e : Dňa 18. marca 2015 bola Krajskému súdu v Banskej Bystrici doručená žaloba žalobcu T.. P. L., nar. XX.XX.XXXX, naposledy bytom V. č. XX, XXX XX J. U., prechodne bytom I., J. X. XXXX/X, zast. JUDr. Róbert Gombala, advokát, Advokátska kancelária so sídlom Ulica P. Rádayho č. 14/A, 984 01 Lučenec o preskúmanie zákonnosti rozhodnutia a postupu Ústredia práce, sociálnych vecí a rodiny Bratislava, Oddelenia peňažných príspevkov na kompenzáciu ŤZP a posudkových činností Banská Bystrica, Trieda SNP 75, 974 89 Banská Bystrica č. UPS/US5/ SSVODDPPKPC1/SOC/2015/662/VAL zo dňa 13. januára 2015, ktorým žalovaný zmenil rozhodnutie prvostupňového správneho orgánu Úradu práce, sociálnych vecí a rodiny Veľký Krtíš, soboru sociálnych vecí a rodiny č. VK1/OPPNKAPC/SOC/2014/3494-0055 zo dňa 29. októbra 2014 tak, že pánovi P. L., nar. XX.XX.XXXX, trvale bytom J. U., V. XX, prechodne bytom I., J. X. XXXX/X odňal peňažný príspevok na osobnú asistenciu od 01. augusta 2008 a jeho výplatu zastavil od 01. októbra 2014 podľa § 22 ods. 2, § 45 ods. 3 a § 66 ods. 1 zákona č. 447/2008 Z.z. o peňažných príspevkoch na kompenzáciu ťažkého zdravotného postihnutia a o zmene a doplnení niektorých zákonov v znení neskorších predpisov. Podľa § 244 ods. 1 Občianskeho súdneho poriadku (ďalej len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103 O.s.p. kedykoľvek za konania prihliada súd na to, či sú splnené podmienky, za ktorých môže konať vo veci (podmienky konania). Podľa § 104 ods. 1 prvá veta O.s.p. ak ide o taký nedostatok podmienky konania, ktorý nemožno odstrániť, súd konanie zastaví. Podľa § 107 ods. 1 O.s.p. ak účastník stratí spôsobilosť byť účastníkom konania skôr, ako sa konanie právoplatne skončilo, súd posúdi podľa povahy veci, či má konanie zastaviť alebo prerušiť alebo či môže v ňom pokračovať. Dňa 31. augusta 2015 boli súdu prostredníctvom splnomocneného zástupcu žalobcu a následne dňa 04. septembra 2015 žalovaným doručené oznámenia, v ktorým bolo zhodne uvedené, že žalobca T.. P. L. dňqa 24.08.2015 zomrel. Prílohy oboch oznámení tvorili fotokópie úmrtného listu. Nedostatok spôsobilosti byť účastníkom konania je neodstrániteľným nedostatkom podmienky konania. Ak účastník konania zomrie, zanikne jeho spôsobilosť byť účastníkom konania. Predmetom správneho konania aj súdneho prieskumu bolo rozhodnutie týkajúce sa nároku na peňažný príspevok na osobnú asistenciu. Nárok na peňažný príspevok na osobnú asistenciu je nárok viažuci sa výlučne na osobu žalobcu, pričom tento stratil spôsobilosť byť účastníkom preskúmavacieho konania pred jeho právoplatným skončením. Na základe uvedeného súd podľa § 104 ods. 1 prvá veta O.s.p., v spojení s § 103 a § 107 ods. 1 O.s.p. konania zastavil. O trovách konania súd rozhodol tak, že žiaden z účastníkov nemá právo na náhradu trov konania (§ 146 ods. 1 písm. c/ O.s.p. v spojení s § 246c ods. 1 O.s.p.), pretože konanie bolo zastavené a súd nezistil splnenie podmienok na náhradu trov konania podľa § 250k ods. 1 O.s.p.. Poučenie: Proti tomuto uzneseniu je prípustné odvolanie, ktoré možno podať v lehote 15 dní od jeho doručenia na súde, proti rozhodnutiu ktorého smeruje. V odvolaní sa má popri všeobecných náležitostiach (§42 ods.3 O. s. p.) uviesť, proti ktorému rozhodnutiu smeruje, v akom rozsahu sa napáda, v čom sa toto rozhodnutie alebo postup súdu považuje za nesprávny a čoho sa odvolateľ domáha.</w:t>
      </w:r>
    </w:p>
    <w:p/>
    <w:p>
      <w:r>
        <w:t>Zdroj: KAUZIS.SK – https://www.kauzis.sk/judikatura/r/ECLI:SK:KSBB:2015:6015200375.1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