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20Sd/96/2015 z 6. 10. 2015</w:t>
      </w:r>
    </w:p>
    <w:p>
      <w:r>
        <w:t>Rozsudok Krajského súdu Banská Bystrica z 6. októbra 2015, sp. zn. 20Sd/96/2015, ECLI:SK:KSBB:2015:6015200399.2</w:t>
      </w:r>
    </w:p>
    <w:p>
      <w:r>
        <w:t>Súd: Krajský súd Banská Bystrica</w:t>
      </w:r>
    </w:p>
    <w:p>
      <w:r>
        <w:t>Spisová značka: 20Sd/96/2015</w:t>
      </w:r>
    </w:p>
    <w:p>
      <w:r>
        <w:t>ECLI: ECLI:SK:KSBB:2015:6015200399.2</w:t>
      </w:r>
    </w:p>
    <w:p>
      <w:r>
        <w:t>Dátum vydania: 6. 10. 2015</w:t>
      </w:r>
    </w:p>
    <w:p>
      <w:r>
        <w:t>Forma: Rozsudok</w:t>
      </w:r>
    </w:p>
    <w:p>
      <w:r>
        <w:t>Oblasť práva: Správne právo</w:t>
      </w:r>
    </w:p>
    <w:p>
      <w:pPr>
        <w:pStyle w:val="Heading2"/>
      </w:pPr>
      <w:r>
        <w:t>Text rozhodnutia</w:t>
      </w:r>
    </w:p>
    <w:p>
      <w:r>
        <w:t>Súd: Krajský súd Banská Bystrica Spisová značka: 20Sd/96/2015 Identifikačné číslo súdneho spisu: 6015200399 Dátum vydania rozhodnutia: 07. 10. 2015 Meno a priezvisko sudcu, VSÚ: JUDr. Jarmila Badíková ECLI: ECLI:SK:KSBB:2015:6015200399.2 ROZSUDOK V MENE SLOVENSKEJ REPUBLIKY Krajský súd v Banskej Bystrici v konaní samosudkyňou JUDr. Jarmilou Badíkovou v právnej veci navrhovateľa: Z. X., nar. XX. S. XXXX, K. č. XXX, XXX XX O., proti odporkyni: Sociálna poisťovňa, ul. 29. augusta č. 8, 813 63 Bratislava o preskúmanie rozhodnutia o zamietnutí invalidného dôchodku takto r o z h o d o l : Rozhodnutie odporkyne č. XXX XXX XXXX X zo dňa 15. decembra 2014 p o t v r d z u j e. Navrhovateľovi nepriznáva právo na náhradu trov konania. o d ô v o d n e n i e : Odporkyňa rozhodnutím č. XXX XXX XXXX X zo 15.12.2014 zamietla žiadosť navrhovateľa o priznanie invalidného dôchodku s odôvodnením, že nie je invalidný podľa § 70 a § 71 ods. 1 zákona č. 461/2003 Z. z. o sociálnom poistení /zsp/, pretože podľa posudku posudkového lekára SP pobočka Zvolen zo dňa 01.12.2014 nemá pre dlhodobo nepriaznivý zdravotný stav pokles schopnosti vykonávať zárobkovú činnosť o viac ako 40 % v porovnaní so zdravou fyzickou osobou. Posudkový lekár stanovil mieru poklesu schopnosti vykonávať zárobkovú činnosť u navrhovateľa vo výške 35 %. Odporkyňa v odôvodnení okrem iného uviedla, že posúdenie zdravotného stavu je obsahom uvedenej lekárskej správy, ktorá tvorí neoddeliteľnú súčasť odôvodnenia tohto rozhodnutia a sú v nej uvedené všetky rozhodujúce skutočnosti, ktoré boli podkladom na vyhotovenie posudkového záveru, že navrhovateľ nie je invalidný. Navrhovateľ podal proti tomuto rozhodnutiu v zákonom stanovenej lehote návrh na preskúmanie s odvolaním sa na svoj zlý zdravotný stav a žiadal o jeho opätovné posúdenie. Odporkyňa podala vo veci písomné stanovisko zo dňa 30.03.2015, v ktorom uviedla právne a skutkové dôvody, pre ktoré žiadala napadnuté rozhodnutie potvrdiť ako vecne správne. Krajský súd preskúmal napadnuté rozhodnutie ako aj postup, ktorý predchádzal jeho vydaniu na pojednávaní dňa 07.10.2015 v zmysle § 250l OSP, oboznámil sa s pripojenými listinnými dôkazmi, vypočul odporkyňu a navrhovateľ a dospel k záveru, že opravnému prostriedku navrhovateľky nie je možné vyhovieť. Navrhovateľ na pojednávaní trval na dôvodoch uvedených v opravnom prostriedku. Navrhovateľ tiež namietol spôsob posúdenia jeho zdravotného stavu posudkovými lekármi. Odporkyňa na pojednávaní poukázala na posudky posudkových lekárov, jednak na pobočke vo Zvolene posudok z 1.12.2014, ktorý vypracoval O.. N. a na základe opravného prostriedku navrhovateľa bol jeho zdravotný stav opätovne posúdený posudkovou lekárkou ústredia v Banskej Bystrici v posudku zo dňa 19.3.2015. Posudkoví lekári sa zhodli v tom, že navrhovateľ má mieru poklesu schopnosti vykonávať 35 % čo nie je dostatočné pre priznanie invalidity a ako rozhodujúce ochorenie uviedli choroby podporného a pohybového aparátu kapitola XV, dorzopatie, spondylopatie, degeneratívne zmeny na chrbtici a medzistavcových platničkách s miernym funkčným postihnutím, ktoré zodpovedá kapitole XV, oddiel E, položka 3, písm. b/ a je to horná hranica danej položky. Vychádzajúc zo zákona a z prílohy č. 4 položke písm. c/ ide o trvalé ťažké postihnutie funkcie s často recidivujúcimi dlhotrvajúcimi prejavmi dráždenia nervov, svalov s ťažkou poruchou statiky dynamiky chrbtice výraznou poruchou svalového korzetu, ktoré navrhovateľ ako vyplýva z odborných lekárskych nálezov nespĺňa. Na základe uvedeného žiadala napadnuté rozhodnutie na dnešnom pojednávaní potvrdiť ako vecne správne. Podľa § 71 ods. 1 zákona č. 461/2003 Z. z. o sociálnom poistení poistenec je invalidný, ak pre dlhodobo nepriaznivý zdravotný stav má pokles schopnosti vykonávať zárobkovú činnosť o viac ako 40 % v porovnaní so zdravou fyzickou osobou. Podľa ods. 2 cit. ust. dlhodobo nepriaznivý zdrav. stav je taký zdrav. stav, ktorý spôsobuje pokles schopnosti vykonávať zárobkovú činnosť a ktorý má podľa poznatkov lekárskej vedy trvať dlhšie ako jeden rok. Podľa ods. 3 cit. ust. prvej vety pokles schopnosti vykonávať zárobkovú činnosť sa posudzuje porovnaním telesnej, duševnej a zmyslovej schopnosti poistenca s dlhodobo nepriaznivým zdravotným stavom a telesnej, duševnej a zmyslovej schopnosti zdravej fyzickej osoby.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ods.7 cit. ust. jednotlivé percentuálne miery poklesu schopnosti vykonávať zárobkovú činnosť sa nesčítavajú. Percentuálna miera poklesu zárobkovej činnosti podľa druhu zdravotného poistenia orgánov a systémov je uvedená v prílohe č. 4 k zákona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 z. lekársku posudkovú činnosť dôchodkového poistenia vykonáva posudkový lekár sociálneho poistenia príslušnej pobočky a posudkový lekár sociálneho poistenia ústredia Sociálnej poisťovne. Na základe opravného prostriedku posúdila posudková lekárka SP-ú so sídlom v Banskej Bystrici opätovne zdravotný stav navrhovateľa v posudku zo dňa 19.03.2015 z hľadiska kritérií stanovených pre invaliditu podľa zákona č. 461/2003 Z. z. o sociálnom poistení. Posudková lekárka ako rozhodujúce zdravotné postihnutie uviedla choroby podporného a pohybového aparátu - kapitola XV., dorzopatie a spondylopaite - oddiel E, degeneratívne zmeny na chrbtici a medzistavcových platničkách s miernym funkčným postihnutím - položka 3, písm. b/ so záverom, že navrhovateľ nie je invalidný podľa § 71 ods. 1 cit. zákona, pretože pre dlhodobo nepriaznivý zdravotný stav nemá pokles schopnosti vykonávať zárobkovú činnosť o viac ako 40 % v porovnaní so zdravou fyzickou osobou, miera poklesu schopnosti navrhovateľa vykonávať zárobkovú činnosť je 35 %. Posudková lekárka ako ostatné choroby v posudku uviedla bolesť chrbta - dorzalgie, obezita, závislosť od alkoholu, iná depresívna epizóda, esenciálna hypertenzia v anamnéze neklasifikovaná, t.č. normotenzia. Posudková lekárka v celkovom posudku ďalej uviedla, že u navrhovateľa sa v priebehu roku 2014 zvýraznili bolesti chrbtice. Klinické vyšetrenie je podložené miernymi degeneratívnymi zmenami v driekovej oblasti verifikované MR vyšetrením. (26.3.2014). Uvedené sporadické neurologické nálezy (vyšetrenia), neurochirurgické aj vyšetrenie na FRO, nepreukazujú vážnejšiu poruchu funkcie osového aparátu (bez poruchy postoja, chôdze), čo zodpovedá maximálne stanovenej miere poklesu schopnosti vykonávať zárobkovú činnosť na hornej hranici - 35 %, zodpovedajúce miernemu funkčnému postihnutiu intermitentne s prejavmi nervového a svalového dráždenia, bez výraznejšieho obmedzenia pohybu v postihnutom úseku. Nemá pridružené žiadne ochorenia, ktoré by odôvodňovali percentuálne zvýšenie. Je schopný vykonávať jednoduché práce podľa dosiahnutého vzdelania. Týmto posudkom bol potvrdený posudok posudkového lekára SP pobočka Zvolen zo dňa 01.12.2014, ktorý posudok bol podkladom pre vydanie napadnutého rozhodnutia. Posudkový lekár SP pobočky spísal s navrhovateľom zápisnicu o ústnom pojednávaní v súlade s § 189 zákon č. 461/2003 Z. z. o sociálnom poistení a navrhovateľ bol informovaný o všetkých skutočnostiach, ktoré sa týkajú posúdenia zdravotného stavu, posudku a miera poklesu schopnosti vykonávať zárobkovú činnosť. Posudkový lekár vyhotovil aj odborný posudok o invalidite. Podľa § 132 O.s.p.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kritéria stanovené zákonom. Krajský súd posúdil aj posudky posudkových lekárov v zmysle cit. ust. a mal preukázané, že posudky boli vypracované po náležitom lekárskom vyšetrení, po zvážení všetkých okolností namietaných navrhovateľom a že závery posudkov vychádzajú zo súčasného zdravotného stavu navrhovateľa a z poznatkov súčasnej medicíny. Krajský súd porovnal závery posudkov so závermi odborných lekárov a zistil, že posudky sú objektívne, komplexné, presvedčivé a akceptoval ich závery . Súd porovnal posudky posudkových lekárov s odbornými nálezmi špecialistov a zistil, že tieto navzájom korelujú a zhodne konštatujú, že pracovný potenciál navrhovateľa je znížený adekvátne zdravotnému stavu navrhovateľa, ale nie je natoľko znížený a navrhovateľ nie je tak zdravotne postihnutý, aby splnil podmienku priznania invalidného dôchodku. Súd považuje za potrebné dodať, že navrhovateľ v prípade zhoršeného zdravotného stavu a na základe nových lekárskych nálezov môže opätovne požiadať odporkyňu o posúdenie zdravotného stavu za účelom priznania invalidity. Pre komplexné posúdenie veci súd považuje za potrebné zdôrazniť, že Posudkoví lekári pri posudzovaní zdravotného stavu postupujú okrem zákona č. 461/2003 Z. z. o sociálnom poistení, aj podľa prílohy č. 4 k zákona č. 461/2003 Z. z. o sociálnom poistení,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Krajský súd považuje za potrebné tiež uviesť, že v zmysle zákona č. 461/2003 Z. z. o sociálnom poistení § 71 ods. 5 a 6 miera poklesu schopnosti vykonávať zárobkovú činnosť sa posudzuje len na základe rozhodujúceho zdravotného postihnutia t.j. jednej diagnózy s prihliadnutím na závažnosť aj ostatných ochorení, ale jednotlivé percentá miery poklesu schopnosti vykonávať zárobkovú činnosť sa nesčítavajú. Pre priznanie invalidity je potrebná minimálne 41 % miera poklesu schopnosti vykonávať zárobkovú činnosť. Vzhľadom na závery posudkov ohľadne zdravotného postihnutia navrhovateľa, na skutočnosť, že posudky podali orgány na to určené zákonom, súd dospel k záveru, že zistený skutkový stav navrhovateľ nespĺňa požiadavky pre priznanie invalidity a preto napadnuté rozhodnutie odporkyne potvrdil ako vecne správne. Navrhovateľ nepredložil súdu dôkazy, ktoré by spochybnili závery posudkových lekárov a správnosť napadnutého rozhodnutia. Súd pre komplexné posúdenie veci považuje za potrebné uviesť, že rozhodujúci je zdravotný stav navrhovateľa v čase vydania napadnutého rozhodnutia. Súd náhradu trov konania posúdil podľa § 250l ods. 2 v spojitosti s § 250k ods. 1 OSP, navrhovateľ v konaní nemal úspech a preto mu súd nepriznal právo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https://www.kauzis.sk/judikatura/r/ECLI:SK:KSBB:2015:6015200399.2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