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20Sd/100/2015 z 6. 10. 2015</w:t>
      </w:r>
    </w:p>
    <w:p>
      <w:r>
        <w:t>Rozsudok Krajského súdu Banská Bystrica z 6. októbra 2015, sp. zn. 20Sd/100/2015, ECLI:SK:KSBB:2015:6015200419.2</w:t>
      </w:r>
    </w:p>
    <w:p>
      <w:r>
        <w:t>Súd: Krajský súd Banská Bystrica</w:t>
      </w:r>
    </w:p>
    <w:p>
      <w:r>
        <w:t>Spisová značka: 20Sd/100/2015</w:t>
      </w:r>
    </w:p>
    <w:p>
      <w:r>
        <w:t>ECLI: ECLI:SK:KSBB:2015:6015200419.2</w:t>
      </w:r>
    </w:p>
    <w:p>
      <w:r>
        <w:t>Dátum vydania: 6. 10. 2015</w:t>
      </w:r>
    </w:p>
    <w:p>
      <w:r>
        <w:t>Forma: Rozsudok</w:t>
      </w:r>
    </w:p>
    <w:p>
      <w:r>
        <w:t>Oblasť práva: Správne právo</w:t>
      </w:r>
    </w:p>
    <w:p>
      <w:pPr>
        <w:pStyle w:val="Heading2"/>
      </w:pPr>
      <w:r>
        <w:t>Text rozhodnutia</w:t>
      </w:r>
    </w:p>
    <w:p>
      <w:r>
        <w:t>Súd: Krajský súd Banská Bystrica Spisová značka: 20Sd/100/2015 Identifikačné číslo súdneho spisu: 6015200419 Dátum vydania rozhodnutia: 07. 10. 2015 Meno a priezvisko sudcu, VSÚ: JUDr. Jarmila Badíková ECLI: ECLI:SK:KSBB:2015:6015200419.2 ROZSUDOK V MENE SLOVENSKEJ REPUBLIKY Krajský súd v Banskej Bystrici v konaní samosudkyňou JUDr. Jarmilou Badíkovou v právnej veci navrhovateľky: X. N., nar. X. I. XXXX, bytom U. XXXX/XX, XXX XX U. - K., kontaktná adresa F. č. XX, XXX XX D., proti odporkyni: Sociálna poisťovňa, ul. 29. augusta č. 8, 813 63 Bratislava o preskúmanie rozhodnutia o zamietnutí invalidného dôchodku takto r o z h o d o l : Rozhodnutie odporkyne č. XXX XXX XXXX X zo dňa 26. novembra 2014 p o t v r d z u j e. Navrhovateľke nepriznáva právo na náhradu trov konania. o d ô v o d n e n i e : Odporkyňa rozhodnutím č. XXX XXX XXXX X zo 26.11.2014 zamietla žiadosť navrhovateľky o priznanie invalidného dôchodku s odôvodnením, že nie je invalidná podľa § 70 a § 71 ods. 1 zákona č. 461/2003 Z. z. o sociálnom poistení /zsp/, pretože podľa posudku posudkového lekára SP pobočka Zvolen zo dňa 12.11.2014 nemá pre dlhodobo nepriaznivý zdravotný stav pokles schopnosti vykonávať zárobkovú činnosť o viac ako 40 % v porovnaní so zdravou fyzickou osobou. Posudkový lekár stanovil mieru poklesu schopnosti vykonávať zárobkovú činnosť u navrhovateľky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Navrhovateľka podala proti tomuto rozhodnutiu v zákonom stanovenej lehote návrh na preskúmanie s odvolaním sa na svoj zlý zdravotný stav a žiadala o jeho opätovné posúdenie. Odporkyňa podala vo veci písomné stanovisko zo dňa 02.04.2015, v ktorom uviedla právne a skutkové dôvody, pre ktoré žiadala napadnuté rozhodnutie potvrdiť ako vecne správne. Krajský súd preskúmal napadnuté rozhodnutie ako aj postup, ktorý predchádzal jeho vydaniu na pojednávaní dňa 07.10.2015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opravnom prostriedku. Odporkyňa na pojednávaní sa plne pridržiavala písomného stanoviska SP ústredia zo dňa 2.4.2015, kde sú uvedené právne a skutkové dôvody, pre ktoré žiadala napadnuté rozhodnutie potvrdiť. Poukázala aj na posudky posudkových lekárov, ktorí hodnotili zdravotný stav so záverom, že nie je invalidná, lebo má 30 % mieru poklesu schopnosti vykonávať zárobkovú činnosť a uviedla, že v prípade navýšenia o 10 % aj tak by nesplnila podmienku pre vznik invalidity. Pri uvedenom ochorení je v príslušnej tabuľke stanovená 30 % bez určenia rozpätia.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posúdila posudková lekárka SP-ú so sídlom v Banskej Bystrici opätovne zdravotný stav navrhovateľky v posudku zo dňa 24.03.2015 z hľadiska kritérií stanovených pre invaliditu podľa zákona č. 461/2003 Z. z. o sociálnom poistení. Posudková lekárka ako rozhodujúce zdravotné postihnutie uviedla choroby podporného a pohybového aparátu - kapitola XV., postihnutie končatín - oddiel G., n. medianus - dolná časť - položka 29.9 so záverom, že navrhovateľka nie je invalidná podľa § 71 ods.1 cit. zákona, pretože pre dlhodobo nepriaznivý zdravotný stav nemá pokles schopnosti vykonávať zárobkovú činnosť o viac ako 40 % v porovnaní so zdravou fyzickou osobou, miera poklesu schopnosti navrhovateľky vykonávať zárobkovú činnosť je 30 %. Posudková lekárka v celkovom posudku ďalej uviedla, že navrhovateľka absolvovala pri polymorfných ťažkostiach množstvo odborných vyšetrení v priebehu roka 2014. Najvyššie percento miery poklesu schopnosti vykonávať zárobkovú činnosť, je pre stredný stupeň obojstranného karpálneho kanála, verifikované EMG vyšetrením, s výraznejším postihnutím vľavo u praváčky. Tento stav je možné riešiť operačne. Pridružené ochorenia v uvedených štádiách neodôvodňujú percentuálne zvýšenie - nebolo zistené postihnutie kardiovaskulárneho aparátu, jednoduchá fajčiarska bronchitída je s normálnym auskultačným nálezom a normálnym funkčným vyšetrením spirometriou. Subklinická znížená činnosť štítnej žľazy je liečebne ovplyvňovaná od augusta 2014. Od rovnakého obdobia je tiež kontrolovaná pre málokrvnosť s dobrým ovplyvnením podaním železa v tabletkovej forme, v decembri 2014 indikovaná parenterálna terapia železom. V súvislosti s týmto krvným obrazom mala vykonané gastreoenterologické vyšetrenie s normálnym GFS obrazom. Na krčnej chrbtici nie sú klinicky ani RTG potvrdené výraznejšie zmeny. Týmto posudkom bol potvrdený posudok posudkového lekára SP pobočky Zvolen zo dňa 12.11.2014, ktorý posudok bol podkladom pre vydanie napadnutého rozhodnutia. Posudkový lekár SP pobočky spísal s navrhovateľkou zápisnicu o ústnom pojednávaní v súlade s § 189 zákona č. 461/2003 Z. z. o sociálnom poistení a navrhovateľka bola informovaná o všetkých skutočnostiach, ktoré sa týkajú posúdenia zdravotného stavu, posudku a miera poklesu schopnosti vykonávať zárobkovú činnosť. Posudkový lekár vyhotovil aj odborný posudok o invalidite.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https://www.kauzis.sk/judikatura/r/ECLI:SK:KSBB:2015:6015200419.2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