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24S/112/2015 z 18. 8. 2015</w:t>
      </w:r>
    </w:p>
    <w:p>
      <w:r>
        <w:t>Uznesenie Krajského súdu Banská Bystrica z 18. augusta 2015, sp. zn. 24S/112/2015, ECLI:SK:KSBB:2015:6015200801.2</w:t>
      </w:r>
    </w:p>
    <w:p>
      <w:r>
        <w:t>Súd: Krajský súd Banská Bystrica</w:t>
      </w:r>
    </w:p>
    <w:p>
      <w:r>
        <w:t>Spisová značka: 24S/112/2015</w:t>
      </w:r>
    </w:p>
    <w:p>
      <w:r>
        <w:t>ECLI: ECLI:SK:KSBB:2015:6015200801.2</w:t>
      </w:r>
    </w:p>
    <w:p>
      <w:r>
        <w:t>Dátum vydania: 18. 8. 2015</w:t>
      </w:r>
    </w:p>
    <w:p>
      <w:r>
        <w:t>Forma: Uznesenie</w:t>
      </w:r>
    </w:p>
    <w:p>
      <w:pPr>
        <w:pStyle w:val="Heading2"/>
      </w:pPr>
      <w:r>
        <w:t>Text rozhodnutia</w:t>
      </w:r>
    </w:p>
    <w:p>
      <w:r>
        <w:t>Súd: Krajský súd Banská Bystrica Spisová značka: 24S/112/2015 Identifikačné číslo súdneho spisu: 6015200801 Dátum vydania rozhodnutia: 19. 08. 2015 Meno a priezvisko sudcu, VSÚ: JUDr. Alena Antalová ECLI: ECLI:SK:KSBB:2015:6015200801.2 Uznesenie Krajský súd v Banskej Bystrici v právnej veci žalobcu: Z. S., nar. XX.XX.XXXX, bytom I., S. XXX/XX proti žalovanému: Krajské riaditeľstvo Policajného zboru v Banskej Bystrici, so sídlom ul. 9. Mája č. 1, 974 86 Banská Bystrica o preskúmanie zákonnosti rozhodnutia a postupu žalovaného č. KRP-BB- OPP-149-001/2015 zo dňa 17. apríla 2015 jednohlasne takto r o z h o d o l : Konanie z a s t a v u j e . Žiaden z účastníkov nemá právo na náhradu trov konania. o d ô v o d n e n i e : Dňa 22. júna 2015 bola Krajskému súdu v Banskej Bystrici doručená žaloba žalobcu na preskúmanie zákonnosti rozhodnutia a postupu žalovaného Krajského riaditeľstva Policajného zboru v Banskej Bystrici, so sídlom ul. 9. Mája č. 1, 974 86 Banská Bystrica č. KRP-BB-OPP-149-001/2015 zo dňa 17. apríla 2015. Predmetná žaloba neobsahuje zákonom stanovené náležitosti žaloby v zmysle § 250a O.s.p.. Súd preto uznesením č. k. 24S/112/2015-17 zo dňa 08. júla 2015 vyzval žalobcu na odstránenie vady žaloby v lehote 15 dní od doručenia uvedeného uznesenia, ktorá spočíva v tom, že žalobca nepredložil plnomocenstvo pre advokáta, ktorý za neho na súde bude konať. Súd v uvedenom uznesení na odstránenie vady žaloby uviedol, že žalobca v tomto konaní nie je zastúpený advokátom, nemá sám právnické vzdelanie a neplatí pre neho výnimka zo zastupovania podľa § 250a O. s. p.. Pre pokračovanie v konaní je preto potrebné, aby žalobca odstránil tento nedostatok podania tak, že predloží plnomocenstvo, ktorým splnomocňuje advokáta na zastupovanie v tomto konaní. Žalobca bol zároveň v uvedenom uznesení poučený o následkoch neodstránenia uvedenej vady žaloby v stanovenej lehote. Žalobca na základe uznesenia tunajšieho súdu č.k. 24S/112/2015-17 zo dňa 08. júla 2015 vadu žaloby neodstránil. Uvedené uznesenie bolo žalobcovi doručené dňa 27. júla 2015. Lehota 15 dní na odstránenie vady žaloby uložená v uvedenom uznesení uplynula žalobcovi dňa 11. augusta 2015. Uznesenie sa stalo právoplatným dňa 27. júla 2015.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246c ods. 1 O. s. 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250a O. s. 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 s. 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Súdom určená lehota na predloženie plnej moci pre zástupcu žalobcu v tomto súdnom konaní uplynula márne. Žalobca vady neodstránil. Občiansky súdny poriadok v ustanovení § 250d ods. 3 O.s.p. stanovuje postup súdu pre prípad, keď žalobca bol vyzvaný na odstránenie vád podania spolu s poučením o následkoch ich neodstránenia v určenej lehote, ktorým je zastavenie konania. Keďže zákon súdu neumožňuje opätovne vyzvať žalobcu na odstránenie vád podania, súd konanie zastavil podľa § 250d ods. 3 O.s.p. z dôvodu, že žalobca neodstránil vadu žaloby, ktorej odstránenie súd nariadil uznesením č.k. 24S/112/2015-17 zo dňa 08. júla 2015, pretože nepreukázal (predložením plnomocenstva), že je v konaní zastúpený podľa § 250a O.s.p.. O trovách konania súd rozhodol tak, že žiaden z účastníkov nemá právo na náhradu trov konania (§ 146 ods. 1 písm. c/ O.s.p. v spojení s § 246c ods. 1 O.s.p.), pretože konanie bolo zastavené a súd nezistil splnenie podmienok na náhradu trov konania podľa § 250k ods. 1 O.s.p.. Poučenie: Proti tomuto uzneseniu je prípustné odvolanie, ktoré možno podať v lehote 15 dní od jeho doručenia na súde, proti rozhodnutiu ktorého smeruje. V odvolaní sa má popri všeobecných náležitostiach (§42 ods.3 O. s. p.) uviesť, proti ktorému rozhodnutiu smeruje, v akom rozsahu sa napáda, v čom sa toto rozhodnutie alebo postup súdu považuje za nesprávny a čoho sa odvolateľ domáha.</w:t>
      </w:r>
    </w:p>
    <w:p/>
    <w:p>
      <w:r>
        <w:t>Zdroj: KAUZIS.SK – https://www.kauzis.sk/judikatura/r/ECLI:SK:KSBB:2015:6015200801.2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