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24S/172/2015 z 29. 11. 2015</w:t>
      </w:r>
    </w:p>
    <w:p>
      <w:r>
        <w:t>Uznesenie Krajského súdu Banská Bystrica z 29. novembra 2015, sp. zn. 24S/172/2015, ECLI:SK:KSBB:2015:6015201207.2</w:t>
      </w:r>
    </w:p>
    <w:p>
      <w:r>
        <w:t>Súd: Krajský súd Banská Bystrica</w:t>
      </w:r>
    </w:p>
    <w:p>
      <w:r>
        <w:t>Spisová značka: 24S/172/2015</w:t>
      </w:r>
    </w:p>
    <w:p>
      <w:r>
        <w:t>ECLI: ECLI:SK:KSBB:2015:6015201207.2</w:t>
      </w:r>
    </w:p>
    <w:p>
      <w:r>
        <w:t>Dátum vydania: 29. 11. 2015</w:t>
      </w:r>
    </w:p>
    <w:p>
      <w:r>
        <w:t>Forma: Uznesenie</w:t>
      </w:r>
    </w:p>
    <w:p>
      <w:pPr>
        <w:pStyle w:val="Heading2"/>
      </w:pPr>
      <w:r>
        <w:t>Text rozhodnutia</w:t>
      </w:r>
    </w:p>
    <w:p>
      <w:r>
        <w:t>Súd: Krajský súd Banská Bystrica Spisová značka: 24S/172/2015 Identifikačné číslo súdneho spisu: 6015201207 Dátum vydania rozhodnutia: 30. 11. 2015 Meno a priezvisko sudcu, VSÚ: JUDr. Jana Novotná ECLI: ECLI:SK:KSBB:2015:6015201207.2</w:t>
      </w:r>
    </w:p>
    <w:p>
      <w:r>
        <w:t>Uznesenie Krajský súd v Banskej Bystrici v právnej veci žalobcu: PELU, s.r.o., so sídlom Zvolenská 83, 984 01 Lučenec, IČO: 36 037 877 proti žalovanému: Finančné riaditeľstvo Slovenskej republiky, Lazovná 63, 974 01 Banská Bystrica o preskúmanie zákonnosti rozhodnutia a postupu žalovaného č. 1192756/2015 zo dňa 20. júla 2015 jednohlasne takto</w:t>
      </w:r>
    </w:p>
    <w:p>
      <w:r>
        <w:t>r o z h o d o l :</w:t>
      </w:r>
    </w:p>
    <w:p>
      <w:r>
        <w:t>Konanie z a s t a v u j e .</w:t>
      </w:r>
    </w:p>
    <w:p>
      <w:r>
        <w:t>Žiaden z účastníkov nemá právo na náhradu trov konania.</w:t>
      </w:r>
    </w:p>
    <w:p>
      <w:r>
        <w:t>o d ô v o d n e n i e :</w:t>
      </w:r>
    </w:p>
    <w:p>
      <w:r>
        <w:t>Dňa 29. septembra 2015 bola Krajskému súdu v Banskej Bystrici doručená žaloba žalobcu PELU, s.r.o., so sídlom Zvolenská 83, 984 01 Lučenec, IČO: 36 037 877 o preskúmanie zákonnosti rozhodnutia a postupu Finančného riaditeľstva Slovenskej republiky, Lazovná 63, 974 01 Banská Bystrica č. 1192756/2015 zo dňa 20. júla 2015. Predmetná žaloba neobsahuje zákonom stanovené náležitosti v zmysle § 250a O.s.p..</w:t>
      </w:r>
    </w:p>
    <w:p>
      <w:r>
        <w:t>Súd preto uznesením č. k. 24S/172/2015-36 zo dňa 06. októbra 2015 vyzval žalobcu na odstránenie vady žaloby v lehote 15 dní od doručenia uvedeného uznesenia, ktorá spočíva v tom, že žalobca nepredložil plnomocenstvo pre advokáta, ktorý za neho na súde bude konať. Súd v uvedenom uznesení na odstránenie vady žaloby uviedol, že žalobca nepredložil originál, resp. overenú fotokópiu plnomocenstva pre advokáta H.. R. R., so sídlom Komenského 14419/18D, 974 01 Banská Bystrica, ktorý podal predmetnú žalobu, na zastupovanie v tomto konaní. V žalobe bolo uvedené, že prílohou je plnomocenstvo, avšak k žalobe nebola priložená žiadna príloha plnej moci, preto súd nemá za preukázané, že žalobu podala za žalobcu na to oprávnená osoba. Žalobca v tomto konaní nie je zastúpený advokátom, nemá sám právnické vzdelanie a neplatí pre neho výnimka zo zastupovania podľa § 250a O. s. p.. Pre pokračovanie v konaní je preto potrebné, aby žalobca odstránil tento nedostatok podania tak, že predloží plnomocenstvo, ktorým splnomocňuje advokáta na zastupovanie v tomto konaní. Žalobca bol zároveň v uvedenom uznesení poučený o následkoch neodstránenia uvedenej vady žaloby v stanovenej lehote.</w:t>
      </w:r>
    </w:p>
    <w:p>
      <w:r>
        <w:t>Žalobca na základe uznesenia tunajšieho súdu č.k. 24S/172/2015-36 zo dňa 06. októbra 2015 vadu žaloby neodstránil. Uvedené uznesenie bolo právnemu zástupcovi žalobcu doručené dňa 30. októbra 2015. Lehota 15 dní na odstránenie vady žaloby uložená v uvedenom uznesení uplynula žalobcovi dňa 16. novembra 2015. Uznesenie sa stalo právoplatným dňa 30. októbra 2015.</w:t>
      </w:r>
    </w:p>
    <w:p>
      <w:r>
        <w:t>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w:t>
      </w:r>
    </w:p>
    <w:p>
      <w:r>
        <w:t>Podľa § 246c ods. 1 O. s. 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w:t>
      </w:r>
    </w:p>
    <w:p>
      <w:r>
        <w:t>Podľa § 250a O. s. 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w:t>
      </w:r>
    </w:p>
    <w:p>
      <w:r>
        <w:t>Súdom určená lehota na predloženie plnej moci pre zástupcu žalobcu v tomto súdnom konaní uplynula márne. Žalobca vady neodstránil. Občiansky súdny poriadok v ustanovení § 250d ods. 3 O.s.p. stanovuje postup súdu pre prípad, keď žalobca bol vyzvaný na odstránenie vád podania spolu s poučením o následkoch ich neodstránenia v určenej lehote, ktorým je zastavenie konania. Keďže zákon súdu neumožňuje opätovne vyzvať žalobcu na odstránenie vád podania, súd konanie zastavil podľa § 250d ods. 3 O.s.p. z dôvodu, že žalobca neodstránil vadu žaloby, ktorej odstránenie súd nariadil uznesením č.k. 24S/172/2015-36 zo dňa 06. októbra 2015, pretože nepreukázal (predložením plnomocenstva), že je v konaní zastúpený podľa § 250a O.s.p..</w:t>
      </w:r>
    </w:p>
    <w:p>
      <w:r>
        <w:t>O trovách konania súd rozhodol tak, že žiaden z účastníkov nemá právo na náhradu trov konania (§ 146 ods. 1 písm. c/ O.s.p. v spojení s § 246c ods. 1 O.s.p.), pretože konanie bolo zastavené a súd nezistil splnenie podmienok na náhradu trov konania podľa § 250k ods. 1 O.s.p..</w:t>
      </w:r>
    </w:p>
    <w:p>
      <w:r>
        <w:t>Poučenie:</w:t>
      </w:r>
    </w:p>
    <w:p>
      <w:r>
        <w:t>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https://www.kauzis.sk/judikatura/r/ECLI:SK:KSBB:2015:6015201207.2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