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13Co/483/2015 z 26. 10. 2015</w:t>
      </w:r>
    </w:p>
    <w:p>
      <w:r>
        <w:t>Uznesenie Krajského súdu Banská Bystrica z 26. októbra 2015, sp. zn. 13Co/483/2015, ECLI:SK:KSBB:2015:6113202808.1</w:t>
      </w:r>
    </w:p>
    <w:p>
      <w:r>
        <w:t>Súd: Krajský súd Banská Bystrica</w:t>
      </w:r>
    </w:p>
    <w:p>
      <w:r>
        <w:t>Spisová značka: 13Co/483/2015</w:t>
      </w:r>
    </w:p>
    <w:p>
      <w:r>
        <w:t>ECLI: ECLI:SK:KSBB:2015:6113202808.1</w:t>
      </w:r>
    </w:p>
    <w:p>
      <w:r>
        <w:t>Dátum vydania: 26. 10.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13Co/483/2015 Identifikačné číslo súdneho spisu: 6113202808 Dátum vydania rozhodnutia: 27. 10. 2015 Meno a priezvisko sudcu, VSÚ: JUDr. Ferdinand Zimmermann ECLI: ECLI:SK:KSBB:2015:6113202808.1 Uznesenie Krajský súd v Banskej Bystrici ako súd odvolací v právnej veci navrhovateľa v 1/ rade A.. C. L., nar. XX. XX. XXXX, bytom Y. XX, R., navrhovateľa v 2/ rade E. L., trvale bytom R., J. ul. XX/XX, v konaní zastúpený navrhovateľom v 1/ rade proti odporcovi E. L., nar. XX. XX. XXXX, bytom R., J. M. XXX, v konaní zastúpený JUDr. Alenou Babišovou, advokátkou, Advokátska kancelária Banská Bystrica, Pestovateľská 2628/18, o náhradu škody v sume 4 227 € na odvolanie navrhovateľov zo dňa 25. 03. 2015 proti rozsudku Okresného súdu v Banskej Bystrici č.k. 13 C/31/2013-125 zo dňa 10. 02. 2015 takto r o z h o d o l : Odvolanie navrhovateľov 1/, 2/ o d m i e t a . Navrhovatelia 1/ a 2/ sú povinní nahradiť odporcovi trovy odvolacieho konania v sume 159,44 € k rukám jeho právnej zástupkyne JUDr. Eleny Babišovej do 3 dní. o d ô v o d n e n i e : Napadnutým rozsudkom procesný súd zamietol návrh navrhovateľov 1/ a 2/ a zároveň rozhodol, že navrhovatelia 1/ a 2/ sú povinní nahradiť odporcovi trovy konania v sume 636,71 € v lehote do 15 dní. Rozsudok okresný súd náležite zdôvodnil a doručil účastníkom, ktorí navrhovatelia prevzali dňa 10. 03. 2015. Dňa 25. 03. 2015 navrhovatelia osobne doručili súdu podanie, ktoré označili ako odvolanie proti rozsudku okresného súdu č.k. 13C 31/2013-125. V texte podania navrhovatelia uvádzajú, že žiadajú o predĺženie konania vo veci vzhľadom na závažný problém uvedeného konania - rozhodnutia súdu prvého stupňa. Žiadajú preto o uznesenie o oprávnenom konaní podľa § 204 ods. 1 OSP. Okresný súd následne vyzval navrhovateľov 1/ a 2/, prostredníctvom navrhovateľa 1/, aby svoje podanie (odvolanie zo dňa 22. 03.l 2015 doručené súdu dňa 25. 03. 2015) doplnili o náležitosti riadneho odvolania v zmysle § 42 ods. 3 a § 205 ods. 1 a 2 OSP. Konkrétne o výzve súd žiadal, aby navrhovatelia svoje podanie (odvolanie) doplnili o nasledovné: - v akom rozsahu rozhodnutie (rozsudok č.k. 13 C 31/2013-125 napádajú) - po čom toto rozhodnutie, alebo v čom toto rozhodnutie, alebo postup súdu považujú za nesprávny, - petit - čoho sa odvolateľ domáha (návrh, ako má odvolací súd rozhodnúť). Súd žiadal opravené a doplnené podanie v dvoch vyhotoveniach zaslať v lehote 10 dní od doručenia. Navrhovatelia osobne dňa 20. 04. 2015 doručili súdu podanie označené ako vec: odvolanie o náhrade škody vo výške 4 227 €. Tu navrhovatelia vyčíslili úžitok od oviec, úžitok z predaja jahniat, náhradu za 6 kusov oviec, náhradu za spásanie 7,4 ha lúk a pasienok, náhradu škody spôsobenej živočíchmi. Navrhovatelia ešte uviedli, že obhajkyňa sa pomýlila, čo vypovedá o jej neznalosti pozemkového práva. V doručenom podaní nie je uvedené v akom rozsahu navrhovatelia rozsudok napádajú, nie je uvedené v čom rozhodnutie alebo postup súdu považujú za nesprávny a nie je uvedený ani odvolací petit. Podľa ust. § 218 ods. 1 písm. d/ OSP odvolací súd odmietne odvolanie, ktoré nemá náležitosti podľa § 205 ods. 1 a 2, ak boli dodržané podmienky podľa § 209 ods. 1 a § 211 ods. 1. Podanie navrhovateľov zo dňa 25. 03. 2015 (č.l. 135 ) nemalo náležitosti riadneho odvolania. Okresný súd preto správne postupoval podľa § 209 ods. 1 OSP a vyzval navrhovateľov, aby chýbajúce náležitosti doplnili s tým, že ak napriek výzve súdu odvolanie nedoplnia v zmysle úpravy odvolací súd ich odvolanie odmietne. Navrhovatelia síce na výzvu súdu doručili tomuto ďalšie podanie, toto však opäť neobsahuje náležitosti kladené na podané odvolanie a to napriek poučeniu zo strany procesného súdu. Za tejto situácie odvolací súd nemohol inak než postupovať podľa § 218 ods. 1 písm. d/ OSP a odvolanie navrhovateľov odmietnuť. Skutočnosť, že v konaní nemožno pokračovať zavinili navrhovatelia a preto podľa ust. § 146 ods. 2 veta prvá OSP sú povinní uhradiť aj trovy odvolacieho konania a to právneho zastúpenia odporcu. Trovy právneho zastúpenia sú vyčíslené v zmysle vyhl. č. 655/2004 Z.z. v znení neskorších predpisov a predstavujú podľa § 10 ods. 1, § 16 ods. 3 a § 13a ods. 4 za vyjadrenie odporcu sumu 151,05 € s pripočítaním réžijného paušálu 8,39 € spolu 159,44 €. Túto sumu sú navrhovatelia povinní zaplatiť k rukám právnej zástupkyne odporcu v lehote do 3 dní. O veci senát odvolacieho súdu rozhodol pomerom hlasov členov senátu 3 : 0. Poučenie: Proti tomuto uzneseniu odvolanie nie je prípustné.</w:t>
      </w:r>
    </w:p>
    <w:p/>
    <w:p>
      <w:r>
        <w:t>Zdroj: KAUZIS.SK – https://www.kauzis.sk/judikatura/r/ECLI:SK:KSBB:2015:6113202808.1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