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13Co/1426/2014 z 29. 11. 2015</w:t>
      </w:r>
    </w:p>
    <w:p>
      <w:r>
        <w:t>Uznesenie Krajského súdu Banská Bystrica z 29. novembra 2015, sp. zn. 13Co/1426/2014, ECLI:SK:KSBB:2015:6214205129.2</w:t>
      </w:r>
    </w:p>
    <w:p>
      <w:r>
        <w:t>Súd: Krajský súd Banská Bystrica</w:t>
      </w:r>
    </w:p>
    <w:p>
      <w:r>
        <w:t>Spisová značka: 13Co/1426/2014</w:t>
      </w:r>
    </w:p>
    <w:p>
      <w:r>
        <w:t>ECLI: ECLI:SK:KSBB:2015:6214205129.2</w:t>
      </w:r>
    </w:p>
    <w:p>
      <w:r>
        <w:t>Dátum vydania: 29. 11.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13Co/1426/2014 Identifikačné číslo súdneho spisu: 6214205129 Dátum vydania rozhodnutia: 30. 11. 2015 Meno a priezvisko sudcu, VSÚ: JUDr. Danica Kočičková ECLI: ECLI:SK:KSBB:2015:6214205129.2 Uznesenie Krajský súd v Banskej Bystrici, ako súd odvolací v právnej veci navrhovateľa ZH Kredit, s.r.o., so sídlom Dvořákovo nábrežie 8/A, 811 02 Bratislava, zastúpeného JUDr. Felixom Neupauerom, advokátom Advokátskej kancelárie FELIX NEUPAUER &amp; PARTNERS so sídlom Dvořákovo nábrežie 8/A, 811 02 Bratislava, proti odporcovi C. V., nar. XX. XX. XXXX, bytom XXX XX J. W. XXX, v konaní o zaplatenie 199,30 € s prísl., o odvolaní navrhovateľa proti uzneseniu Okresného súdu Veľký Krtíš, č. k. 10Ro/97/2014-40 zo dňa 26. 09. 2014, takto r o z h o d o l : Odvolacie konanie zastavuje. Odporcovi náhradu trov odvolacieho konania nepriznáva. o d ô v o d n e n i e : Odvolaním napadnutým uznesením okresný súd konanie podľa ust. § 10 ods. 1 zák. č. 71/1992 Zb. o súdnych poplatkoch a poplatku za výpis z registra trestov (Zákon o súdnych poplatkoch), zastavil. V odôvodnení odvolaním napadnutého uznesenia okresný súd uviedol, že návrhom zo dňa 07. 07. 2014, ktorý bol doručený okresnému súdu dňa 07. 07. 2014 sa navrhovateľ domáhal zaplatenia sumy 199,30 € istiny s prísl.. Výzvou zo dňa 04. 08. 2014, ktorá bola doručená právnemu zástupcovi navrhovateľa dňa 11. 08. 2014 vyzval okresný súd navrhovateľa, aby v lehote 10 dní od doručenia výzvy zaplatil súdny poplatok za úkon súdu vo výške 10 € podľa položky 20a sadzobníka súdnych poplatkov; zároveň poučil navrhovateľa, že ak súdny poplatok v súdom určenej lehote neuhradí, súd konanie zastaví. Okresný súd poukázal v odôvodnení odvolaním napadnutého uznesenia na ust. § 5 ods. 1 písm. a/ Zákona o súdnych poplatkoch, ďalej na ust. § 10 ods. 1 Zákona o súdnych poplatkoch a uviedol, že vzhľadom k tomu, že navrhovateľ súdny poplatok ani v lehote stanovenej súdom vo výzve, ktorá bola riadne doručená jeho právnemu zástupcovi dňa 11. 08. 2014 neuhradil, konanie podľa ust. § 10 ods. 1 Zákona o súdnych poplatkoch zastavil. Proti predmetnému uzneseniu okresného súdu sa navrhovateľ odvolal a v odvolaní uviedol, že v právnej veci navrhovateľa proti odporcovi o zaplatenie sumy 199,30 € s prísl. vedenej na Okresnom súde Veľký Krtíš vydal okresný súd uznesenie, ktorým rozhodol tak, že konanie zastavil. Proti predmetnému uzneseniu podal splnomocnený právny zástupca navrhovateľa podľa ust. § 201 a nasl. OSP v zákonom stanovenej 15 - dňovej lehote odvolanie a to proti tomu výroku uznesenia, ktorým okresný súd konanie zastavil. Odvolanie navrhovateľ odôvodnil tým, že súd prvého stupňa vec nesprávne právne posúdil, pretože nepoužil správne ustanovenia právneho predpisu a nedostatočne zistil skutkový stav (ust. § 205 ods. 2 písm. a/ OSP v spojení s ust. § 221 ods. 1 písm. h/ OSP), ďalej tým, že rozhodnutie súdu prvého stupňa vychádza z nesprávneho právneho posúdenia veci a tiež tým, že účastníkovi konania sa postupom súdu odňala možnosť konať pred súdom (ust. § 205 ods. 2 písm. a/ OSP v spojení s ust. § 221 ods. 1 písm. f/ OSP). Navrhovateľ v odvolaní uviedol, že odvolaním napadnuté uznesenie okresného súdu je výsledkom svojvôle pri výklade a aplikácii zákonného predpisu. Poukázal na ust. § 4 ods. 1 písm. c/ Zákona o súdnych poplatkoch a uviedol, že slovenská právna úprava pozná celkovo tri druhy oslobodenia od súdnych poplatkov. Medzi prvé dva druhy patrí zákonné oslobodenie od súdnych poplatkov, ktoré je upravené v ust. § 4 Zákona o súdnych poplatkoch a delí sa na vecné oslobodenie a osobné oslobodenie, kde povaha konania a osôb odôvodňuje oslobodenie od súdnych poplatkov. Zdôraznil, že Zákon o súdnych poplatkoch v ust. § 4 striktne diferencuje prípady, keď je súdne konanie vecne oslobodené od platenia súdneho poplatku (ust. § 4 ods. 1 - zákonné vecné oslobodenie) a také prípady, kde je účastník konania oslobodený od platenia súdneho poplatku ( ust. § 4 ods. 2- zákonné osobné oslobodenie). Navrhovateľ v odvolaní ďalej uviedol zdôraznil, že ak je samotné súdne konanie oslobodené od platenia súdnych poplatkov (ust. § 4 ods. 1 Zákona o súdnych poplatkov) tak uloženie povinnosti zaplatiť súdny poplatok v konaní ex lege oslobodenom od súdnych poplatkov je v priamom rozpore s ust. § 4 ods. 1 písm. c/ Zákona o súdnych poplatkov. Podľa názoru navrhovateľa odvolaním napadnuté uznesenie okresného súdu neprípustne rozširuje prípady vzniku poplatkovej povinnosti. Uviedol, že uznesením okresného súdu došlo nielen k rozšíreniu poplatkovej povinnosti na také konanie, ktoré Zákon o súdnych poplatkoch nespoplatňuje, ale došlo dokonca k takej situácii, keď bol súdny poplatok vyrubený za také konanie, ktoré Zákon o súdnych poplatkov vyslovene zakazuje súdu spoplatniť. Navrhovateľ v odvolaní ďalej namietal, že odvolaním napadnutým uznesením došlo k neprípustnej diskriminácii navrhovateľa, k odňatiu možnosti konať pred súdom a k porušeniu princípu právnej istoty, nakoľko uznesenie, ktorým okresný súd konanie pre nezaplatenie súdneho poplatku zastavil, je podľa názoru navrhovateľa diskriminujúce a tiež také, ktoré odníma navrhovateľovi základné právo konať pred súdom. V závere odvolania navrhovateľ navrhol, aby sudca Okresného súdu Veľký Krtíš vydal rozhodnutie, ktorým zruší odvolaním napadnuté uznesenie okresného súdu zo dňa 26. 09. 2014 vydané vyšším súdnym úradníkom; v prípade, že sudca Okresného súdu Veľký Krtíš odvolaniu navrhovateľa v celom rozsahu nevyhovie, navrhovateľ navrhol, aby odvolací súd vydal rozhodnutie, ktorým zruší uznesenie Okresného súdu Veľký Krtíš sp. zn. 10 Ro/97/2014 - 40 zo dňa 26. 09. 2014 vydané vyšším súdnym úradníkom. V podaní zo dňa 3. 11. 2014 zobral navrhovateľ odvolanie v zmysle ust. § 207 OSP v celom rozsahu späť a navrhol odvolacie konanie zastaviť. Podľa ust. § 207 ods. 2, 3 OSP, dokiaľ o odvolaní nebolo rozhodnuté, možno ho vziať späť. Ak niekto vzal odvolanie späť, nemôže ho podať znova. Ak sa odvolanie, o ktorom nebolo rozhodnuté, vzalo späť, odvolací súd odvolacie konanie zastaví. Vzhľadom k tomu, že navrhovateľ zobral odvolanie podľa ust. § 207 ods. 2 OSP v celom rozsahu späť, odvolací súd odvolacie konanie podľa ust. § 207 ods. 3 OSP zastavil. O trovách odvolacieho konania rozhodol odvolací súd podľa ust. § 224 ods. 1 OSP v nadväznosti na ust. § 146 ods. 2 veta prvá OSP, tak ako je uvedené vo výroku tohto uznesenia, pretože odporcovi žiadne trovy odvolacieho konania nevznikli. O veci senát odvolacieho súdu rozhodol pomerom hlasov členov senátu 3 : 0. Poučenie: Proti tomuto uzneseniu odvolanie nie je prípustné.</w:t>
      </w:r>
    </w:p>
    <w:p/>
    <w:p>
      <w:r>
        <w:t>Zdroj: KAUZIS.SK – https://www.kauzis.sk/judikatura/r/ECLI:SK:KSBB:2015:6214205129.2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