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16Co/204/2015 z 6. 5. 2015</w:t>
      </w:r>
    </w:p>
    <w:p>
      <w:r>
        <w:t>Uznesenie Krajského súdu Banská Bystrica z 6. mája 2015, sp. zn. 16Co/204/2015, ECLI:SK:KSBB:2015:6315200719.2</w:t>
      </w:r>
    </w:p>
    <w:p>
      <w:r>
        <w:t>Súd: Krajský súd Banská Bystrica</w:t>
      </w:r>
    </w:p>
    <w:p>
      <w:r>
        <w:t>Spisová značka: 16Co/204/2015</w:t>
      </w:r>
    </w:p>
    <w:p>
      <w:r>
        <w:t>ECLI: ECLI:SK:KSBB:2015:6315200719.2</w:t>
      </w:r>
    </w:p>
    <w:p>
      <w:r>
        <w:t>Dátum vydania: 6.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16Co/204/2015 Identifikačné číslo súdneho spisu: 6315200719 Dátum vydania rozhodnutia: 07. 05. 2015 Meno a priezvisko sudcu, VSÚ: Mgr. Štefan Baláž ECLI: ECLI:SK:KSBB:2015:6315200719.2 Uznesenie Krajský súd v Banskej Bystrici v právnej veci navrhovateľa U. H., nar. XX. XX. XXXX, bytom F., Q. XXX/ XX, zastúpeného advokátom JUDr. Marianom Holým, Advokátska kancelária v Brezne, B. Němcovej 1/ A, proti odporcovi ECO REAL SK, s. r. o., so sídlom Banská Bystrica, Sitnianska 3, IČO: 47 518 146, o návrhu na nariadenie predbežného opatrenia, na odvolanie navrhovateľa proti uzneseniu Okresného súdu Brezno, č. k. 2C/65/2015 - 11 zo dňa 16. 02. 2015, o oprave uznesenia Krajského súdu Banská Bystrica č. k. 16Co/204/2015 - 21 z 31. marca 2015, takto r o z h o d o l : Výroková časť uznesenia Krajského súdu Banská Bystrica č. k. 16Co/204/2015 - 21 z 31. marca 2015 sa opravuje nasledovne: „ ...byt č. 19 vo vchode č.“ namiesto neprávne uvedenej číslovky 8 na správne č. „ 54 “ . o d ô v o d n e n i e : Krajský súdu Banská Bystrica uznesením 16Co/204/2015 - 21 z 31. marca 2015 rozhodol o predbežnom opatrení, ktorým odporcovi zakázal nakladať s nehnuteľnosťami, ktoré sú zapísané v katastri nehnuteľností na Okresnom úrade W., odbor katastrálny, kat. úz. F., na liste vlastníctva č. XXXX ako byt č. XX vo vchode č. 8, na 8. podlaží v bytovom dome súp. č. XXX, spolu s podielom o veľkosti 64/2992 k pozemku pod bytovým domom na parc CKN č. XXXX/X - zastavané plochy a nádvoria o výmere 493 m2 tak, že tieto nehnuteľnosti nesmie previesť na tretie osoby, zriadiť k nim záložné právo alebo vecné bremeno v prospech tretích osôb, ani iným spôsobom zaťažovať a súčasne je odporca povinný strpieť užívanie uvedených nehnuteľností navrhovateľom a jeho rodinnými príslušníkmi až do právoplatného skončenia konania vo veci samej, vedenej na Okresnom súde Brezno pod sp. zn. 2C/16/2015. V predbežnom opatrení bolo nesprávne uvedené označenie čísla vchodu bytového domu súp. č. 212, v ktorom sa byt č. 19, zapísaný na LV č. XXXX kat. úz. Brezno nachádza, a ktorý vchod má podľa evidencie v katastri nehnuteľností správne označené číslo 54. Podľa § 164 OSP, veta prvá a druhá, súd kedykoľvek aj bez návrhu opraví v rozsudku chyby v písaní a počítaní, ako aj iné zrejmé nesprávnosti. O návrhu na opravu súd rozhodne do 30 dní od jeho podania. O oprave vydá opravné uznesenie, ktoré doručí účastníkom. Podľa § 211 ods. 2 OSP ak tento zákon neustanovuje inak, pre konanie na odvolacom súde platia primerane ustanovenia o konaní pred súdom prvého stupňa. Pri písaní rozhodnutia došlo k nesprávnemu označeniu čísla vchodu bytového domu, v ktorom sa nachádza sporný byt, ktorý je predmetom konania, vedeného na Okresnom súde Brezno pod sp. zn. 2C/65/2015. Na uvedenú chybu upozornil Okresný úrad, katastrálny odbor Brezno a preto bolo potrebné túto zrejmú nesprávnosť odstrániť opravným uznesením. Poučenie: Proti tomuto uzneseniu odvolanie nie je prípustné.</w:t>
      </w:r>
    </w:p>
    <w:p/>
    <w:p>
      <w:r>
        <w:t>Zdroj: KAUZIS.SK – https://www.kauzis.sk/judikatura/r/ECLI:SK:KSBB:2015:6315200719.2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