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3To/97/2015 z 29. 9. 2015</w:t>
      </w:r>
    </w:p>
    <w:p>
      <w:r>
        <w:t>Uznesenie Krajského súdu Banská Bystrica z 29. septembra 2015, sp. zn. 3To/97/2015, ECLI:SK:KSBB:2015:6714010455.2</w:t>
      </w:r>
    </w:p>
    <w:p>
      <w:r>
        <w:t>Súd: Krajský súd Banská Bystrica</w:t>
      </w:r>
    </w:p>
    <w:p>
      <w:r>
        <w:t>Spisová značka: 3To/97/2015</w:t>
      </w:r>
    </w:p>
    <w:p>
      <w:r>
        <w:t>ECLI: ECLI:SK:KSBB:2015:6714010455.2</w:t>
      </w:r>
    </w:p>
    <w:p>
      <w:r>
        <w:t>Dátum vydania: 29. 9. 2015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Krajský súd Banská Bystrica Spisová značka: 3To/97/2015 Identifikačné číslo súdneho spisu: 6714010455 Dátum vydania rozhodnutia: 30. 09. 2015 Meno a priezvisko sudcu, VSÚ: JUDr. Alojz Palaj ECLI: ECLI:SK:KSBB:2015:6714010455.2 Uznesenie Krajský súd v Banskej Bystrici, v trestnej veci obžalovaného W. G., pre prečin nebezpečného vyhrážania podľa § 360 ods. 1,2 písm. a) Tr. zák. a iné, o späťvzatí odvolania obžalovaného W. G. takto r o z h o d o l : Podľa § 312 ods. 4 Tr. por. späťvzatie odvolania obžalovaným W. G. b e r i e na vedomie. o d ô v o d n e n i e : Súd prvého stupňa napadnutým rozsudkom z 11.05.2015 uznal obžalovaného W. G. za vinného z prečinu nebezpečného vyhrážania podľa § 360 ods. 1,2 písm. a) Tr. zák. a iné a následne podľa § 40 ods. 1 písm. d) Tr. zák. upustil u obžalovaného od potrestania a zároveň podľa § 73 ods. 1 Tr. zák. mu uložil ochranné psychiatrické liečenie ambulantnou formou. Proti tomuto rozsudku podal obžalovaný odvolanie po doručení rozsudku, a to napriek tomu, že sa tohto práva výslovne vzdal do zápisnice o hlavnom pojednávaní po vyhlásení rozsudku. Vo veci podal odvolanie aj okresný prokurátor v neprospech obžalovaného. Pred začatím verejného zasadnutia obžalovaný po porade s obhajcom prehlásil, že ním podané odvolanie berie späť. Vzhľadom k tomu, že predseda senátu nezistil žiadne zákonné prekážky, ktoré by bránili k späťvzatiu odvolania, toto späťvzatie vzal na vedomie Poučenie: Proti tomuto uzneseniu sťažnosť nie je prípustná.</w:t>
      </w:r>
    </w:p>
    <w:p/>
    <w:p>
      <w:r>
        <w:t>Zdroj: KAUZIS.SK – https://www.kauzis.sk/judikatura/r/ECLI:SK:KSBB:2015:6714010455.2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