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16CoR/1/2016 z 8. 3. 2016</w:t>
      </w:r>
    </w:p>
    <w:p>
      <w:r>
        <w:t>Uznesenie Krajského súdu Banská Bystrica z 8. marca 2016, sp. zn. 16CoR/1/2016, ECLI:SK:KSBB:2016:5115886915.1</w:t>
      </w:r>
    </w:p>
    <w:p>
      <w:r>
        <w:t>Súd: Krajský súd Banská Bystrica</w:t>
      </w:r>
    </w:p>
    <w:p>
      <w:r>
        <w:t>Spisová značka: 16CoR/1/2016</w:t>
      </w:r>
    </w:p>
    <w:p>
      <w:r>
        <w:t>ECLI: ECLI:SK:KSBB:2016:5115886915.1</w:t>
      </w:r>
    </w:p>
    <w:p>
      <w:r>
        <w:t>Dátum vydania: 8. 3.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Banská Bystrica Spisová značka: 16CoR/1/2016 Identifikačné číslo súdneho spisu: 5115886915 Dátum vydania rozhodnutia: 09. 03. 2016 Meno a priezvisko sudcu, VSÚ: Mgr. Štefan Baláž ECLI: ECLI:SK:KSBB:2016:5115886915.1 Uznesenie Krajský súd v Banskej Bystrici v právnej veci navrhovateľa Obec Kysucký Lieskovec, so sídlom Kysucký Lieskovec č. 29, IČO: 00 314 081, právne zastúpeného advokátom JUDr. Štefanom Strýčekom, Advokátska kancelária Čadca, F. Kráľa 2080, proti odporcovi O. X., s miestom podnikania D. P. č. XXX, IČO: 35 430 672, právne zastúpeného Advokátska kancelária JUDr. Milan Chovanec s. r. o., so sídlom Žilina, Vojtecha Tvrdého 17, o zrušenie rozhodcovského rozsudku, vo veci vedenej na Okresnom súde Banská Bystrica pod sp. zn. 63Cr/11/2015, o späťvzatí odvolania odporcu, takto r o z h o d o l : Krajský súd odvolacie konanie z a s t a v u j e . o d ô v o d n e n i e : Okresný súd uznesením č. k. 63Cr/11/2015 - 56 zo dňa 26. novembra 2015 odložil vykonateľnosť rozhodcovského rozsudku Rozhodcovského súdu v Žiline č. RRS 2015/10 zo dňa 20. 07. 2015 vydaného Rozhodcovským súdom v Žiline, so sídlom 010 01 Žilina, Vojtecha Tvrdého 17/3, v konaní pred rozhodcom JUDr. Veronikou Caletkovou, a to až do právoplatnosti rozhodnutia vo veci samej. Proti tomuto uzneseniu podal v zákonnej 15 dňovej lehote odvolanie odporca, ktorý žiadal predmetné uznesenie okresného súdu zrušiť. V priebehu odvolacieho konania navrhovateľ podaním zo dňa 29. 12. 2015, ktoré došlo okresnému súdu dňa 04. 01. 2016, vzal žalobu v celom rozsahu späť. Uviedol, že medzi navrhovateľom a odporcom došlo k uzatvoreniu dohody o urovnaní. Odporca podaním zo dňa 03. 02. 2016, ktoré došlo okresnému súdu 05. 02. 2016, uviedol, že súhlasí so zastavením konania, trovy konania si neuplatňuje a odvolanie zo dňa 27. 01. 2016 berie späť. Následne okresný súd uznesením č. k. 63Cr/11/2015-67 zo dňa 16. 02. 2016 konanie zastavil a rozhodol, že žiaden z účastníkov konania nemá právo na náhradu trov konania. Vzhľadom k tej skutočnosti, že v súdenej veci bolo podané odvolanie, o ktorom nebolo rozhodnuté, vzaté späť, odvolací súd postupom podľa ust. § 207 ods. 3 O. s. p. odvolacie konanie zastavil. Podľa tohto ustanovenia, ak sa odvolanie, o ktorom nebolo rozhodnuté, vzalo späť, odvolací súd odvolacie konanie zastaví. O náhrade trov odvolacieho konania odvolací súd rozhodol podľa ust. § 146 ods. 1 písm. c) O. s. p., podľa ktorého ustanovenia žiaden z účastníkov nemá právo na náhradu trov konania podľa jeho výsledku, ak konanie bolo zastavené. V odvolacom konaní nebol zistený žiaden z dôvodov, pre ktorý by mal náhradu trov konania uhradiť či už navrhovateľ, alebo odporca, a to podľa ust. § 146 ods. 2, vety prvej alebo druhej O. s. p.. Rozhodnutie bolo prijaté senátom odvolacieho súdu v pomere hlasov 3:0. Poučenie: Proti tomuto uzneseniu odvolanie nie je prípustné.</w:t>
      </w:r>
    </w:p>
    <w:p/>
    <w:p>
      <w:r>
        <w:t>Zdroj: KAUZIS.SK – https://www.kauzis.sk/judikatura/r/ECLI:SK:KSBB:2016:5115886915.1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