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36K/271/2001 z 19. 7. 2016</w:t>
      </w:r>
    </w:p>
    <w:p>
      <w:r>
        <w:t>Uznesenie Krajského súdu Banská Bystrica z 19. júla 2016, sp. zn. 36K/271/2001, ECLI:SK:KSBB:2016:6001898256.2</w:t>
      </w:r>
    </w:p>
    <w:p>
      <w:r>
        <w:t>Súd: Krajský súd Banská Bystrica</w:t>
      </w:r>
    </w:p>
    <w:p>
      <w:r>
        <w:t>Spisová značka: 36K/271/2001</w:t>
      </w:r>
    </w:p>
    <w:p>
      <w:r>
        <w:t>ECLI: ECLI:SK:KSBB:2016:6001898256.2</w:t>
      </w:r>
    </w:p>
    <w:p>
      <w:r>
        <w:t>Dátum vydania: 19. 7.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36K/271/2001 Identifikačné číslo súdneho spisu: 6001898256 Dátum vydania rozhodnutia: 20. 07. 2016 Meno a priezvisko sudcu, VSÚ: JUDr. Eva Kmeťová ECLI: ECLI:SK:KSBB:2016:6001898256.2 Uznesenie U. súd v Y. Y. ako súd prvej inštancie v právnej veci vyhláseného konkurzu na majetok úpadcu T. J., s.r.o. „v konkurze", XXX XX Z., M.: XX XXX XXX, o návrhu správcu konkurznej podstaty G.. D. S., so sídlom J. Moyzesa XXXX/XX, XXX XX V. o zrušenie konkurzu a zbavenie funkcie správcu takto r o z h o d o l : I. H. zrušuje konkurz na majetok úpadcu T. J., s.r.o. „v konkurze “, XXX XX Z., M.: XX XXX XXX po splnení rozvrhového uznesenia č.k. XX-XXK/XXX/XX-XXX zo dňa XX. mája XXXX. II. H. zbavuje G.. D. S., J. D. XXXX/XX, XXX XX V. funkcie správcu konkurznej podstaty. M.. X. uznesenie je vykonateľné nadobudnutím jeho právoplatnosti. o d ô v o d n e n i e : X. Uznesením sp. zn. XX-XXK/XXX/XX zo dňa XX.XX.XXXX krajský súd vyhlásil konkurz na majetok dlžníka T. J., s.r.o., Z., M. : XX XXX XXX a za správcu konkurznej podstaty ustanovil G.. G. H., L. XX, V.. Uznesenie nadobudlo právoplatnosť dňa XX.XX.XXXX. U. súd uznesením sp. zn. XXX-XXK/XXX/ XX zo dňa XX.XX.XXXX rozhodol o zmene správcu konkurznej podstaty tak, že za správcu ustanovil D.. D. S., P.. H. 6/XX, V.. X. Súd rozhodol o rozdelení výťažku zo speňaženia majetku úpadcu rozvrhovým uznesením č. k. XX-XXK/XXX/XX-XXX zo dňa XX.XX.XXXX, ktoré nadobudlo právoplatnosť dňa XX.XX.XXXX. V rozvrhovom uznesení súd uložil správcovi konkurznej podstaty povinnosť poukázať veriteľom priznané sumy v lehote X dní od právoplatnosti tohto rozhodnutia a tiež mu uložil povinnosť predložiť doklady o splnení rozvrhového uznesenia a návrh na zrušenie konkurzu. X. Podaním doručeným konkurznému súdu dňa XX.XX.XXXX správca informoval súd o tom, že poukázal veriteľom sumy priznané rozvrhovým uznesením, navrhol zrušenie konkurzu a zbavenie funkcie správcu. V. predložil doklady o splnení rozvrhového uznesenia. X. Podľa ust. § 44 ods. X písm. b) zákona č. XXX/XXXX Zb. o konkurze a vyrovnaní v znení neskorších predpisov (ďalej len „V.“) súd uznesením zruší konkurz, v ktorom nedošlo k potvrdeniu núteného vyrovnania, ak zistí, že bolo splnené rozvrhové uznesenie. X. Súd po zistení, že správca splnil rozvrhové uznesenie, rozhodol o zrušení konkurzu a o zbavení správcu jeho funkcie. H. nerozhodoval o odmene správcu, pretože o tejto už bolo rozhodnuté v uznesení o schválení konečnej správy o speňažení majetku z podstaty. X. Podľa § 45 ods. X V. zrušením konkurzu zanikajú účinky vyhlásenia konkurzu uvedené v § 14, platnosť a účinnosť úkonov vykonaných počas konkurzu tým nie je dotknutá. X. Vzhľadom na účinky tohto rozhodnutia, ktoré sú uvedené v § 68 ods. X A. zákonníka, súd v súlade s ust. § 2X8 ods. 3 zákona č. XXX/XXXX Z. z. W. sporového poriadku (ďalej len W.) viazal vykonateľnosť tohto rozhodnutia na jeho právoplatnosť. Poučenie: Proti tomuto uzneseniu je prípustné odvolanie, ktoré je možné podať do 30 dní od jeho zverejnenia v Obchodnom vestníku, písomne vo dvoch vyhotoveniach na Krajský súd v Banskej Bystrici. V odvolaní sa má popri všeobecných náležitostiach podania § 127 CSP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https://www.kauzis.sk/judikatura/r/ECLI:SK:KSBB:2016:6001898256.2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