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23Sp/21/2013 z 16. 5. 2016</w:t>
      </w:r>
    </w:p>
    <w:p>
      <w:r>
        <w:t>Uznesenie Krajského súdu Banská Bystrica z 16. mája 2016, sp. zn. 23Sp/21/2013, ECLI:SK:KSBB:2016:6013200694.2</w:t>
      </w:r>
    </w:p>
    <w:p>
      <w:r>
        <w:t>Súd: Krajský súd Banská Bystrica</w:t>
      </w:r>
    </w:p>
    <w:p>
      <w:r>
        <w:t>Spisová značka: 23Sp/21/2013</w:t>
      </w:r>
    </w:p>
    <w:p>
      <w:r>
        <w:t>ECLI: ECLI:SK:KSBB:2016:6013200694.2</w:t>
      </w:r>
    </w:p>
    <w:p>
      <w:r>
        <w:t>Dátum vydania: 16. 5. 2016</w:t>
      </w:r>
    </w:p>
    <w:p>
      <w:r>
        <w:t>Forma: Uznesenie</w:t>
      </w:r>
    </w:p>
    <w:p>
      <w:pPr>
        <w:pStyle w:val="Heading2"/>
      </w:pPr>
      <w:r>
        <w:t>Text rozhodnutia</w:t>
      </w:r>
    </w:p>
    <w:p>
      <w:r>
        <w:t>Súd: Krajský súd Banská Bystrica Spisová značka: 23Sp/21/2013 Identifikačné číslo súdneho spisu: 6013200694 Dátum vydania rozhodnutia: 17. 05. 2016 Meno a priezvisko sudcu, VSÚ: JUDr. Milan Segeč ECLI: ECLI:SK:KSBB:2016:6013200694.2 Uznesenie Krajský súd v Banskej Bystrici v právnej veci navrhovateľa: A.. K. H., bytom L. XX, XXX XX B., proti odporcovi: Centrum právnej pomoci, Kancelária Žilina, Národná 34, 011 00 Žilina, o preskúmanie zákonnosti rozhodnutia odporcu sp. zn.: 1N 3169/2013 zo dňa 09.04.2013 - ohľadom oslobodenia od súdnych poplatkov a zaplatenie súdneho poplatku, takto r o z h o d o l : I. Súd konanie o oslobodení od súdnych poplatkov z a s t a v u j e . II. Navrhovateľ je povinný zaplatiť súdny poplatok 35,- Eur v lehote troch dní. o d ô v o d n e n i e : Krajský súd v Banskej Bystrici rozsudkom z 31.10.2013 č. k. 23Sp/21/2013-15 podľa § 250q ods. 2 O.s.p. potvrdil rozhodnutie odporcu z 09.04.2013 sp. zn.: 1N 3169/2013, ktorým odporca podľa § 10 ods. 5 zákona č. 327/2005 Z.z. o poskytovaní právnej pomoci osobám v materiálnej núdzi a o zmene a doplnení niektorých zákonov v znení neskorších predpisov nepriznal navrhovateľovi nárok na poskytnutie právnej pomoci. Krajský súd nepriznal navrhovateľovi náhradu trov konania a súčasne mu uložil povinnosť zaplatiť súdny poplatok za podaný opravný prostriedok v sume 35,- Eur na účet Krajského súdu v Banskej Bystrici v lehote troch dní od právoplatnosti rozsudku. Proti rozsudku Krajského súdu v Banskej Bystrici podal odvolanie navrhovateľ a na základe podaného odvolania rozhodoval Najvyšší súd SR, ktorý rozsudkom sp. zn. 7Sžo/4/2014 zo dňa 28.05.2015 rozhodol tak, že rozsudok Krajského súdu v Banskej Bystrici z 31.10.2013 č. k. 23Sp/21/2013-15, v časti týkajúcej sa veci samej a náhrady trov konania, potvrdil. V časti týkajúcej sa uloženia povinnosti navrhovateľovi zaplatiť na účet Krajského súdu v Banskej Bystrici súdny poplatok vo výške 35,- Eur, rozsudok Krajského súdu v Banskej Bystrici z 31.10.2013 č. k. 23Sp/21/2013-15 zrušil a vec vrátil na ďalšie konanie. Z dôvodov rozsudku Najvyššieho súdu SR vyplýva, že z preskúmavaného rozhodnutia odporcu je zrejmé, že navrhovateľ požiadal o poskytnutie právnej pomoci vo veci súdneho konania v štádiu odvolania proti rozsudku Okresného súdu v Žiline z 08.12.2011 č. k. 7C/1399/1998-520 o povinnosti žiadateľa a jeho manželky zaplatiť protistrane 9 478,29 Eur spolu s úrokmi 17,6 % ročne od 09.04.1998 a nahradiť trovy konania. Najvyšší súd SR posudzujúc odvolanie navrhovateľa v časti, ktorou napáda rozhodnutie súdu I. stupňa o povinnosti zaplatiť súdny poplatok podľa jeho obsahu v zmysle § 246c ods. 1 v spojení s § 41 ods. 2 O.s.p., je zrejmé, že navrhovateľ sa domáha priznať oslobodenia od súdnych poplatkov aj v preskúmavanej veci (rozhodnutie odporcu z 09.04.2013 sp. zn. 1N 3169/2013). Z uvedených dôvodov je treba považovať rozhodnutie súdu I. stupňa o poplatkovej povinnosti navrhovateľa za predčasné, preto odvolací súd rozsudok I. stupňa v napadnutej časti týkajúcej sa povinnosti navrhovateľa zaplatiť súdny poplatok zrušil a vec mu vrátil na ďalšie konanie podľa § 250j ods. 3 veta druhá v spojení s § 246c ods. 1 s § 221 ods. 1 písm. f), ods. 2 O.s.p. a vec mu vrátil na ďalšie konanie. Najvyšší súd SR súčasne vyslovil právny názor, že úlohou súdu I. stupňa bude zadovážiť si podklady rozhodujúce pre posúdenie žiadosti navrhovateľa na oslobodenie od súdneho poplatku v danom prípade, tieto posúdiť a rozhodnúť o predmetnej jeho žiadosti. V súlade s právnym názorom Najvyššieho súdu SR prípisom zo dňa 03.07.2015 zaslal krajský súd navrhovateľovi Tlačivo pre dokladovanie pomerov účastníka konania pre priznanie oslobodenia od súdnych poplatkov a zároveň ho žiadal, aby ho v lehote 10 dní po jeho vyplnení opätovne zaslal krajskému súdu. Navrhovateľ na uvedenú výzvu nereagoval. Podaním zo dňa 11.04.2016 krajský súd opätovne zaslal navrhovateľovi Tlačivo pre dokladovanie pomerov účastníka konania pre priznanie oslobodenia od súdnych poplatkov a zároveň ho požiadal, aby ho v lehote 10 dní po jeho vyplnení opätovne zaslal krajskému súdu. Zároveň bol navrhovateľ upozornený, že ak v stanovenej lehote vyplnené tlačivo nezašle krajskému súdu, súd rozhodne o návrhu bez priznania oslobodenia od súdnych poplatkov z podkladov, ktoré má k dispozícii v spise. Dňa 27.04.2016 bolo doručené podanie Krajskému súdu v Banskej Bystrici, podanie bolo zaslané navrhovateľom A.. K. H., podanie bolo označené ako späťvzatie návrhu, v ktorom navrhovateľ uvádza, že v jeho právnej veci proti odporcovi Centrum právnej pomoci, Kancelária Žilina, o preskúmanie rozhodnutia sp. zn. 1N 3169/2013 z 09.04.2013, oznamuje súdu, že svoj návrh v celom rozsahu berie späť tak, ako to už oznámil predtým telefonicky. Krajský súd posudzoval podanie navrhovateľa zo dňa 25.04.2016 (doručené krajskému súdu 27.04.2016) podľa jeho obsahu a dospel k záveru, že zo strany navrhovateľa došlo k späťvzatiu návrhu na oslobodenie od súdnych poplatkov. Podľa § 138 ods. 1 O.s.p., na návrh môže súd priznať účastníkovi celkom alebo sčasti oslobodenie od súdnych poplatkov, ak to pomery účastníka odôvodňujú a ak nejde o svojvoľné alebo zrejmé bezúspešné uplatňovanie alebo bránenie práva. Podľa ods. 2 citovaného ustanovenia zákona, v návrhu musia byť pomery účastníkov dokladované: a) vyplneným tlačivom, ktorého vzor uverejní MS SR na svojom webovom sídle, b) rozhodnutím o hmotnej núdzi podľa osobitných predpisov. Podľa § 96 ods. 1 O.s.p., navrhovateľ môže vziať za konania späť návrh na jeho začatie, a to sčasti alebo celkom. Ak je návrh vzatý späť celkom, súd konanie zastaví. Vzhľadom k tomu, že navrhovateľ zobral návrhu na oslobodenie od súdnych poplatkov v celom rozsahu späť, súd konanie zastavil. Vzhľadom k tomu, že došlo k zastaveniu konania ohľadom oslobodenia od súdnych poplatkov, navrhovateľ bol v konaní sp. zn. 23Sp/21/2013 neúspešný, súd opätovne uložil navrhovateľovi povinnosť zaplatiť súdny poplatok podľa § 2 ods. 4 zákona č. 71/1992 Zb., keďže podal opravný prostriedok proti rozhodnutiu správneho orgánu a v konaní bol neúspešný. Vzhľadom k tomu, že došlo k zastaveniu konania, súd žiadnemu z účastníkov nepriznal právo na náhradu trov konania (§ 146 ods. 1 písm. c) O.s.p.). Poučenie: Proti tomuto uzneseniu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https://www.kauzis.sk/judikatura/r/ECLI:SK:KSBB:2016:6013200694.2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