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23S/326/2013 z 29. 5. 2016</w:t>
      </w:r>
    </w:p>
    <w:p>
      <w:r>
        <w:t>Opravné uznesenie Krajského súdu Banská Bystrica z 29. mája 2016, sp. zn. 23S/326/2013, ECLI:SK:KSBB:2016:6013201776.4</w:t>
      </w:r>
    </w:p>
    <w:p>
      <w:r>
        <w:t>Súd: Krajský súd Banská Bystrica</w:t>
      </w:r>
    </w:p>
    <w:p>
      <w:r>
        <w:t>Spisová značka: 23S/326/2013</w:t>
      </w:r>
    </w:p>
    <w:p>
      <w:r>
        <w:t>ECLI: ECLI:SK:KSBB:2016:6013201776.4</w:t>
      </w:r>
    </w:p>
    <w:p>
      <w:r>
        <w:t>Dátum vydania: 29. 5.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23S/326/2013 Identifikačné číslo súdneho spisu: 6013201776 Dátum vydania rozhodnutia: 30. 05. 2016 Meno a priezvisko sudcu, VSÚ: JUDr. Drahomíra Mikulajová ECLI: ECLI:SK:KSBB:2016:6013201776.4 Opravné uznesenie Krajský súd v Banskej Bystrici, v senáte zloženom z predsedníčky JUDr. Drahomíry Mikulajovej a členov JUDr. Milana Segeča a JUDr. Petra Kvietka, v právnej veci žalobcov: 1/ W.. W. E., Q.., nar. XX.XX.XXXX, bytom G. XXXX/X, J., 2/ D. B., nar. XX.XX.XXXX, bytom N. 8, XXX XX J. J., 3/ I. B., nar. XX.XX.XXXX, bytom N. 2, XXX XX J. J., 4/ W.. J. I., nar. XX.XX.XXXX, bytom G. XX, XXX XX J. J., 5/ C. D., nar. XX.XX.XXXX, bytom D. 8, XXX XX J. J., 6/ W. B., nar. XX.XX.XXXX, bytom N. 4, XXX XX J. J., 7/ I. B., nar. XX.XX.XXXX, bytom Na G. 6, XXX XX J. J., 8/ C. X., nar. XX.XX.XXXX, bytom D. Q. XX, XXX XX J. J., 9/ W.. X. X., nar. XX.XX.XXXX, bytom O. XX, XXX XX J. J., 10/ W.. G. I., nar. XX.XX.XXXX, bytom L. XXXX/XX, XXX XX X., 11/ P. J., nar. XX.XX.XXXX, bytom T. X, XXX XX J. J., 12/ E. X., nar. XX.XX.XXXX, bytom G. D. XX, XXX XX J. J., 13/ I. B., nar. XX.XX.XXXX, bytom T. XX, XXX XX J. J., 14/ I. E., nar. XX.XX.XXXX, bytom L. K. X, XXX XX J. J., 15/ C. R., nar. XX.XX.XXXX, bytom E. 5, XXX XX J. J., 16/ R. G., nar. XX.XX.XXXX, bytom D. XX, XXX XX J. J., 17/ J. C., nar. XX.XX.XXXX, bytom Na X. XX, XXX XX J. J., 18/ S. B., nar. XX.XX.XXXX, bytom D. Q. XX, XXX XX J. J., 19/ M. E., nar. XX.XX.XXXX, bytom C. 4, XXX XX J. J., 20/ C. D., nar. XX.XX.XXXX, bytom C. XX, XXX XX J. J., 21/ C. D., nar. XX.XX.XXXX, G. XX, XXX XX J. J., 22/ I. D., nar. XX.XX.XXXX, bytom N. XX, XXX XX J. J., všetci právne zastúpení advokátom: JUDr. Daniel Janšo, Horná 2, 974 01 Banská Bystrica, proti žalovanému: Okresný úrad Banská Bystrica, odbor opravných prostriedkov, so sídlom Námestie Ľ. Štúra 1, 974 05 Banská Bystrica (do 30.09.2013 Obvodný pozemkový úrad v Banskej Bystrici), za účasti ďalších účastníkov konania: I/ ZO SZZ 17-53 Nad Tunelom C+D Banská Bystrica, v X.. G.. C. P., T.. XX/B, XXX XX J. J. a G. V., N. XX, XXX XX J. J., II/ Slovenský pozemkový fond, Regionálny odbor Banská Bystrica, so sídlom Skuteckého 21, 974 01 Banská Bystrica, o preskúmanie zákonnosti rozhodnutia žalovaného č. 2013/00310-3 zo dňa 25. septembra 2013, takto r o z h o d o l : Odôvodnenie písomného vyhotovenia rozsudku Krajského súdu v Banskej Bystrici č.k. 23S/326/2013-128 zo dňa 17. februára 2016 o p r a v u j e tak, že na strane 17 prvý odsek v znení „Rozhodnutie bolo prijaté senátom krajského súdu jednohlasne, t. j. pomerom hlasov 3:0 (§ 3 ods. 9 zákona č. 757/2004 Z. z. o súdoch, v znení účinnom od 01.05.2011)“ nahrádza novým odsekom v znení „Rozhodnutie bolo prijaté senátom krajského súdu pomerom hlasov 2:1 (§ 3 ods. 9 zákona č. 757/2004 Z. z. o súdoch, v znení účinnom od 01.05.2011). o d ô v o d n e n i e : Pri písomnom vyhotovení rozsudku Krajského súdu v Banskej Bystrici č.k. 23S/326/2013-128 zo dňa 17. februára 2016, vyhláseného dňa 17.02.2016, došlo k zrejmej nesprávnosti, keď v odôvodnení rozsudku je nesprávne uvedené akým pomerom hlasov členov senátu bolo prijaté rozhodnutie, a to namiesto pomeru 2:1 bolo omylom uvedené 3:0. Súd podľa § 164 O.s.p. za účelom opravy chyby - zrejmej nesprávnosti v písomnom vyhotovení rozsudku vydal toto opravné uznesenie. Poučenie: Proti tomuto uzneseniu možno podať odvolanie v lehote 15 dní od jeho doručenia. Odvolanie sa podáva písomne v dvoch vyhotoveniach prostredníctvom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https://www.kauzis.sk/judikatura/r/ECLI:SK:KSBB:2016:6013201776.4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