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27Sp/12/2014 z 4. 2. 2016</w:t>
      </w:r>
    </w:p>
    <w:p>
      <w:r>
        <w:t>Uznesenie Krajského súdu Banská Bystrica z 4. februára 2016, sp. zn. 27Sp/12/2014, ECLI:SK:KSBB:2016:6014200200.4</w:t>
      </w:r>
    </w:p>
    <w:p>
      <w:r>
        <w:t>Súd: Krajský súd Banská Bystrica</w:t>
      </w:r>
    </w:p>
    <w:p>
      <w:r>
        <w:t>Spisová značka: 27Sp/12/2014</w:t>
      </w:r>
    </w:p>
    <w:p>
      <w:r>
        <w:t>ECLI: ECLI:SK:KSBB:2016:6014200200.4</w:t>
      </w:r>
    </w:p>
    <w:p>
      <w:r>
        <w:t>Dátum vydania: 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27Sp/12/2014 Identifikačné číslo súdneho spisu: 6014200200 Dátum vydania rozhodnutia: 05. 02. 2016 Meno a priezvisko sudcu, VSÚ: JUDr. Alena Antalová ECLI: ECLI:SK:KSBB:2016:6014200200.4 Uznesenie Krajský súd v Banskej Bystrici v právnej veci navrhovateľky: K.. Y. W., nar. XX.XX.XXXX, zomr. XX.XX.XXXX, naposledy bytom C. XXX/XX, XXX XX C. L. proti odporcovi: Centrum právnej pomoci Bratislava, Kancelária Rimavská Sobota, Čerenčianská 20, 979 01 Rimavská Sobota o preskúmanie zákonnosti rozhodnutia odporcu č. KaRS-2009/2014, R.z. 5611/2014 zo dňa 31.01.2014 takto r o z h o d o l : Konanie z a s t a v u j e. Žiaden z účastníkov nemá právo na náhradu trov konania. o d ô v o d n e n i e : Navrhovateľka sa podaním doručeným súdu 14.02.2014 domáhala, aby súd preskúmal rozhodnutie odporcu č.k. KaRS-2009/2014 zo dňa 31.01.2014, ktorým bol navrhovateľke odňatý nárok na poskytnutie právnej pomoci podľa zák. č. 327/2005 Z.z. o poskytovaní právnej pomoci osobám v materiálnej núdzi a o zmene a doplnení zák. č. 586/2003 Z.z. o advokácii a o zmene a doplnení zák. č. 455/1991 Zb. o živnostenskom podnikaní (Živnostenský zákon) v znení neskorších predpisov v znení zák. č. 8/2005 Z.z. v znení neskorších predpisov (ďalej len „zák. č. 327/2005 Z.z.“). Uznesením Krajského súdu v Banskej Bystrici č.k. 27Sp/12/2014-147 zo dňa 05.08.2014 bolo odvolanie navrhovateľky odmietnuté s poukazom na § 250p O.s.p. Proti tomuto rozhodnutiu podala navrhovateľka odvolanie, o ktorom rozhodol Najvyšší súd SR Uznesením č.k. 2Sžo/85/2014 zo dňa 16.12.2015 tak, že uznesenie Krajského súdu v Banskej Bystrici zo dňa 05.08.2014 zrušil a vec mu vrátil na ďalšie konanie. Súd predvolal účastníkov konania na pojednávanie vo veci na termín 23.02.2016. Zásielka adresovaná navrhovateľke sa vrátila nedoručená s poznámkou, že adresát - navrhovateľka zomrela. Súd zistil, že navrhovateľka K.. Y. W., nar. XX.XX.XXXX, naposledy bytom C. XX, XXX XX C. L. zomrela dňa XX.XX.XXXX v C. L.. Podľa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103 O.s.p. kedykoľvek za konania prihliada súd na to, či sú splnené podmienky, za ktorých môže konať vo veci (podmienky konania). Podľa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107 ods. 1 O.s.p. ak účastník stratí spôsobilosť byť účastníkom konania skôr, ako sa konanie právoplatne skončilo, súd posúdi podľa povahy veci, či má konanie zastaviť alebo prerušiť alebo či môže v ňom pokračovať. Vzhľadom na to, že súd zistil, že navrhovateľka v priebehu konania zomrela, t.j. v priebehu súdneho konania stratila spôsobilosť byť účastníčkou konania, pričom nedostatok spôsobilosti byť účastníkom konania je neodstrániteľným nedostatkom podmienok konania, a keďže neboli zistené podmienky na pokračovanie v konaní, ani na prerušenie konania, súd s poukazom na § 103, § 104 ods. 1 a § 107 ods. 1 O.s.p. v spojení s § 246c ods. 1 O.s.p. konanie vo veci zastavil. O trovách konania rozhodol súd tak, že žiaden z účastníkov konania nemá právo na náhradu trov konania (§ 146c ods. 1 písm. c/ O.s.p. v spojení s § 246c ods. 1 O.s.p.), pretože konanie bolo zastavené a súd nezistil splnenie podmienok na náhradu trov konania podľa § 250k ods. 1 O.s.p. Poučenie: Proti tomuto rozhodnutiu je prípustné odvolanie v lehote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https://www.kauzis.sk/judikatura/r/ECLI:SK:KSBB:2016:6014200200.4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