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20Sd/41/2014 z 17. 5. 2016</w:t>
      </w:r>
    </w:p>
    <w:p>
      <w:r>
        <w:t>Uznesenie Krajského súdu Banská Bystrica z 17. mája 2016, sp. zn. 20Sd/41/2014, ECLI:SK:KSBB:2016:6014200249.2</w:t>
      </w:r>
    </w:p>
    <w:p>
      <w:r>
        <w:t>Súd: Krajský súd Banská Bystrica</w:t>
      </w:r>
    </w:p>
    <w:p>
      <w:r>
        <w:t>Spisová značka: 20Sd/41/2014</w:t>
      </w:r>
    </w:p>
    <w:p>
      <w:r>
        <w:t>ECLI: ECLI:SK:KSBB:2016:6014200249.2</w:t>
      </w:r>
    </w:p>
    <w:p>
      <w:r>
        <w:t>Dátum vydania: 17. 5.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20Sd/41/2014 Identifikačné číslo súdneho spisu: 6014200249 Dátum vydania rozhodnutia: 18. 05. 2016 Meno a priezvisko sudcu, VSÚ: JUDr. Jarmila Badíková ECLI: ECLI:SK:KSBB:2016:6014200249.2 Uznesenie Krajský súd v Banskej Bystrici v právnej veci navrhovateľa: J. P., nar. XX. O. XXXX, bytom H. - H. č. XXX, proti odporkyni: Sociálna poisťovňa, ul. 29. augusta č. 8, 813 63 Bratislava, o preskúmanie rozhodnutia o starobnom dôchodku takto r o z h o d o l : Konanie vo veci rozhodnutia odporkyne č. XXX XXX XXXX X X.. zo dňa 19. novembra 2013 v spojení s rozhodnutím odporkyne č. XXX XXX XXXX X X.. - C.. zo dňa 19. novembra 2013 a rozhodnutie odporkyne č. XXX XXX XXXX X X.. zo dňa 10. januára 2014 v spojitosti s rozhodnutím čísla XXX XXX XXXX X X.. - C.. zo dňa 10. januára 2014 z a s t a v u j e. Žiaden z účastníkov nemá právo na náhradu trov konania. o d ô v o d n e n i e : Odporkyňa rozhodnutím č. XXX XXX XXXX X - X.. zo dňa 19.11.2013 podľa § 82, § 259 ods. 1 zákona č. 461/2003 Z. z. o sociálnom poistení v znení zákona č. 721/2004 Z. z. priznala navrhovateľovi od 24.07.2010 starobný dôchodok v sume 337,60 Eur mesačne. Ďalšími rozhodnutiami označenými od X.. až do C.. zo dňa 19.11.2013 zvýšila navrhovateľovi starobný dôchodok. Navrhovateľ podal voči uvedenému rozhodnutiu opravný prostriedok, v ktorom namietol výšku starobného dôchodku. Na základe opravného prostriedku navrhovateľa odporkyňa vydala ďalšie rozhodnutie č. XXX XXX XXXX X X.. zo dňa 10.01.2014, ktorým zvýšila navrhovateľovi starobný dôchodok od 24.07.2010 na sumu 351,20 Eur mesačne. Ďalšími rozhodnutiami označeným ako X.. až C.. zo dňa 10.01.2014 zvýšila navrhovateľovi starobný dôchodok. Krajský súd v Banskej Bystrici rozsudkom č. k. 20Sd/41/2014-29 a 20Sd/47/2014 zo dňa 07.05.2014 napadnuté rozhodnutie v spojitosti s ostatnými rozhodnutiami potvrdil. Na základe odvolania navrhovateľa NS SR uznesením č. 1So/103/2014 zo dňa 16.03.2016 uvedený rozsudok krajského súdu zrušil a vec mu vrátil na ďalšie konanie. Dôvodom zrušenia bola skutočnosť, že odporkyňa v odvolacom konaní vydala vo veci ďalšie rozhodnutie. Súd na pojednávaní dňa 18.05.2016 konanie zastavil na základe oznámenia navrhovateľa, že netrvá na opravnom prostriedku a berie ho späť v plnom rozsahu. Odporkyňa na pojednávaní súhlasila so zastavením konania. Na základe uvedeného súd konanie v danej veci zastavil. Podľa § 250l ods. 2 OSP pokiaľ v tejto hlave nie je ustanovené inak, použije sa primerane ustanovenie druhej hlavy s výnimkou § 250a. Podľa § 250h ods. 2 OSP až do rozhodnutia súdu môže žalobca vziať žalobu späť; ak žalovanému medzitým vznikli trovy konania, súd rozhodne o ich náhrade. Podľa § 250d ods. 3 OSP súd uznesením konanie zastaví, okrem iných dôvodov aj vtedy ak žaloba bola vzatá späť /§ 250h ods. 2/. Vzhľadom na späťvzatie opravného prostriedku, ktorý je návrhom na začatie konania podľa § 250m ods. 1 OSP súd v súlade s citovanými ustanoveniami konanie zastavil. Súd o náhrade trov konania rozhodol podľa § 250l ods. 2, 246c a 146 ods. 1 písm. c/ OSP, podľa ktorého žiaden z účastníkov nemá právo na náhradu trov konania podľa jeho výsledku, ak konanie bolo zastavené.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https://www.kauzis.sk/judikatura/r/ECLI:SK:KSBB:2016:6014200249.2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