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24S/132/2014 z 27. 1. 2016</w:t>
      </w:r>
    </w:p>
    <w:p>
      <w:r>
        <w:t>Uznesenie Krajského súdu Banská Bystrica z 27. januára 2016, sp. zn. 24S/132/2014, ECLI:SK:KSBB:2016:6014201239.2</w:t>
      </w:r>
    </w:p>
    <w:p>
      <w:r>
        <w:t>Súd: Krajský súd Banská Bystrica</w:t>
      </w:r>
    </w:p>
    <w:p>
      <w:r>
        <w:t>Spisová značka: 24S/132/2014</w:t>
      </w:r>
    </w:p>
    <w:p>
      <w:r>
        <w:t>ECLI: ECLI:SK:KSBB:2016:6014201239.2</w:t>
      </w:r>
    </w:p>
    <w:p>
      <w:r>
        <w:t>Dátum vydania: 27.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24S/132/2014 Identifikačné číslo súdneho spisu: 6014201239 Dátum vydania rozhodnutia: 28. 01. 2016 Meno a priezvisko sudcu, VSÚ: JUDr. Alena Antalová ECLI: ECLI:SK:KSBB:2016:6014201239.2 Uznesenie Krajský súd v Banskej Bystrici v právnej veci žalobcu: Solár Housing s.r.o., Utekáč 885, 985 06 Utekáč, IČO: 45 652 333, zast. Mgr. Karolom Haťapkom, advokátom, Drieňová 34, 821 02 Bratislava proti žalovanému: Daňový úrad Banská Bystrica, pobočka Lučenec, Novohradská 3035/9, 984 01 Lučenec v konaní o ochrane pred nezákonným zásahom orgánu verejnej správy takto r o z h o d o l : Konanie z a s t a v u j e. Žiaden z účastníkov konania nemá právo na náhradu trov konania. o d ô v o d n e n i e : Žalobca sa žalobou doručenou súdu dňa 18.09.2014 domáhal, aby súd v súlade s § 250v O.s.p. zakázal žalovanému orgánu verejnej správy pokračovať v porušovaní práva žalobcu, t.j. považovať podanie odvolania žalobcom doručené do elektronickej podateľne žalovaného pod č. 6/17339552/2014 dňa 10.07.2014 proti rozhodnutiu o zastavení daňového konania č. 9103305/5/2287215/2014/LiFo zo dňa 28.05.2014 za neprípustné a to v lehote 3 dní od právoplatnosti tohto rozsudku a uložil žalovanému do 3 dní odo dňa doručenia rozsudku pokračovať v predmetnom daňovom konaní. Zároveň žiadal nahradiť trovy konania. Podaním doručeným súdu 22.01.2016 právny zástupca žalobcu súdu oznámil, že uznesením Okresného súdu Banská Bystrica č.k. 27Cbr 122/2014-28 zo dňa 28.08.2015, právoplatným dňa 08.10.2015 bola obchodná spoločnosť Solár Housing s.r.o., so sídlom 985 06 Utekáč, IČO: 45 652 333 zrušená bez likvidácie. Vzhľadom na túto skutočnosť právny zástupca žalobcu navrhol, aby súd konanie zastavil. Podľa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103 O.s.p. kedykoľvek za konania prihliada súd na to, či sú splnené podmienky, za ktorých môže konať vo veci (podmienky konania). Podľa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Podľa § 19 O.s.p. spôsobilosť byť účastníkom konania má ten, kto má spôsobilosť mať práva a povinnosti; inak len ten, komu ju zákon priznáva. Podľa § 107 ods. 4 O.s.p. ak po začatí konania zanikne právnická osoba, súd pokračuje v konaní s jej právnym nástupcom, a ak právneho nástupcu niet, súd konanie zastaví. Zánik žalobcu ako právnickej osoby podľa obchodného práva sa spravuje ust. § 68 ods. 1 Obchodného zákonníka, t.j. zaniká ku dňu výmazu z obchodného registra. Z výpisu z obchodného registra Okresného súdu Banská Bystrica, odd. Sro, vl. č. 27101/S súd zistil, že žalobca bol dňom 24.10.2015 vymazaný z obchodného registra na základe uznesenia Okresného súdu Banská Bystrica č.k. 27Cbr 122/2014-28 zo dňa 28.08.2015, ktoré nadobudlo právoplatnosť dňa 08.10.2015. Vzhľadom na to, že súd zistil, že po začatí konania právnická osoba, ktorá bola účastníkom konania v postavení žalobcu, zanikla bez právneho nástupcu ku dňu výmazu z obchodného registra (24.10.2015), t.j. v priebehu súdneho konania žalobca stratil spôsobilosť byť účastníkom konania, súd s poukazom na § 107 ods. 4 O.s.p. v spojení s § 246c ods. 1 O.s.p. konanie vo veci zastavil. O trovách konania rozhodol súd tak, že žiaden z účastníkov konania nemá právo na náhradu trov konania (§ 146c ods. 1 písm. c/ O.s.p. v spojení s § 246c ods. 1 O.s.p.), pretože konanie bolo zastavené. Toto rozhodnutie prijal senát krajského súdu pomerom hlasov 3:0 (§ 3 ods. 9 zák. č. 757/2004 Z.z. o súdoch a o zmene a doplnení niektorých zákonov v znení účinnom od 01.05.2011). Poučenie: Proti tomuto rozhodnutiu je prípustné odvolanie v lehote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https://www.kauzis.sk/judikatura/r/ECLI:SK:KSBB:2016:6014201239.2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