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23S/241/2014 z 12. 4. 2016</w:t>
      </w:r>
    </w:p>
    <w:p>
      <w:r>
        <w:t>Uznesenie Krajského súdu Banská Bystrica z 12. apríla 2016, sp. zn. 23S/241/2014, ECLI:SK:KSBB:2016:6014201537.2</w:t>
      </w:r>
    </w:p>
    <w:p>
      <w:r>
        <w:t>Súd: Krajský súd Banská Bystrica</w:t>
      </w:r>
    </w:p>
    <w:p>
      <w:r>
        <w:t>Spisová značka: 23S/241/2014</w:t>
      </w:r>
    </w:p>
    <w:p>
      <w:r>
        <w:t>ECLI: ECLI:SK:KSBB:2016:6014201537.2</w:t>
      </w:r>
    </w:p>
    <w:p>
      <w:r>
        <w:t>Dátum vydania: 12.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23S/241/2014 Identifikačné číslo súdneho spisu: 6014201537 Dátum vydania rozhodnutia: 13. 04. 2016 Meno a priezvisko sudcu, VSÚ: JUDr. Drahomíra Mikulajová ECLI: ECLI:SK:KSBB:2016:6014201537.2 Uznesenie Krajský súd v Banskej Bystrici v právnej veci žalobcu: Y.. Y. T., bytom W. 2, XXX XX X. X., právne zastúpený Mgr. Františkom Popperom, advokátom, so sídlom Námestie SNP 2, 974 01 Banská Bystrica, proti žalovanému: Sociálna poisťovňa, ústredie, so sídlom ul. 29. augusta č. 8 a 10, 813 63 Bratislava, o preskúmanie zákonností rozhodnutí žalovaného č. 49942-2/2014-BA a č. 49944-2/2014-BA, obe zo dňa 12. novembra 2014, o oprave zrejmej nesprávnosti v písomnom vyhotovení rozsudku, takto r o z h o d o l : Rozsudok Krajského súdu v Banskej Bystrici č.k. 23S/241/2014-40 zo dňa 11. marca 2015 o p r a v u j e tak, že v záhlaví písomného vyhotovenia rozsudku nesprávne uvedené meno člena senátu „JUDr. Milana Segeča“ nahrádza uvedením správneho mena člena senátu „JUDr. Aleny Antalovej“. o d ô v o d n e n i e : Pri písomnom vyhotovení rozsudku Krajského súdu v Banskej Bystrici č.k. 23S/241/2014-40 zo dňa 11. marca 2015, vyhláseného na pojednávaní dňa 11.03.2015, došlo k zrejmej nesprávnosti, keď v záhlaví rozsudku je uvedené nesprávne zloženie senátu, a to namiesto členky senátu JUDr. Aleny Antalovej bolo omylom uvedené meno člena senátu JUDr. Milana Segeča. Súd podľa § 164 O.s.p. za účelom opravy chyby - zrejmej nesprávnosti v písomnom vyhotovení rozsudku vydal toto opravné uznesenie. Rozhodnutie bolo prijaté senátom krajského súdu jednohlasne, t.j. pomerom hlasov 3:0 (§ 3 ods. 9 zákona č. 757/2004 Z.z. o súdoch, v znení účinnom od 01.05.2011). Rozhodnutie bolo prijaté senátom krajského súdu jednohlasne, t.j. pomerom hlasov 3:0 (§ 3 ods. 9 zákona č. 757/2004 Z.z. o súdoch, v znení účinnom od 01.05.2011). Poučenie: Proti tomuto uzneseniu možno podať odvolanie v lehote 15 dní od jeho doručenia. Odvolanie sa podáva písomne v dvoch vyhotoveniach prostredníctvom krajského súdu na Najvyšší súd SR. Odvolanie je možné podať len z dôvodov uvedených v § 205 ods. 2 O.s.p..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https://www.kauzis.sk/judikatura/r/ECLI:SK:KSBB:2016:6014201537.2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