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26Sd/88/2015 z 6. 4. 2016</w:t>
      </w:r>
    </w:p>
    <w:p>
      <w:r>
        <w:t>Rozsudok Krajského súdu Banská Bystrica z 6. apríla 2016, sp. zn. 26Sd/88/2015, ECLI:SK:KSBB:2016:6015200364.2</w:t>
      </w:r>
    </w:p>
    <w:p>
      <w:r>
        <w:t>Súd: Krajský súd Banská Bystrica</w:t>
      </w:r>
    </w:p>
    <w:p>
      <w:r>
        <w:t>Spisová značka: 26Sd/88/2015</w:t>
      </w:r>
    </w:p>
    <w:p>
      <w:r>
        <w:t>ECLI: ECLI:SK:KSBB:2016:6015200364.2</w:t>
      </w:r>
    </w:p>
    <w:p>
      <w:r>
        <w:t>Dátum vydania: 6. 4. 2016</w:t>
      </w:r>
    </w:p>
    <w:p>
      <w:r>
        <w:t>Forma: Rozsudok</w:t>
      </w:r>
    </w:p>
    <w:p>
      <w:r>
        <w:t>Oblasť práva: Správne právo</w:t>
      </w:r>
    </w:p>
    <w:p>
      <w:pPr>
        <w:pStyle w:val="Heading2"/>
      </w:pPr>
      <w:r>
        <w:t>Text rozhodnutia</w:t>
      </w:r>
    </w:p>
    <w:p>
      <w:r>
        <w:t>Súd: Krajský súd Banská Bystrica Spisová značka: 26Sd/88/2015 Identifikačné číslo súdneho spisu: 6015200364 Dátum vydania rozhodnutia: 07. 04. 2016 Meno a priezvisko sudcu, VSÚ: Mgr. Ivana Datlová ECLI: ECLI:SK:KSBB:2016:6015200364.2 ROZSUDOK V MENE SLOVENSKEJ REPUBLIKY Krajský súd v Banskej Bystrici samosudkyňou Mgr. Ivanou Datlovou v právnej veci navrhovateľa P. F., nar. XX.XX.XXXX, bytom Q. č. XX, XXX XX K., proti odporkyni Sociálnej poisťovni - ústrediu so sídlom v Bratislave Ul. 29. augusta č. 8, o preskúmanie zákonnosti postupu a rozhodnutia odporkyne č. XXX XXX XXXX X zo dňa 08. decembra 2014 o zvýšení invalidného dôchodku, takto r o z h o d o l : Rozhodnutie odporkyne č. XXX XXX XXXX X z 08. decembra 2014 potvrdzuje. Navrhovateľovi náhradu trov konania nepriznáva. o d ô v o d n e n i e : Napadnutým rozhodnutím odporkyňa zvýšila navrhovateľovi sumu invalidného dôchodku od 13. marca 2013 na 437,40 Eur mesačne podľa § 73, § 112 ods. 4, § 82 a § 293ce zákona č. 461/2003 Z. z. o sociálnom poistení v znení platnom a účinnom do 30. júna 2016. Navrhovateľ sa voči rozhodnutiu odporkyne odvolal s tým, že žiadal opätovné posúdenie termínu 13. marca 2013 ako „poklesu jeho invalidity“. Odporkyňa navrhla napadnuté rozhodnutie potvrdiť ako vecne správne. Poukázala na posudok posudkového lekára sociálneho poistenia Sociálnej poisťovne pobočky Banská Bystrica zo dňa 28. novembra 2014, ktorý bol vypracovaný na základe podanej žiadosti o zvýšenie sumy invalidného dôchodku, podľa ktorého bol navrhovateľ posúdený ako naďalej invalidný podľa § 71 ods. 1 zákona o sociálnom poistení, ale od 13. marca 2013 s mierou poklesu schopnosti vykonávať zárobkovú činnosť v rozsahu 75% v porovnaní so zdravou fyzickou osobou, oproti predošlej miere poklesu schopnosti vykonávať zárobkovú činnosť vo výške 70%. Zmenou percentuálneho vyjadrenia zníženej schopnosti navrhovateľa vykonávať zárobkovú činnosť boli splnené podmienky pre zvýšenie invalidného dôchodku od 13. marca 2013. Po podaní opravného prostriedku bol navrhovateľ opätovne posúdený posudkovým lekárom sociálneho poistenia Sociálnej poisťovne pobočky Banská Bystrica dňa 26. februára 2015 ako aj posudkovým lekárom sociálneho poistenia Sociálnej poisťovne ústredie dňa 12. marca 2015, pričom aj pri tomto posúdení posudkoví lekári zotrvali na pôvodnom posudku. Uviedla, že navrhovateľovi sa nepodarilo spochybniť správnosť rozhodnutia o zvýšení sumy invalidného dôchodku a o jeho žiadosti bolo rozhodnuté správne a v súlade s objektívne zisteným skutkovým stavom. Krajský súd preskúmal napadnuté rozhodnutie odporkyne i konanie, ktoré mu predchádzalo v súlade s ust. § 250l ods. 1 Občianskeho súdneho poriadku (ďalej len „O.s.p.“), vypočul navrhovateľa a zástupcu odporkyne, oboznámil sa s písomnými podaniami účastníkov, s obsahom administratívneho spisu, s lekárskymi správami posudkových lekárov pobočky aj ústredia Sociálnej poisťovne a dospel k presvedčeniu, že napadnuté rozhodnutie bolo vydané v súlade so zákonom, preto ho podľa § 250q ods. 2 O.s.p. ako vecne správne potvrdil. Z § 112 ods. 4 zákona č. 461/2003 Z.z. o sociálnom poistení výplata dávky sa zastaví, uvoľní alebo sa dávka vypláca v nižšej sume alebo vo vyššej sume, ak sa zmenia skutočnosti rozhodujúce na nárok na výplatu dávky. Podľa § 71 ods. 5,6, 7 a 8 zákona č. 461/2003 Z.z. o sociálnom poistení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o sociálnom poistení, kapitoly VI - Choroby nervového systému, oddielu A - postihnutie mozgu, položky 1 - poruchy osobnosti, poruchy správania a poruchy intelektu vyvolané ochorením, poškodením alebo dysfunkciou mozgu (encefalopatia, demencie cievnej etiológie, ložiskové ischémie mozgu, krvácanie do mozgu), písmena c), možno pokles pracovnej schopnosti poistenca, ktorý trpí ťažkou formou uvedeného ochorenia s narušením integrity organizmu vyjadriť v rozpätí 60-75 %. Podľa prílohy č. 4 k zákonu o sociálnom poistení, kapitoly VIII - Choroby dýchacej sústavy, oddielu B - choroby dolných dýchacích ciest, položky 7-iné choroby pľúc a pohrudnice, písmena b), možno pokles pracovnej schopnosti poistenca, ktorý trpí stredne ťažkou formou toho ochorenia (dýchavica presahujúca obvyklú mieru už pri každodennom ľahkom zaťažení alebo zníženie pľúcnych funkcií o nie viac ako o 50% náležitých hodnôt) vyjadriť v rozpätí 40 - 60%. Preskúmaním veci krajský súd zistil, že navrhovateľ bol rozhodnutím odporkyne č. XX XX XX XXXX zo dňa 17. marca 1995 uznaný invalidným podľa zákona č. 100/1998 Zb. o sociálnom zabezpečení a mu bol priznaný invalidný dôchodok v sume 3.233,- Sk od 07. februára 1995. V nadväznosti na zmenu právnej úpravy sociálneho poistenia rozhodnutím č. XXX XXX XXXX X zo dňa 30. augusta 2007 odporkyňa rozhodla, že navrhovateľ má podľa §263a ods. 1 písm b) zákona č. 461/2003 Z. z. o sociálnom poistení v znení zákona č. 529/2006 Z. z. nárok na čiastočný invalidný dôchodok podľa § 37 zákona č. 100/1998 Z. z. o sociálnom zabezpečení v znení neskorších predpisov od 16. júla 2005 v sume 3 942,- Sk mesačne. Ďalej odporkyňa uvedeným rozhodnutím rozhodla, že v súlade s § 263a ods. 5 zákona č. 461/2003 Z. z. navrhovateľovi od 16. júla 2005 nárok na čiastočný invalidný dôchodok podľa zákona č. 100/1988 Z. v znení neskorších predpisov zaniká a naďalej mu patrí od 16. júla 2005 invalidný dôchodok v sume 5 674 ,-Sk mesačne určenej podľa zákona č. 461/2003 Z.z. v znení neskorších predpisov. Od 01. apríla 2005 bola miera poklesu schopnosti navrhovateľa vykonávať zárobkovú činnosť v porovnaní so zdravou fyzickou osobou určená v rozsahu 60%. Preskúmavaným rozhodnutím č. XXX XXX XXXX X zo dňa 08. decembra 2014 odporkyňa na základe žiadosti navrhovateľa zo dňa 15. júla 2014 zvýšila navrhovateľovi invalidný dôchodok od 13. marca 2013 na 437,40 Eur mesačne a konštatovala mieru poklesu jeho schopnosti vykonávať zárobkovú činnosť 75% od 13. marca 2013 z dôvodu, že došlo k zhoršeniu jeho zdravotného stavu oproti predchádzajúcemu posúdeniu. Za účelom rozhodnutia o jeho žiadosti posudzoval jeho zdravotný stav posudkový lekár pobočky Sociálnej poisťovne so sídlom v Banskej Bystrici dňa 28. novembra 2014. Okrem vlastného klinického vyšetrenia navrhovateľa vychádzal z lekárskych vyšetrení - z pľúcneho vyšetrenia z 25. júna 2014 a 25. februára 2005, ECHOKG vyšetrenia zo dňa 01. októbra 2014, psychologického vyšetrenia zo dňa 13. marca 2013, neurologického vyšetrenia zo dňa 09. júna 2014 a neurochirurgického vyšetrenia zo dňa 09. mája 2014. Na základe podkladov zo zdravotnej dokumentácie a vlastného vyšetrenia dospel k záveru, že miera poklesu schopnosti vykonávať zárobkovú činnosť u navrhovateľa je od 13. marca 2013 vyššia ako pri poslednom posudzovaní, nakoľko bolo zdokumentované zhoršenie zdravotného stavu. Ako rozhodujúce zdravotné postihnutie odôvodňujúce invaliditu odporkyňa uviedla zdravotné postihnutie zaradené do Kapitoly VI. - Choroby nervového systému, Oddielu A - postihnutie mozgu, pod položkou 1, písmeno c) - poruchy osobnosti, poruchy správania a poruchy intelektu vyvolané ochorením, poškodením alebo dysfunkciou mozgu - ťažká forma s narušením integrity mozgových funkcií. Ako ďalšie ochorenie, ktoré nie je rozhodujúcim zdravotným postihnutím, ale svojou podstatou ovplyvňuje funkčný stav organizmu navrhovateľa, odporkyňa uviedla ochorenie pľúc, a navýšila preto mieru poklesu schopnosti navrhovateľa vykonávať zárobkovú činnosť v porovnaní so zdravou fyzickou osobou o 10%. K rovnakým záverom dospel posudkový lekár Sociálnej poisťovne pobočky Banská Bystrica dňa 26. februára 2015 ako aj posudkový lekár Sociálnej poisťovne ústredie dňa 12. marca 2015 pri opakovanom posúdení zdravotného stavu navrhovateľa po podaní opravného prostriedku proti rozhodnutiu o zvýšení invalidného dôchodku. Posudkoví lekári vo svojich posudkoch konštatovali, že navrhovateľ je od roku 1994 v dispenzárnej starostlivosti pneumológa pre benignú lymfocytárnu angeitídu, ktorá sa pri udržiavacej dávke kortikoidmi stabilizovala. Na základe spirometrických vyšetrení bola dokumentovaná obštrukčná ventilačná porucha stredne ťažká, avšak od roku 2009 došlo k zlepšeniu funkčného nálezu na pľúcach. Následné opakované spirometrické vyšetrenia boli v norme alebo s ľahkou obštrukčnou ventilačnou poruchou. Rozhodujúcim ochorením pre uznanie invalidity v minulosti bolo ochorenie pľúc - enfyzém pľúc a pľúcne srdce pri benígnej lymfocytárnej angeitíde, ktoré sa postupne stabilizovali. K podstatnej zmene v zdravotnom stave navrhovateľa došlo v roku 2012, keď mal urobenú magnetickú rezonanciu mozgu, pri ktorej bol zistený nádor. Neurochirurgom nebolo indikované operačné riešenie len konzervatívny postup v liečbe, nakoľko tumor nespôsoboval žiadne neurologické postihnutie. Následne boli u navrhovateľa zistené výrazné poruchy pamäti a ťažký organický psychosyndróm, prvýkrát dokumentované vyšetrením u psychológa dňa 13. marca 2013. V priebehu súdneho konania navrhovateľ nepredložil žiadne ďalšie lekárske správy týkajúce sa jeho zdravotného stavu a nenavrhol ani vykonať ďalšie dôkazy. Po oboznámení sa s lekárskymi správami posudkových lekárov pobočky i ústredia Sociálnej poisťovne dospel krajský súd k presvedčeniu, že záver o zmene v miere poklesu schopnosti navrhovateľa vykonávať zárobkovú činnosť v porovnaní so zdravou fyzickou osobou bol posudkovými lekármi stanovený správne od 13. marca 2013, nakoľko až pri psychologickom vyšetrení realizovanom v tento deň boli konštatované a dokumentované prejavy psychosyndrómu ťažkého stupňa a výrazné poruchy pamäti. Pri posúdení zdravotného stavu za účelom vyhodnotenia dátumu vzniku invalidity je rozhodujúci práve okamih, kedy bolo zdravotné postihnutie vyhodnotené príslušným lekárom (psychológom) a zaznamenané v zdravotnej dokumentácii, nakoľko len lekár s príslušnou špecializáciou je osobou odborne kompetentnou na to, aby posúdil, či a o aké ochorenie na základe zistených príznakov ide. Až záznam v zdravotnej dokumentácii je dôkazom, ktorý objektivizuje existenciu ochorenia a nemožno ho nahradiť žiadnym iným dôkazom. Posudkoví lekári tak správne, na podklade potrebných odborných lekárskych nálezov, ktoré zobrali do úvahy komplexne a bez rozporov, konštatovali zhoršenie zdravotného stavu navrhovateľa oproti predchádzajúcemu posúdeniu ku dňu 13. marca 2013. Ich posudkové stanoviská boli podrobne, vecne a logicky zdôvodnené v súlade s aktuálne zistenými a objektivizovanými zdravotnými ťažkosťami navrhovateľa,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S ohľadom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navrhovateľa o zvýšenie invalidného dôchodku opakovane posudzoval mieru poklesu jeho schopnosti vykonávať zárobkovú činnosť. Správne vychádzal z posudkov posudkového lekára pobočky Sociálnej poisťovne, ktoré boli potvrdené aj posudkovým lekárom ústredia, pretože oni sú podľa § 153 ods. 5 zákona o sociálnom poistení výlučnými kompetentnými subjektmi na posudzovanie zdravotného stavu poistencov pre účely ich prípadnej invalidizácie a pre konkrétne zhodnotenie miery ich zníženej pracovnej schopnosti v dôsledku dlhodobo nepriaznivého zdravotného stavu. Pri objektívne zistených zdravotných ťažkostiach navrhovateľa považovali posudkoví lekári správne za jeho rozhodujúce zdravotné postihnutie postihnutie mozgu, pričom toto aj správne vyhodnotili podľa prílohy č. 4 zákona o sociálnom poistení zaradením do kapitoly VI, oddiel A, položka 1 písmeno c), podľa ktorej možno pokles pracovnej schopnosti poistenca, ktorý trpí poruchou osobnosti, správania a intelektu, ktoré sú vyvolané ochorením, poškodením alebo dysfunckiou mozgu v ťažkej forme s narušením integrity organizmu, vyjadriť v rozpätí 60 - 75%. U navrhovateľa bola vyhodnotená miera poklesu schopnosti vykonávať zárobkovú činnosť v porovnaní so zdravou fyzickou osobou v strede uvedeného rozpätia s konštatovaním výrazných porúch pamäti a ťažkého organického psychosyndrómu s tým, že prvýkrát boli tieto prejavy zdokumentované pri psychologickom vyšetrení dňa 13. marca 2013. Uvedený deň preto odôvodňoval zmenu v posúdení invalidity navrhovateľa. Posudkoví lekári prihliadli aj na pridružené ochorenie, a to na ochorenie pľúc, ktoré bolo v minulosti rozhodujúcim zdravotným postihnutím pre posúdenie invalidity, avšak toto sa stabilizovalo, čo vyplýva zo záverov lekárskych vyšetrení. Navrhovateľ v odvolaní nenamietal posúdenie svojho zdravotného stavu ani výšku priznaného invalidného dôchodku, namietal len dátum zmeny percentuálneho vyjadrenia zníženej schopnosti vykonávať zárobkovú činnosť, ktorý bol určený od 13. marca 2013. Odvolaniu navrhovateľa nebolo možné priznať v konaní úspech, pretože v konaní nepreukázal, že by invalidita tak, ako je konštatovaná v odvolaním napadnutom rozhodnutí odporkyne, vznikla k inému - skoršiemu dátumu. Navrhovateľ teda nepreukázal také skutočnosti, ktoré by menili správnosť a aktuálnosť záverov uvádzaných odporkyňou v preskúmavanom rozhodnutí. Z takto zisteného skutkového stavu veci, týkajúceho sa zdravotných ťažkostí navrhovateľa vyplynulo, že zhoršenie jeho zdravotného stavu bolo objektivizované k 13. marcu 2013, kedy boli prvýkrát dokumentované prejavy zdravotného postihnutia odôvodňujúceho zmenu v určení poklesu jeho schopnosti vykonávať zárobkovú činnosť. Odporkyňa preto napadnutým rozhodnutím rozhodla v súlade so zákonom, keď zvýšila invalidný dôchodok navrhovateľa od 13. marca 2013. Krajský súd preto jej rozhodnutie ako zákonné a vecne správne potvrdil. Náhradu trov konania navrhovateľovi nepriznal, pretože v konaní nebol úspešný, rozhodujúc podľa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https://www.kauzis.sk/judikatura/r/ECLI:SK:KSBB:2016:6015200364.2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