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24S/66/2015 z 10. 2. 2016</w:t>
      </w:r>
    </w:p>
    <w:p>
      <w:r>
        <w:t>Uznesenie Krajského súdu Banská Bystrica z 10. februára 2016, sp. zn. 24S/66/2015, ECLI:SK:KSBB:2016:6015200517.1</w:t>
      </w:r>
    </w:p>
    <w:p>
      <w:r>
        <w:t>Súd: Krajský súd Banská Bystrica</w:t>
      </w:r>
    </w:p>
    <w:p>
      <w:r>
        <w:t>Spisová značka: 24S/66/2015</w:t>
      </w:r>
    </w:p>
    <w:p>
      <w:r>
        <w:t>ECLI: ECLI:SK:KSBB:2016:6015200517.1</w:t>
      </w:r>
    </w:p>
    <w:p>
      <w:r>
        <w:t>Dátum vydania: 10. 2. 2016</w:t>
      </w:r>
    </w:p>
    <w:p>
      <w:r>
        <w:t>Forma: Uznesenie</w:t>
      </w:r>
    </w:p>
    <w:p>
      <w:pPr>
        <w:pStyle w:val="Heading2"/>
      </w:pPr>
      <w:r>
        <w:t>Text rozhodnutia</w:t>
      </w:r>
    </w:p>
    <w:p>
      <w:r>
        <w:t>Súd: Krajský súd Banská Bystrica Spisová značka: 24S/66/2015 Identifikačné číslo súdneho spisu: 6015200517 Dátum vydania rozhodnutia: 11. 02. 2016 Meno a priezvisko sudcu, VSÚ: JUDr. Alena Antalová ECLI: ECLI:SK:KSBB:2016:6015200517.1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rozhodnutí žalovaného č. 1100301/1/62358/2015/5002 zo dňa 10.02.2015 takto r o z h o d o l : Konanie z a s t a v u j e. Žiaden z účastníkov konania nemá právo na náhradu trov konania. o d ô v o d n e n i e : Žalobca sa žalobou doručenou súdu dňa 15.04.2015 domáhal preskúmania zákonnosti rozhodnutia žalovaného č. 1100301/1/62358/2015/5002 zo dňa 10.02.2015, ktorým bolo potvrdené rozhodnutie Daňového úradu Banská Bystrica č. 9611301/4996611/2014 zo dňa 11.11.2014, ktorým bol žalobcovi vyrubený úrok z omeškania vo výške 130,10 Eur za nezaplatenie dane z pridanej hodnoty za zdaňovacie obdobie september 2011, vyrubenej rozhodnutím správcu dane č. 9601403/5/5094519/2013/Kir zo dňa 13.11.2013, v ustanovenej lehote a v ustanovenej výške. Žalobca podaním doručeným súdu dňa 11.02.2016 zobral svoju žalobu o preskúmanie zákonnosti rozhodnutia žalovaného č. 1100301/1/62358/2015/5002 zo dňa 10.02.2015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1100301/1/62358/2015/5002 zo dňa 10.02.2015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