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24S/67/2015 z 10. 4. 2016</w:t>
      </w:r>
    </w:p>
    <w:p>
      <w:r>
        <w:t>Uznesenie Krajského súdu Banská Bystrica z 10. apríla 2016, sp. zn. 24S/67/2015, ECLI:SK:KSBB:2016:6015200524.2</w:t>
      </w:r>
    </w:p>
    <w:p>
      <w:r>
        <w:t>Súd: Krajský súd Banská Bystrica</w:t>
      </w:r>
    </w:p>
    <w:p>
      <w:r>
        <w:t>Spisová značka: 24S/67/2015</w:t>
      </w:r>
    </w:p>
    <w:p>
      <w:r>
        <w:t>ECLI: ECLI:SK:KSBB:2016:6015200524.2</w:t>
      </w:r>
    </w:p>
    <w:p>
      <w:r>
        <w:t>Dátum vydania: 10.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24S/67/2015 Identifikačné číslo súdneho spisu: 6015200524 Dátum vydania rozhodnutia: 11. 04. 2016 Meno a priezvisko sudcu, VSÚ: JUDr. Jana Novotná ECLI: ECLI:SK:KSBB:2016:6015200524.2 Uznesenie Krajský súd v Banskej Bystrici v právnej veci žalobcu V.. S. Y., nar. XX.X.XXXX, trvale bytom L. XXX/ X, XXX XX V., zastúpeného advokátom Beňo &amp; partners advokátska kancelária, s. r. o., Nám. sv. Egídia 93, 058 01 Poprad proti žalovanému Okresný úrad Rimavská Sobota, pozemkový a lesný odbor, Hostinského 4, 979 01 Rimavská Sobota za účasti ďalších účastníkov 1/ Poľovnícke združenie „Argali", 980 32 Blhovce 12, 2/ B. V., O. XXX/XX, XXX XX V., 3/ Y. H., T. XXX/XX, XXX XX V., 4/ Ing. V. E., XXX XX V. č. XX, zastúpených advokátom JUDr. Pavlom Halajom, Námestie slobody 2, 050 01 Revúca o preskúmanie zákonnosti rozhodnutia žalovaného č. OU-RS-PLO-007079/2015 zo dňa 17. marca 2015 takto r o z h o d o l : Záhlavie rozsudku č.k. 24S/67/2015-79 zo dňa 15. januára 2016 o p r a v u j e , že správne znie: Krajský súd v Banskej Bystrici v senáte zloženom z predsedníčky senátu JUDr. Jany Novotnej a členov senátu JUDr. Aleny Antalovej a JUDr. Jozef Zlocha v právnej veci žalobcu V.. S. Y., nar. XX.X.XXXX, trvale bytom L. XXX/X, XXX XX V., zastúpeného advokátom Beňo &amp; partners advokátska kancelária, s. r. o., Nám. sv. Egídia 93, 058 01 Poprad proti žalovanému Okresný úrad Rimavská Sobota, pozemkový a lesný odbor, Hostinského 4, 979 01 Rimavská Sobota za účasti ďalších účastníkov 1/ Poľovnícke združenie „Argali“, 980 32 Blhovce 12, 2/ B. V., O. XXX/XX, XXX XX V., 3/ Y. H., T. XXX/XX, XXX XX V., 4/ R.. V. E., XXX XX V. č. XX, zastúpených advokátom JUDr. Pavlom Halajom, Námestie slobody 2, 050 01 Revúca o preskúmanie zákonnosti rozhodnutia žalovaného č. OU-RS-PLO-007079/2015 zo dňa 17. marca 2015 takto o d ô v o d n e n i e : Písomné vyhotovenie rozsudku č.k. 24S/67/2015-79 obsahovalo zrejmú chybu, keď v záhlaví rozhodnutia nebol uvedený zástupca ďalších účastníkov advokát JUDr. Pavol Halaj, ktorý ďalších účastníkov v súdnom konaní zastupoval na základe plných mocí zo dňa 15.1.2016. Podľa § 157 ods. 1 O. s. p. 1) V písomnom vyhotovení rozsudku sa po slovách "V mene Slovenskej republiky" uvedie označenie súdu, mená a priezviská sudcov a prísediacich, presné označenie účastníkov a ich zástupcov, účasť prokurátora, označenie prejednávanej veci, znenie výroku, odôvodnenie, poučenie o lehote na podanie odvolania a náležitostiach odvolania podľa § 205 ods. 1 a 2, poučenie o možnosti výkonu rozhodnutia a deň a miesto vyhlásenia.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na základe citovaného § 164 O.s.p. zrejmú chybu písomného vyhotovenia rozhodnutia spočívajúcu v neuvedení zástupcu ďalších účastníkov v záhlaví rozsudku týmto rozhodnutím opravil na základe návrhu ďalšieho účastníka pod porad. č. 1/ Poľovnícke združenie „Argali“, poľovnícka organizácia, ktorý bol doručený súdu 8.4.2016. Poučenie: P o u č e n i e: Proti tomuto rozhodnutiu je možné podať odvolanie v lehote 15 dní odo dňa jeho doručenia, písomne, v dvoch vyhotoveniach prostredníctvom tunajšieho súdu na NS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https://www.kauzis.sk/judikatura/r/ECLI:SK:KSBB:2016:6015200524.2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