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24S/77/2015 z 23. 3. 2016</w:t>
      </w:r>
    </w:p>
    <w:p>
      <w:r>
        <w:t>Uznesenie Krajského súdu Banská Bystrica z 23. marca 2016, sp. zn. 24S/77/2015, ECLI:SK:KSBB:2016:6015200540.1</w:t>
      </w:r>
    </w:p>
    <w:p>
      <w:r>
        <w:t>Súd: Krajský súd Banská Bystrica</w:t>
      </w:r>
    </w:p>
    <w:p>
      <w:r>
        <w:t>Spisová značka: 24S/77/2015</w:t>
      </w:r>
    </w:p>
    <w:p>
      <w:r>
        <w:t>ECLI: ECLI:SK:KSBB:2016:6015200540.1</w:t>
      </w:r>
    </w:p>
    <w:p>
      <w:r>
        <w:t>Dátum vydania: 23. 3. 2016</w:t>
      </w:r>
    </w:p>
    <w:p>
      <w:r>
        <w:t>Forma: Uznesenie</w:t>
      </w:r>
    </w:p>
    <w:p>
      <w:pPr>
        <w:pStyle w:val="Heading2"/>
      </w:pPr>
      <w:r>
        <w:t>Text rozhodnutia</w:t>
      </w:r>
    </w:p>
    <w:p>
      <w:r>
        <w:t>Súd: Krajský súd Banská Bystrica Spisová značka: 24S/77/2015 Identifikačné číslo súdneho spisu: 6015200540 Dátum vydania rozhodnutia: 24. 03. 2016 Meno a priezvisko sudcu, VSÚ: JUDr. Alena Antalová ECLI: ECLI:SK:KSBB:2016:6015200540.1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1100301/1/67313/2015/5002 zo dňa 20.02.2015 takto r o z h o d o l : Konanie z a s t a v u j e. Žiaden z účastníkov konania nemá právo na náhradu trov konania. o d ô v o d n e n i e : Žalobca sa žalobou doručenou súdu dňa 17.04.2015 domáhal preskúmania zákonnosti rozhodnutia žalovaného č. 1100301/1/67313/2015/5002 zo dňa 20.02.2015, ktorým bolo potvrdené rozhodnutie Daňového úradu Banská Bystrica č. 9611301/4899827/2014 zo dňa 04.11.2014, ktorým bola žalobcovi uložená pokuta vo výške 917,70 Eur za správny delikt podľa § 154 ods. 1 písm. g/ zák. č. 563/2009 Z.z. o správe daní (Daňový poriadok) a o zmene a doplnení niektorých zákonov v znení neskorších predpisov (ďalej len „Daňový poriadok“) za zdaňovacie obdobie január 2010. Žalobca podaním doručeným súdu dňa 24.03.2016 zobral svoju žalobu o preskúmanie zákonnosti rozhodnutia žalovaného č. 1100301/1/67313/2015/5002 zo dňa 20.02.2015 vedenú pod č. k. 24S/77/2015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1100301/1/67313/2015/5002 zo dňa 20.02.2015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