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Banská Bystrica sp. zn. 26Sd/137/2015 z 25. 5. 2016</w:t>
      </w:r>
    </w:p>
    <w:p>
      <w:r>
        <w:t>Rozsudok Krajského súdu Banská Bystrica z 25. mája 2016, sp. zn. 26Sd/137/2015, ECLI:SK:KSBB:2016:6015200601.1</w:t>
      </w:r>
    </w:p>
    <w:p>
      <w:r>
        <w:t>Súd: Krajský súd Banská Bystrica</w:t>
      </w:r>
    </w:p>
    <w:p>
      <w:r>
        <w:t>Spisová značka: 26Sd/137/2015</w:t>
      </w:r>
    </w:p>
    <w:p>
      <w:r>
        <w:t>ECLI: ECLI:SK:KSBB:2016:6015200601.1</w:t>
      </w:r>
    </w:p>
    <w:p>
      <w:r>
        <w:t>Dátum vydania: 25. 5. 2016</w:t>
      </w:r>
    </w:p>
    <w:p>
      <w:r>
        <w:t>Forma: Rozsudok</w:t>
      </w:r>
    </w:p>
    <w:p>
      <w:r>
        <w:t>Oblasť práva: Správne právo</w:t>
      </w:r>
    </w:p>
    <w:p>
      <w:pPr>
        <w:pStyle w:val="Heading2"/>
      </w:pPr>
      <w:r>
        <w:t>Text rozhodnutia</w:t>
      </w:r>
    </w:p>
    <w:p>
      <w:r>
        <w:t>Súd: Krajský súd Banská Bystrica Spisová značka: 26Sd/137/2015 Identifikačné číslo súdneho spisu: 6015200601 Dátum vydania rozhodnutia: 26. 05. 2016 Meno a priezvisko sudcu, VSÚ: Mgr. Ivana Datlová ECLI: ECLI:SK:KSBB:2016:6015200601.1 ROZSUDOK V MENE SLOVENSKEJ REPUBLIKY Krajský súd v Banskej Bystrici samosudkyňou Mgr. Ivanou Datlovou v právnej veci navrhovateľky A. E., rod. N., nar. XX.K. XXXX, bytom M. č. XXX, proti odporkyni Sociálnej poisťovni - ústrediu so sídlom v Bratislave Ul. 29. augusta č. 8, o preskúmanie zákonnosti postupu a rozhodnutia odporkyne č. XXX XXX XXXX X z 3.februára 2015 o zamietnutí žiadosti o priznanie invalidného dôchodku, takto r o z h o d o l : Rozhodnutie odporkyne č. XXX XXX XXXX X z 3. februára 2015 potvrdzuje. Navrhovateľke náhradu trov konania nepriznáva. o d ô v o d n e n i e : Napadnutým rozhodnutím odporkyňa zamietla žiadosť navrhovateľky o priznanie invalidného dôchodku z 15.januára 2015, pretože posudkovým lekárom sociálneho poistenia nebola pri konštatovanej 30 % miere jej zníženej pracovnej schopnosti v porovnaní so zdravou fyzickou osobou uznaná za invalidnú, v dôsledku čoho jej nárok na invalidný dôchodok nevznikol. Navrhovateľka sa voči rozhodnutiu odporkyne odvolala a poukázala na nezrovnalosti v posudku o jej invalidite. Namietala, že posudkový lekár nevykonal žiadne jej klinické vyšetrenie a nesprávne určil možnosti jej pracovného uplatnenia v pôvodnom pracovnom zaradení kuchárky, pretože z tohto bola jej zamestnávateľom preradená na pozíciu výdaja stravy. Predložila ďalšie odborné lekárske nálezy, ktorými dokumentovala zhoršenie zraku a zhoršenie jej ortopedických ťažkostí. Namietala aj uvedený údaj o jej krvnom tlaku. Na pojednávaní pred krajským súdom zotrvala na podanom odvolaní. Zdôraznila, že jej zdravotný stav sa nezlepšuje, má zhoršené videnie, vysoký krvný tlak, na ktorý sa lieči, si vyžaduje kľudový režim, čo v zamestnaní nie je možné dosiahnuť. Bola jej odporučená operácia žíl dolných končatín, avšak túto musela odmietnuť, pretože z dávok v nemoci by nebola schopná vyžiť. Uviedla, že nevládze, zadýchava sa, pociťuje búšenie srdca. Predložila aktuálne interné, diabetologické, neurologické a oftalmologické nálezy. Odporkyňa navrhla napadnuté rozhodnutie potvrdiť ako zákonné a vecne správne. Poukázala na to, že zdravotné ťažkosti navrhovateľky boli vyhodnocované predovšetkým ku dňu podanej žiadosti o priznanie invalidného dôchodku ale následne v rámci odvolacieho správneho konania aj na základe ďalších odborných lekárskych nálezov, ktoré navrhovateľka predložila. Zdôraznil, že pre posudkové účely je významné preukázanie zhoršeného zdravotného stavu, ktorý je dlhodobý a ktorý nie je liečbou ovplyvniteľný. Krajský súd preskúmal napadnuté rozhodnutie odporkyne i konanie, ktoré mu predchádzalo v súlade s ust. § 250l ods. 1 O.s.p., vypočul účastníkov, oboznámil sa s obsahom administratívneho spisu, najmä so žiadosťou navrhovateľky o priznanie invalidného dôchodku, s lekárskymi správami posudkových lekárov pobočky i ústredia Sociálnej poisťovne, so zdravotnou dokumentáciou navrhovateľky, s ostatným obsahom spisu a dospel k presvedčeniu, že napadnuté rozhodnutie bolo vydané v súlade so zákonom, preto ho podľa § 250q ods. 2 O.s.p ako vecne správne potvrdil. Z ust. § 71 ods. 1 a 2 zákona č. 461/2003 Z.z. o sociálnom poistení vyplýva, že poistenec je invalidný, ak pre dlhodobo nepriaznivý zdravotný stav má pokles schopnosti vykonávať zárobkovú činnosť o viac ako o 40 % v porovnaní so zdravou fyzickou osobou. Dlhodobo nepriaznivý zdravotný stav je taký zdravotný stav, ktorý spôsobuje pokles schopnosti vykonávať zárobkovú činnosť a ktorý má podľa poznatkov lekárskej vedy trvať dlhšie ako 1 rok. Pokles pracovnej schopnosti poistenca sa posudzuje na základe lekárskych správ a údajov zo zdravotnej dokumentácie, zhodnotenia liečby s určením diagnostického záveru, stabilizácie ochorenia, jeho ďalšieho vývoja, ďalšej liečby a komplexných funkčných vyšetrení a ich záverov. Prihliada sa na zostávajúcu schopnosť vykonávať zárobkovú činnosť (§ 71 ods. 4). Miera poklesu schopnosti vykonávať zárobkovú činnosť v percentách sa určuje podľa druhu zdravotného postihnutia, ktoré je rozhodujúcou príčinou dlhodobo nepriaznivého zdravotného stavu a so zreteľom na závažnosť ostatných zdravotných postihnutí. Jednotlivé percentuálne miery poklesu schopnosti vykonávať zárobkovú činnosť sa nesčítavajú, ale pokles pracovnej schopnosti priznaný pre rozhodujúce zdravotné postihnutie možno zvýšiť, najviac o 10 %, ak závažnosť ostatných zdravotných postihnutí ovplyvňuje pokles schopnosti vykonávať zárobkovú činnosť, prípadne je tento dôsledkom viacerých zdravotných postihnutí, podmieňujúcich dlhodobo nepriaznivý zdravotný stav. Miera poklesu schopnosti vykonávať zárobkovú činnosť je uvedená v prílohe č. 4 (§ 71 ods. 5,6, 7 a 8 cit. zákona). Podľa prílohy č. 4 k zákonu o sociálnom poistení kapitoly IX. odd. B, pol.5.1, písm. a) možno pokles pracovnej schopnosti poistenca pre jednostranné postihnutie žilného systému s chronickými recidivujúcimi vredmi, podľa ich rozsahu a opakovania vyjadriť v rozpätí 25-35 %. Preskúmaním veci krajský súd zistil, že navrhovateľka požiadala odporkyňu o priznanie invalidného dôchodku od 15.januára 2015 žiadosťou z tohto istého dňa. Za účelom rozhodnutia o nej posudzoval jej zdravotný stav posudkový lekár pobočky Sociálnej poisťovne so sídlom v Lučenci. V posudku z 15.januára 2015 vychádzal okrem vlastného klinického vyšetrenia navrhovateľky z opakovaných cievnych chirurgických vyšetrení, z kožných, diabetologických, očných, ortopedických a neurologických vyšetrení z priebehu roka 2014 a za jej rozhodujúce zdravotné postihnutie označil chronickú žilovú nedostatočnosť, s vredom dolnej končatiny, tj. postihnutie žilného systému v zmysle kapitoly IX., odd. B, pol. 5.1, písm. a) prílohy č. 4 k zákonu o sociálnom poistení a pokles jej pracovnej schopnosti vyjadril v strede možného percentuálneho rozpätia, 30 %. V posudku uviedol, že 50-ročná navrhovateľka s cukrovkou liečenou diétou a tabletkami trpí aj chronickou žilovou nedostatočnosťou na podklade kŕčových žíl dolných končatín, ktorá je komplikovaná opakujúcimi sa vredmi pravého predkolenia, ktoré sú menšie ale viacpočetné. Pre uvedené bola opakovane liečená cievnym chirurgom a kožným lekárom. Chronický vred predkolenia považoval za jej rozhodujúce zdravotné postihnutie. Artrózu kolenných kĺbov bez obmedzenia hybnosti považoval za posudkovo nevýznamnú. Uvedené posúdenie zdravotného stavu navrhovateľky, ktoré nebolo zmenené na pobočke Sociálnej poisťovne ani po podaní jej odvolania, bolo podkladom pre vydanie napadnutého rozhodnutia. Pretože navrhovateľke nebolo na pobočke Sociálnej poisťovne vyhovené v zmysle uznania jej invalidity, zaoberal sa posúdením jej zdravotného stavu aj posudkový lekár ústredia Sociálnej poisťovne, pracovisko v Banskej Bystrici. V posudku z 29.apríla 2015 vychádzal posudkový lekár popri vlastnom klinickom vyšetrení navrhovateľky z totožných odborných lekárskych nálezov ako prvoposudzovateľ i z doplnených cievnych chirurgických vyšetrení, z diabetologických, neurologických, očných a ortopedických vyšetrení z priebehu roku 2015 a dospel k rovnakému posudkovému záveru ako prvoposudzovateľ vo všetkých jeho častiach. V posudku uviedol, že u navrhovateľky s ukončeným odborným vzdelaním, pracujúcej podľa svojho vzdelania, doposiaľ bez závažného predchorobia je aktuálne v popredí ochorenie žíl na dolných končatinách s opakujúcimi sa vredmi na pravom predkolení, čo bolo dôvodom chronickej ambulantnej liečby v priebehu roku 2014. Posledné cievne chirurgické vyšetrenie z januára 2015 potvrdilo známky žilovej nedostatočnosti, s vyhojenými defektami. Z uvedeného dôvodu sú aktuálne jej diagnózou varikózne žily na dolných končatinách bez vredu a zápalu. Jednostrannému postihnutiu žilného systému v uvedenom štádiu, (vyhojenie vredov) zodpovedá pokles pracovnej schopnosti na úrovni 30 %. Jej pridružené ochorenia v preukázaných štádiách neodôvodňujú navýšenie percentuálnej miery jej zníženej pracovnej schopnosti. Artróza kolien I. - II. stupňa (ľahký stupeň obmedzenia) zodpovedá dosiahnutému veku, cukrovka II. typu je na liečbe len od júna 2014 s dosiahnutými primeranými hodnotami, bez sekundárnych zmien, primerane kompenzovaná. V neurologickom ani očnom náleze neboli preukázané funkčné zmeny. Konštatoval, že môže vykonávať svoje doterajšie zamestnanie. Po oboznámení sa so zdravotnou dokumentáciou navrhovateľky a lekárskymi správami posudkových lekárov pobočky i ústredia Sociálnej poisťovne dospel krajský súd k presvedčeniu, že záver o poklese pracovnej schopnosti navrhovateľky prijali posudkoví lekári na podklade potrebných odborných lekárskych nálezov, ktoré zobrali do úvahy komplexne a bez rozporov. Ich posudkové stanoviská boli podrobne, vecne a logicky zdôvodnené v súlade s aktuálne zistenými a objektivizovanými zdravotnými ťažkosťami navrhovateľky, posudkovými a zákonnými kritériami a v rámci možností daných platnou právnou úpravou. Krajský súd nezistil žiadnu takú skutočnosť, ktorá by závery posudkových lekárov spochybnila, preto si ich osvojil a pri posudzovaní vecnej správnosti napadnutého rozhodnutia z nich vychádzal. S ohľadom na vyššie uvedené konštatoval, že konanie odporkyne, ktoré predchádzalo vydaniu napadnutého rozhodnutia bolo realizované v súlade so zákonom a zákonné a vecne správne bolo i napadnuté rozhodnutie. Správny orgán postupoval správne, keď za účelom rozhodnutia o žiadosti navrhovateľky o priznanie invalidného dôchodku posudzoval mieru poklesu jej schopnosti vykonávať zárobkovú činnosť, pretože platná právna úprava vznik invalidity podmieňuje poklesom pracovnej schopnosti poistenca pod zákonom stanovenú hranicu.. Správne vychádzal z posudku posudkového lekára pobočky Sociálnej poisťovne, ktorý bol vo svojom obsahu potvrdený aj posudkovým lekárom ústredia, pretože oni sú podľa § 153 ods. 5 zákona o sociálnom poistení výlučnými kompetentnými subjektami na posudzovanie zdravotného stavu poistencov pre účely ich prípadnej invalidizácie. Na základe objektívne zistených, aktuálnych zdravotných ťažkostí navrhovateľky dospela odporkyňa k správnemu označeniu jej rozhodujúceho zdravotného postihnutia, pre ktoré jej s ohľadom na aktuálne vyhojené kožné defekty pri postihnutí žilového systému dolných končatín priznal pokles pracovnej schopnosti v strede možného percentuálneho rozpätia. Správne nepovažoval za posudkovo významné jej pridružené zdravotné ťažkosti, pretože ani jedno z nich nedosahovalo taký stupeň závažnosti, ktorý by mal posudkový význam tak, ako sa k tomu posudkový lekár ústredia Sociálnej poisťovne vyjadril. Vyslovený posudkový záver nemohli ovplyvniť ani odborné lekárske nálezy, ktoré navrhovateľka predložila na pojednávaní pred krajským súdom, pretože nedokumentovali iný, prípadne závažnejší stav jej zdravotných ťažkostí než ten, ktorý bol posudkovo zhodnotený. Na základe takto úplne a správne zisteného aktuálneho stavu zdravotných ťažkostí navrhovateľky dospela odporkyňa k správnemu skutkovému zisteniu, že jej invalidita nevznikla, pretože jej pracovná schopnosť nepoklesla o viac ako o 40 % v porovnaní so zdravou fyzickou osobou. Z uvedeného správne vyvodila, že jej nárok na invalidný dôchodok nevznikol, pretože ten je podmienený predovšetkým vznikom invalidity poistenca. Správne preto napadnutým rozhodnutím jej žiadosť o priznanie invalidného dôchodku zamietla a krajský súd jej rozhodnutie ako súladné so zákonom potvrdil. Náhradu trov konania krajský súd navrhovateľke nepriznal, pretože v konaní nebola úspešná rozhodujúc podľa § 250k ods. 1 O.s.p. za použitia ust. § 250l ods. 2 O.s.p. Poučenie: Proti tomuto rozsudku je možné podať odvolanie v lehote 15 dní od jeho doručenia. Odvolanie sa podáva písomne, v dvoch vyhotoveniach prostredníctvom krajského súdu na Najvyšší súd SR. V odvolaní je potrebné popri všeobecných náležitostiach / § 42 ods. 3 O. s. p. / uviesť, proti ktorému rozhodnutiu smeruje, v akom rozsahu sa napáda, v čom sa toto rozhodnutie alebo postup súdu považuje za nesprávny a čoho sa odvolateľ domáha.</w:t>
      </w:r>
    </w:p>
    <w:p/>
    <w:p>
      <w:r>
        <w:t>Zdroj: KAUZIS.SK – https://www.kauzis.sk/judikatura/r/ECLI:SK:KSBB:2016:6015200601.1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