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Opravné uznesenie Krajského súdu Banská Bystrica sp. zn. 24S/81/2015 z 2. 2. 2016</w:t>
      </w:r>
    </w:p>
    <w:p>
      <w:r>
        <w:t>Opravné uznesenie Krajského súdu Banská Bystrica z 2. februára 2016, sp. zn. 24S/81/2015, ECLI:SK:KSBB:2016:6015200610.3</w:t>
      </w:r>
    </w:p>
    <w:p>
      <w:r>
        <w:t>Súd: Krajský súd Banská Bystrica</w:t>
      </w:r>
    </w:p>
    <w:p>
      <w:r>
        <w:t>Spisová značka: 24S/81/2015</w:t>
      </w:r>
    </w:p>
    <w:p>
      <w:r>
        <w:t>ECLI: ECLI:SK:KSBB:2016:6015200610.3</w:t>
      </w:r>
    </w:p>
    <w:p>
      <w:r>
        <w:t>Dátum vydania: 2. 2. 2016</w:t>
      </w:r>
    </w:p>
    <w:p>
      <w:r>
        <w:t>Forma: Opravné uznesenie</w:t>
      </w:r>
    </w:p>
    <w:p>
      <w:pPr>
        <w:pStyle w:val="Heading2"/>
      </w:pPr>
      <w:r>
        <w:t>Text rozhodnutia</w:t>
      </w:r>
    </w:p>
    <w:p>
      <w:r>
        <w:t>Súd: Krajský súd Banská Bystrica Spisová značka: 24S/81/2015 Identifikačné číslo súdneho spisu: 6015200610 Dátum vydania rozhodnutia: 03. 02. 2016 Meno a priezvisko sudcu, VSÚ: JUDr. Jana Novotná ECLI: ECLI:SK:KSBB:2016:6015200610.3 Opravné uznesenie Krajský súd v Banskej Bystrici v právnej veci žalobkyne A. N., nar. XX.X.XXXX, Z. 3, XXX XX C. C., zastúpená advokátom JUDr. Františkom Sobekom, Hertník č.10, 086 42 Hertník a advokátom JUDr. Michalom Vlkolinským, Nám. SNP 17/29, 960 01 Zvolen proti žalovanej Sociálna poisťovňa, ústredie, ul. 29. augusta 8, 813 63 Bratislava o preskúmanie zákonnosti rozhodnutia žalovanej č. 22179-2/2014- BA zo dňa 28. júla 2014 takto r o z h o d o l : O p r a v u j e záhlavie rozsudku č. 24S/81/2015-33 zo dňa 20. novembra 2015 tak, že správne má znieť: „Krajský súd v Banskej Bystrici v senáte zloženom z predsedníčky senátu JUDr. Jany Novotnej a členov senátu JUDr. Aleny Antalovej a JUDr. Jozefa Zlochu v právnej veci žalobkyne A. N., nar. XX.X.XXXX, Z. 3, XXX XX C. C., zastúpená advokátom JUDr. Františkom Sobekom, Hertník č.10, 086 42 Hertník a advokátom JUDr. Michalom Vlkolinským, Nám. SNP 17/29, 960 01 Zvolen proti žalovanej Sociálna poisťovňa, ústredie, ul. 29. augusta 8, 813 63 Bratislava o preskúmanie zákonnosti rozhodnutia žalovanej č. 22179-2/2014-BA zo dňa 28. júla 2014 takto“. o d ô v o d n e n i e : Žalobkyňa podala žalobu, ktorú doručila Krajskému súdu v Bratislave 13.10.2014 prostredníctvom svojho právneho zástupcu advokáta JUDr. Františka Sobeka, pričom k žalobe priložila aj plnú moc pre tohto advokáta. V priebehu konania podaním doručeným súdu 26.1.2015 oznámil advokát JUDr. Michal Vlkolinský, že prevzal zastupovanie žalobkyne a predložil plnú moc v predmetnej veci. Zároveň požiadal o odklad vykonateľnosti rozhodnutia. Do súdneho spisu nebolo doručené odvolanie plnej moci. Účastníčka teda bola v zmysle § 24 Občianskeho súdneho poriadku (ďalej len „O.s.p.“) zastúpená dvomi advokátmi. V záhlaví rozsudku je uvedená zrejmá chyba, kedy nebol uvedený aj druhý zo žalobkyniných zástupcov. Súd na základe vyššie uvedeného podľa § 164 O.s.p. aj bez návrhu túto chybu v záhlaví rozsudku opravil týmto opravným uznesením. Poučenie: Proti tomuto rozhodnutiu je prípustné odvolanie v lehote 15 dní odo dňa jeho doručenia, písomne, dvojmo, na tunajšom súde. V odvolaní sa má popri všeobecných náležitostiach (§ 42 ods. 3 O.s.p.) uviesť,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https://www.kauzis.sk/judikatura/r/ECLI:SK:KSBB:2016:6015200610.3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