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23S/84/2015 z 7. 1. 2016</w:t>
      </w:r>
    </w:p>
    <w:p>
      <w:r>
        <w:t>Uznesenie Krajského súdu Banská Bystrica z 7. januára 2016, sp. zn. 23S/84/2015, ECLI:SK:KSBB:2016:6015200661.2</w:t>
      </w:r>
    </w:p>
    <w:p>
      <w:r>
        <w:t>Súd: Krajský súd Banská Bystrica</w:t>
      </w:r>
    </w:p>
    <w:p>
      <w:r>
        <w:t>Spisová značka: 23S/84/2015</w:t>
      </w:r>
    </w:p>
    <w:p>
      <w:r>
        <w:t>ECLI: ECLI:SK:KSBB:2016:6015200661.2</w:t>
      </w:r>
    </w:p>
    <w:p>
      <w:r>
        <w:t>Dátum vydania: 7.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23S/84/2015 Identifikačné číslo súdneho spisu: 6015200661 Dátum vydania rozhodnutia: 08. 01. 2016 Meno a priezvisko sudcu, VSÚ: JUDr. Milan Segeč ECLI: ECLI:SK:KSBB:2016:6015200661.2 Uznesenie Krajský súd v Banskej Bystrici v právnej veci žalobcu: Krajská prokuratúra v Banskej Bystrici, Partizánska cesta 1, 975 62 Banská Bystrica, proti žalovanému: Daňový úrad Banská Bystrica, Nová ulica 13, 974 04 Banská Bystrica, o návrhu na konanie proti nečinnosti orgánu verejnej správy - ohľadom predĺženia lehoty na rozhodnutie, takto r o z h o d o l : Súd predlžuje žalovanému Daňovému úradu v Banskej Bystrici povinnosť rozhodnúť vo veci návrhu žiadateľa J.F.K., s.r.o., Pod Dráhami 3, 960 01 Zvolen, IČO: 31717047, o zaplatenie sankčného úroku zo sumy 1 501 581,13 Eur za obdobie od 25.09.1999 do 28.11.2011 vo veci č. 651/230/98937/11/Hni v lehote do 13.02.2016 od doručenia správnych spisov správneho orgánu pripojených v prejednávanej veci. o d ô v o d n e n i e : Uznesením Krajského súdu v Banskej Bystrici č. k. 23S/84/2015-31 zo dňa 27.10.2015 bolo rozhodnuté tak, že Súd predlžuje žalovanému Daňovému úradu v Banskej Bystrici povinnosť rozhodnúť vo veci návrhu žiadateľa J.F.K., s.r.o., Pod Dráhami 3, 960 01 Zvolen, IČO: 31717047, o zaplatenie sankčného úroku zo sumy 1 501 581,13 Eur za obdobie od 25.09.1999 do 28.11.2011 vo veci č. 651/230/98937/11/ Hni v lehote 30 dní od doručenia správnych spisov správneho orgánu pripojených k prejednávanej veci. Žiadosťou zo dňa 18.12.2015 žalovaný - Daňový úrad v Banskej Bystrici žalovaný požiadal o predĺženie lehoty na vydanie rozhodnutia vzhľadom k tomu, že správny spis bol Daňovému úradu doručený dňa 15.12.2015 a lehota 30 dní na vydanie rozhodnutia uplynie do 14.01.2016. Vzhľadom na skutočnosť, že sa jedná o zložitý prípad a z dôvodu, že Daňový úrad Banská Bystrica požiadal o stanovisko a o zaslanie písomností potrebných na vydanie rozhodnutia Finančné riaditeľstvo SR, Daňový úrad - žalovaný požiadal o predĺženie lehoty o ďalších 30 dní t.j. do 13.01.2016. Z § 250t ods. 4 O.s.p. vyplýva, že súd môže na návrh orgánu verejnej správy predĺžiť lehotu na vydanie rozhodnutia. Vzhľadom k tomu, že v danom prípade sa jedná o zaplatenie sankčného úroku za obdobie odo dňa 25.09.1999 do 28.11.2011, t. z. jedná sa pomerne o dlhé obdobie a správne orgány mali už aj v minulosti pri platení sankčných úrokov problémy s rozhodovaním, súd vyhovel žiadosti žalovaného a predĺžil lehotu na vydanie rozhodnutia o ďalších 30 dní t.j. do 13.02.2016. Toto rozhodnutie prijal senát krajského súdu pomerom hlasov 3:0 (§ 3 ods. 9 zák. č. 757/2004 Z.z. o súdoch a o zmene a doplnení niektorých zákonov v znení účinnom od 01.05.2011). Poučenie: Proti tomuto rozhodnutiu nie je prípustné odvolanie</w:t>
      </w:r>
    </w:p>
    <w:p/>
    <w:p>
      <w:r>
        <w:t>Zdroj: KAUZIS.SK – https://www.kauzis.sk/judikatura/r/ECLI:SK:KSBB:2016:6015200661.2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