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24S/93/2015 z 25. 5. 2016</w:t>
      </w:r>
    </w:p>
    <w:p>
      <w:r>
        <w:t>Uznesenie Krajského súdu Banská Bystrica z 25. mája 2016, sp. zn. 24S/93/2015, ECLI:SK:KSBB:2016:6015200709.2</w:t>
      </w:r>
    </w:p>
    <w:p>
      <w:r>
        <w:t>Súd: Krajský súd Banská Bystrica</w:t>
      </w:r>
    </w:p>
    <w:p>
      <w:r>
        <w:t>Spisová značka: 24S/93/2015</w:t>
      </w:r>
    </w:p>
    <w:p>
      <w:r>
        <w:t>ECLI: ECLI:SK:KSBB:2016:6015200709.2</w:t>
      </w:r>
    </w:p>
    <w:p>
      <w:r>
        <w:t>Dátum vydania: 25.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24S/93/2015 Identifikačné číslo súdneho spisu: 6015200709 Dátum vydania rozhodnutia: 26. 05. 2016 Meno a priezvisko sudcu, VSÚ: JUDr. Jana Novotná ECLI: ECLI:SK:KSBB:2016:6015200709.2 Uznesenie Krajský súd v Banskej Bystrici v právnej veci žalobcu: F. C., Z. XXXX/XX, XXX XX R., L.: XXXXXXXX, zastúpeného advokátskou kanceláriou JUDr. Tomáš Rosina, s.r.o., Kukučínova 20, 974 01 Banská Bystrica proti žalovanému: Finančnému riaditeľstvu Slovenskej republiky, Lazovná 63, 974 01 Banská Bystrica o preskúmanie zákonnosti rozhodnutí žalovaného, takto r o z h o d o l : Súd o p r a v u j e zrejmú nesprávnosť v záhlaví Uznesenia Krajského súdu v Banskej Bystrici č.k. 24S/93/2015 - 42 zo dňa 19. februára 2016 tak, že správne má byť uvedené: „o preskúmanie zákonnosti rozhodnutí žalovaného č. 1100308/1/176461/2015 zo dňa 27. apríla 2015, 1100308/1/176515/2015 zo dňa 27. apríla 2015, č. 1100308/1/174644 /2015 zo dňa 24. apríla 2015, č. 1100308/1/174634/2015 zo dňa 24. apríla 2015, č. 1100308/1/174637/2015 zo dňa 24. apríla 2015, č. 1100308/1/174639/2015 zo dňa 24. apríla 2015, č. 1100308/1/174626/2015 zo dňa 24. apríla 2015, č. 1100308/1/174631/2015 zo dňa 24. apríla 2015, č. 1100308/1/174630/2015 zo dňa 24. apríla 2015, č. 1100308/1/176550/2015 zo dňa 27. apríla 2015, č. 1100308/1/176508/2015 zo dňa 27. apríla 2015, č. 1100308/1/176537/2015 zo dňa 27. apríla 2015, č. 1100308/1/176467/2015 zo dňa 27. apríla 2015“. o d ô v o d n e n i e : Žalobca sa žalobou doručenou Krajskému súdu v Banskej Bystrici dňa 29. mája 2015 domáhal preskúmania zákonnosti rozhodnutí žalovaného Finančného riaditeľstva Slovenskej republiky, Lazovná 63, 974 01 Banská Bystrica č. 1100308/1/176461/2015 zo dňa 27. apríla 2015, 1100308/1/176515/2015 zo dňa 27. apríla 2015, č. 1100308/1/174644 /2015 zo dňa 24. apríla 2015, č. 1100308/1/174634/2015 zo dňa 24. apríla 2015, č. 1100308/1/174637/2015 zo dňa 24. apríla 2015, č. 1100308/1/174639/2015 zo dňa 24. apríla 2015, č. 1100308/1/174626/2015 zo dňa 24. apríla 2015, č. 1100308/1/174631/2015 zo dňa 24. apríla 2015, č. 1100308/1/174630/2015 zo dňa 24. apríla 2015, č. 1100308/1/176550/2015 zo dňa 27. apríla 2015, č. 1100308/1/176508/2015 zo dňa 27. apríla 2015, č. 1100308/1/176537/2015 zo dňa 27. apríla 2015, č. 1100308/1/176467/2015 zo dňa 27. apríla 2015, ktorými bol žalobcovi vyrubený rozdiel dane z pridanej hodnoty za jednotlivé zdaňovacie obdobia. Krajský súd v Banskej Bystrici uznesením č.k. 24S/93/2015 - 42 zo dňa 19. februára 2016 spojil na spoločné konanie veci vedené na tunajšom súde pod sp. zn. 24S/93/2015 až 24S/105/2015 s tým, že spoločné konanie sa bude ďalej viesť pod sp. zn. 24S/93/2015. Druhým výrokom konanie podľa § 250d ods. 3 Občianskeho súdneho poriadku (ďalej len „O.s.p.“) zastavil. Žalobcovi náhradu trov konania nepriznal. Podľa § 246c ods. 1 prvá veta O.s.p. pre riešenie otázok, ktoré nie sú priamo upravené v tejto časti, sa použijú primerane ustanovenia prvej, tretej a štvrtej časti tohto zákona.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zistil, že v záhlaví Uznesenia Krajského súdu v Banskej Bystrici č.k. 24S/93/2015 - 42 zo dňa 19. februára 2016 došlo pri písomnom vyhotovení uznesenia k zrejmej nesprávnosti, resp. k chybe v písaní, keď je v ňom uvedené, že „č. 1100308/1/176461/2015 zo dňa 27. apríla 2015, 1100308/1/176515/2015 zo dňa 27. apríla 2015, č. 1100308/1/174644 /2015 zo dňa 24. apríla 2015, č. 1100308/1/174634/2015 zo dňa 24. apríla 2015, č. 1100308/1/174637/2015 zo dňa 24. apríla 2015, č. 1100308/1/174639/2015 zo dňa 24. apríla 2015, č. 1100308/1/174626/2015 zo dňa 24. apríla 2015, č. 1100308/1/174631/2015 zo dňa 24. apríla 2015, č. 1100308/1/174630/2015 zo dňa 24. apríla 2015, č. 1100308/1/176508/2015 zo dňa 27. apríla 2015, č. 1100308/1/176537/2015 zo dňa 27. apríla 2015, č. 1100308/1/176467/2015 zo dňa 27. apríla 2015“. Správne má byť v záhlaví uznesenia uvedené „o preskúmanie zákonnosti rozhodnutí žalovaného č. 1100308/1/176461/2015 zo dňa 27. apríla 2015, 1100308/1/176515/2015 zo dňa 27. apríla 2015, č. 1100308/1/174644 /2015 zo dňa 24. apríla 2015, č. 1100308/1/174634/2015 zo dňa 24. apríla 2015, č. 1100308/1/174637/2015 zo dňa 24. apríla 2015, č. 1100308/1/174639/2015 zo dňa 24. apríla 2015, č. 1100308/1/174626/2015 zo dňa 24. apríla 2015, č. 1100308/1/174631/2015 zo dňa 24. apríla 2015, č. 1100308/1/174630/2015 zo dňa 24. apríla 2015, č. 1100308/1/176550/2015 zo dňa 27. apríla 2015, č. 1100308/1/176508/2015 zo dňa 27. apríla 2015, č. 1100308/1/176537/2015 zo dňa 27. apríla 2015, č. 1100308/1/176467/2015 zo dňa 27. apríla 2015“. Na základe uvedených skutočností bola preto podľa § 164 O.s.p. vykonaná oprava záhlavia Uznesenia Krajského súdu v Banskej Bystrici č.k. 24S/93/2015 - 42 zo dňa 19. februára 2016 týmto opravným uznesením tak, ako je uvedené vo výroku tohto opravného uznesenia. Poučenie: P o u č e n i e : Proti tomuto rozhodnutiu je možné podať odvolanie do 15 dní odo dňa jeho doručenia, písomne, dvojmo, prostredníctvom tunajšieho súdu na Najvyšší súd SR. V odvolaní sa má popri všeobecných náležitostiach (§ 42 ods. 3 O.s.p.) uviesť, proti ktorému rozhodnutiu smeruje, v akom rozsahu sa napáda, v čom sa toto rozhodnutie alebo postup súdu považuje za nesprávne a čoho sa odvolateľ domáha.</w:t>
      </w:r>
    </w:p>
    <w:p/>
    <w:p>
      <w:r>
        <w:t>Zdroj: KAUZIS.SK – https://www.kauzis.sk/judikatura/r/ECLI:SK:KSBB:2016:6015200709.2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