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23S/99/2015 z 29. 6. 2016</w:t>
      </w:r>
    </w:p>
    <w:p>
      <w:r>
        <w:t>Opravné uznesenie Krajského súdu Banská Bystrica z 29. júna 2016, sp. zn. 23S/99/2015, ECLI:SK:KSBB:2016:6015200765.4</w:t>
      </w:r>
    </w:p>
    <w:p>
      <w:r>
        <w:t>Súd: Krajský súd Banská Bystrica</w:t>
      </w:r>
    </w:p>
    <w:p>
      <w:r>
        <w:t>Spisová značka: 23S/99/2015</w:t>
      </w:r>
    </w:p>
    <w:p>
      <w:r>
        <w:t>ECLI: ECLI:SK:KSBB:2016:6015200765.4</w:t>
      </w:r>
    </w:p>
    <w:p>
      <w:r>
        <w:t>Dátum vydania: 29. 6.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23S/99/2015 Identifikačné číslo súdneho spisu: 6015200765 Dátum vydania rozhodnutia: 30. 06. 2016 Meno a priezvisko sudcu, VSÚ: JUDr. Milan Segeč ECLI: ECLI:SK:KSBB:2016:6015200765.4 Opravné uznesenie Krajský súd v Banskej Bystrici v právnej veci žalobcu: Urbariát Obce Zvolenská Slatina, pozemkové spoločenstvo so sídlom Školská 419/15, 962 01 Zvolenská Slatina, IČO: 37955276, zastúpený JUDr. Soňou Strýčkovou, PhD., advokátkou so sídlom: Národná 7, 974 01 Banská Bystrica, proti žalovanému: Okresný úrad Zvolen, odbor starostlivosti o životné prostredie, so sídlom Nám. SNP 96/50, 960 01 Zvolen, za účasti obchodnej spoločnosti Energo Agro, s.r.o., so sídlom Bottova 1522, Detva a za účasti Združenia Slatina, ul. Bela IV. č. 6, 960 01 Zvolen, o preskúmanie zákonnosti rozhodnutia žalovaného č. OU-ZV-OSZP/2015/004442-2 rozh. zo dňa 7.4.2015 - ohľadom opravy záhlavia v rozsudku, takto r o z h o d o l : Nesprávne označenie pribratého účastníka konania uvedené v záhlaví rozsudku Krajského súdu v Banskej Bystrici č. k. 23S/99/2015-52 zo dňa 17. februára 2016, ktoré znie „za účasti Združenia Slatina, ul. Bela IV. č. 6, 960 01 Zvolen“, má správne znieť takto: „za účasti Združenia Slatinka, ul. Bela IV. č. 6, 960 01 Zvolen.“ o d ô v o d n e n i e : V rozsudku Krajského súdu v Banskej Bystrici č. k. 23S/99/2015-52 zo dňa 17.02.2016 došlo pri písaní rozsudku k nesprávnemu označeniu pribratého účastníka „Združenie Slatina, ul. Bela IV. č. 6, 960 01 Zvolen.“ Podľa § 164 O.s.p., súd kedykoľvek aj bez návrhu opraví v rozsudku chyby v písaní a počítaní, ako aj iné zrejmé nesprávnosti. O návrhu na opravu súd rozhodne do 30 dní od jeho podania. O oprave vydá opravné uznesenie, ktoré doručí účastníkom. Vzhľadom k tomu, že v danom prípade došlo pri označení pribratého účastníka v záhlaví rozsudku k zrejmej chybe pri písaní rozsudku, preto bolo potrebné vydať opravné uznesenie v zmysle § 164 O.s.p. a opraviť zrejmú nesprávnosť uvedenú v záhlaví rozsudku pri označení pribratého účastníka tak, ako to vyplýva z výroku tohto uznesenia. Toto rozhodnutie prijal senát krajského súdu jednohlasne, t. j. pomerom hlasov 3:0 (§ 3 ods. 9 zákona č. 757/2004 Z.z. o súdoch a o zmene a doplnení niektorých zákonov v znení účinnom od 1. mája 2011). Toto rozhodnutie prijal senát krajského súdu jednohlasne, t. j. pomerom hlasov 3:0 (§ 3 ods. 9 zákona č. 757/2004 Z.z. o súdoch a o zmene a doplnení niektorých zákonov v znení účinnom od 1. mája 2011). Poučenie: Proti tomuto opravnému uzneseniu je možné podať odvolanie v lehote 15 dní od jeho doručenia. Odvolanie sa podáva písomne, v dvoch vyhotoveniach prostredníctvom krajského súdu na Najvyšší súd SR. V odvolaní je potrebné popri všeobecných náležitostiach / § 42 ods. 3 O. s. p.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https://www.kauzis.sk/judikatura/r/ECLI:SK:KSBB:2016:6015200765.4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