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23S/105/2015 z 2. 2. 2016</w:t>
      </w:r>
    </w:p>
    <w:p>
      <w:r>
        <w:t>Uznesenie Krajského súdu Banská Bystrica z 2. februára 2016, sp. zn. 23S/105/2015, ECLI:SK:KSBB:2016:6015200821.2</w:t>
      </w:r>
    </w:p>
    <w:p>
      <w:r>
        <w:t>Súd: Krajský súd Banská Bystrica</w:t>
      </w:r>
    </w:p>
    <w:p>
      <w:r>
        <w:t>Spisová značka: 23S/105/2015</w:t>
      </w:r>
    </w:p>
    <w:p>
      <w:r>
        <w:t>ECLI: ECLI:SK:KSBB:2016:6015200821.2</w:t>
      </w:r>
    </w:p>
    <w:p>
      <w:r>
        <w:t>Dátum vydania: 2. 2. 2016</w:t>
      </w:r>
    </w:p>
    <w:p>
      <w:r>
        <w:t>Forma: Uznesenie</w:t>
      </w:r>
    </w:p>
    <w:p>
      <w:pPr>
        <w:pStyle w:val="Heading2"/>
      </w:pPr>
      <w:r>
        <w:t>Text rozhodnutia</w:t>
      </w:r>
    </w:p>
    <w:p>
      <w:r>
        <w:t>Súd: Krajský súd Banská Bystrica Spisová značka: 23S/105/2015 Identifikačné číslo súdneho spisu: 6015200821 Dátum vydania rozhodnutia: 03. 02. 2016 Meno a priezvisko sudcu, VSÚ: JUDr. Drahomíra Mikulajová ECLI: ECLI:SK:KSBB:2016:6015200821.2 Uznesenie Krajský súd v Banskej Bystrici v právnej veci žalobcu: R.. F. G., nar. XX.X.XXXX, bytom M. XX, K. zast. JUDr. Ondrej Szilágyi, advokátska kancelária, Haličská cesta 3200, Lučenec, proti žalovanému: Finančné riaditeľstvo Slovenskej republiky, Lazovná 63, Banská Bystrica (právny nástupca Colného riaditeľstva SR, Mierová 23, Bratislava) o preskúmanie rozhodnutia č. 40296/2006 zo dňa 20.10.2008, takto r o z h o d o l : I. Súd uznesenie Krajského súdu v Banskej Bystrici č.k. 23S/105/2015-15 z 29. septembra 2015 z r u š u j e. II. Súd konanie z a s t a v u j e . III. Žiaden z účastníkov nemá právo na náhradu trov konania. o d ô v o d n e n i e : V právnej veci hore uvedených účastníkov konania podal žalobca na tunajšom súde dňa 26.6.2015 žalobu o preskúmanie zákonnosti rozhodnutia Colného riaditeľstva SR č. 40296/2006 zo dňa 20.10.2008, ktorým zrušil rozhodnutie Colného úradu Banská Bystrica zn. 19695/2005-5131/Or zo dňa 23.9.2005 o zastavení colného konania. Súd výzvou zo dňa 27.8.2015, ktorá bola žalobcovi doručená dňa 31.8.2015, vyzval žalobcu na zaplatenie súdneho poplatku za podanú žalobu vo výške 70 € v lehote 10 dní odo dňa doručenia výzvy s poučením, že ak nebude poplatok v určenej lehote zaplatený, súd konanie zastaví, pretože pred zaplatením celého poplatku v správnej výške nemôže súd vo veci konať. Vzhľadom k tomu, že v stanovenej lehote žalobca súdny poplatok nezaplatil, súd uznesením zo dňa 29. septembra 2015 konanie zastavil. V lehote na podanie odvolania proti vyššie uvedenému uzneseniu žalobca zaplatil súdny poplatok vo výške 70,- EUR, zložením platby na účet Slovenskej pošty a.s. Podľa § 10 ods. 3 zákona č. 71/1992 Zb. o súdnych poplatkoch prvostupňový súd zruší uznesenie o zastavení konania pre nezaplatenie súdneho poplatku, ak poplatník zaplatí súdny poplatok do konca lehoty na podanie odvolania. Súd vychádzajúc z citovaného ustanovenia zákona o súdnych poplatkoch, zrušil uznesenie o zastavení konania, pretože žalobca v lehote na podanie odvolania súdny poplatok zaplatil. Dňa 14. januára 2016 bolo Krajskému súdu v Banskej Bystrici doručené podanie žalobcu, v ktorom zobral žalobu v celom rozsahu späť a zároveň požiadal o vrátenie súdneho poplatku.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250h ods. 2 O.s.p.; až do rozhodnutia súdu môže žalobca vziať žalobu späť; ak žalovanému medzitým vznikli trovy konania, rozhodne súd o ich náhrade. Vzhľadom na späťvzatie žaloby, súd v súlade s ust. § 250d ods. 3 O.s.p. konanie z a s t a v i l. Podľa § 246c ods. 1 veta prvá O.s.p.; pre riešenie otázok, ktoré nie sú priamo upravené v tejto časti, sa použijú primerane ustanovenia prvej, tretej a štvrtej časti tohto zákona. Podľa § 250h ods. 2 O.s.p.; až do rozhodnutia súdu môže žalobca vziať žalobu späť; ak žalovanému medzitým vznikli trovy konania, rozhodne súd o ich náhrade. Súd nemal preukázané skutočnosti pre rozhodnutie o náhrade trov žalovaného v zmysle § 250h ods. 2 O.s.p. a nezistil dôvody ani pre aplikáciu § 146 ods. 2 O.s.p., preto o trovách konania rozhodol podľa výsledku konania podľa § 146 ods. 1 písm. c) O.s.p., v zmysle ktorého nemá právo na náhradu trov konania žiaden z účastníkov konania ak bolo konanie zastavené. O žiadosti na vrátenie zaplateného súdneho poplatku, súd rozhodne samostatným uznesením po právoplatnosti tohto uznesenia. Rozhodnutie bolo prijaté senátom odvolacieho súdu jednomyseľne, t.j. pomerom hlasov 3:0. Rozhodnutie bolo prijaté senátom odvolacieho súdu jednomyseľne, t.j. pomerom hlasov 3:0. Poučenie: Proti výroku I. uznesenia odvolanie nie je prípustné. Proti výroku II. a III. uznesenia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https://www.kauzis.sk/judikatura/r/ECLI:SK:KSBB:2016:6015200821.2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