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Banská Bystrica sp. zn. 26Sd/188/2015 z 20. 7. 2016</w:t>
      </w:r>
    </w:p>
    <w:p>
      <w:r>
        <w:t>Uznesenie Krajského súdu Banská Bystrica z 20. júla 2016, sp. zn. 26Sd/188/2015, ECLI:SK:KSBB:2016:6015200832.1</w:t>
      </w:r>
    </w:p>
    <w:p>
      <w:r>
        <w:t>Súd: Krajský súd Banská Bystrica</w:t>
      </w:r>
    </w:p>
    <w:p>
      <w:r>
        <w:t>Spisová značka: 26Sd/188/2015</w:t>
      </w:r>
    </w:p>
    <w:p>
      <w:r>
        <w:t>ECLI: ECLI:SK:KSBB:2016:6015200832.1</w:t>
      </w:r>
    </w:p>
    <w:p>
      <w:r>
        <w:t>Dátum vydania: 20. 7. 2016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Banská Bystrica Spisová značka: 26Sd/188/2015 Identifikačné číslo súdneho spisu: 6015200832 Dátum vydania rozhodnutia: 21. 07. 2016 Meno a priezvisko sudcu, VSÚ: Mgr. Ivana Datlová ECLI: ECLI:SK:KSBB:2016:6015200832.1 Uznesenie Krajský súd v Banskej Bystrici v právnej veci navrhovateľa X. J., nar. XX. G. XXXX, bytom E., A. P. XXXX/ X proti odporkyni Sociálnej poisťovni, ústrediu so sídlom v Bratislave, ul. 29. augusta č. 8, o preskúmanie zákonnosti postupu a rozhodnutia odporkyne č. XXX XXX XXXX X z 13. apríla 2015 o zamietnutí žiadosti o priznanie starobného dôchodku takto r o z h o d o l : Konanie z a s t a v u j e. Žiaden z účastníkov nemá právo na náhradu trov konania. o d ô v o d n e n i e : Napadnutým rozhodnutím odporkyňa podľa § 65 ods. 1 a 2, § 274 ods. 1 zákona č. 461/2003 Z. z. o sociálnom poistení a podľa čl. 1, 6 a 50 nariadenia Európskeho parlamentu a Rady č. 883/2004 o koordinácii systémov sociálneho zabezpečenia zamietla žiadosť navrhovateľa o priznanie starobného dôchodku z 23. februára 2015, pretože k uvedenému dňu, vo fyzickom veku 57 rokov mu nárok na starobný dôchodok nevznikol. Napriek tomu, že vo zvýhodnenej I. AA pracovnej kategórii odpracoval 13 rokov a 225 dní, jeho zamestnanie vo zvýhodnenej pracovnej kategórii netrvalo k 31. decembru 1999, preto neboli splnené podmienky vzniku nároku na starobný dôchodok vo fyzickom veku 57 rokov v zmysle § 174 ods. 1 písm. b/ a ods. 2 zákona č. 100/1988 Zb. o sociálnom zabezpečení. Navrhovateľ sa odvolal voči rozhodnutiu s poukazom na to, že tvrdenia odporkyne sú rozporné, keď na jednej strane uznala vznik jeho nároku na starobný dôchodok vo fyzickom veku 57 rokov a napriek tomu tvrdila, že mu nárok vznikne až dovŕšením fyzického veku 62 rokov. Na pojednávaní pred krajským súdom zobral navrhovateľ svoje odvolanie späť, na základe čoho postupoval krajský súd podľa § 250d ods. 3 O.s.p. a s poukazom na ust. § 250h ods. 2 O.s.p. a konanie vo veci zastavil, pretože navrhovateľ zobral svoje odvolanie v celom rozsahu späť pred rozhodnutím súdu. V súlade s ust. § 492 ods. 1 zákona č. 162/2015 Z. z. správny súdny poriadok súd vo eci konal podľa doterajších predpisov. O náhrade trov konania rozhodol podľa § 146 ods. 1 písm. c/ O.s.p. za použitia ust. § 246c ods. 1 O.s.p. a náhradu trov konania nepriznal žiadnemu z účastníkov, pretože konanie vo veci bolo zastavené. Poučenie: Proti tomuto rozhodnutiu možno podať odvolanie do 15 dní odo dňa jeho doručenia, písomne vo dvoch vyhotoveniach, prostredníctvom konajúceho súdu na Najvyšší súd SR v Bratislave. V odvolaní sa má popri všeobecných náležitostiach /§ 42 ods. 3 O.s.p./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https://www.kauzis.sk/judikatura/r/ECLI:SK:KSBB:2016:6015200832.1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