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20Sd/206/2015 z 12. 4. 2016</w:t>
      </w:r>
    </w:p>
    <w:p>
      <w:r>
        <w:t>Rozsudok Krajského súdu Banská Bystrica z 12. apríla 2016, sp. zn. 20Sd/206/2015, ECLI:SK:KSBB:2016:6015200914.2</w:t>
      </w:r>
    </w:p>
    <w:p>
      <w:r>
        <w:t>Súd: Krajský súd Banská Bystrica</w:t>
      </w:r>
    </w:p>
    <w:p>
      <w:r>
        <w:t>Spisová značka: 20Sd/206/2015</w:t>
      </w:r>
    </w:p>
    <w:p>
      <w:r>
        <w:t>ECLI: ECLI:SK:KSBB:2016:6015200914.2</w:t>
      </w:r>
    </w:p>
    <w:p>
      <w:r>
        <w:t>Dátum vydania: 12. 4. 2016</w:t>
      </w:r>
    </w:p>
    <w:p>
      <w:r>
        <w:t>Forma: Rozsudok</w:t>
      </w:r>
    </w:p>
    <w:p>
      <w:r>
        <w:t>Oblasť práva: Správne právo</w:t>
      </w:r>
    </w:p>
    <w:p>
      <w:pPr>
        <w:pStyle w:val="Heading2"/>
      </w:pPr>
      <w:r>
        <w:t>Text rozhodnutia</w:t>
      </w:r>
    </w:p>
    <w:p>
      <w:r>
        <w:t>Súd: Krajský súd Banská Bystrica Spisová značka: 20Sd/206/2015 Identifikačné číslo súdneho spisu: 6015200914 Dátum vydania rozhodnutia: 13. 04. 2016 Meno a priezvisko sudcu, VSÚ: JUDr. Jarmila Badíková ECLI: ECLI:SK:KSBB:2016:6015200914.2 ROZSUDOK V MENE SLOVENSKEJ REPUBLIKY Krajský súd v Banskej Bystrici v konaní samosudkyňou JUDr. Jarmilou Badíkovou v právnej veci navrhovateľa: O. I., nar. XX. S. XXXX, bytom J. XX, XXX XX J. R. W., proti odporkyni: Sociálna poisťovňa, ul. 29. augusta č. 8, 813 63 Bratislava, o preskúmanie rozhodnutia o zamietnutí invalidného dôchodku takto r o z h o d o l : Rozhodnutie odporkyne č. XXX XXX XXXX X zo dňa 10. júna 2015 p o t v r d z u j e. Navrhovateľovi nepriznáva právo na náhradu trov konania. o d ô v o d n e n i e : Odporkyňa rozhodnutím č. XXX XXX XXXX X zo 10.06.2015 zamietla žiadosť navrhovateľa o priznanie invalidného dôchodku s odôvodnením, že nie je invalidný podľa § 70 a § 71 ods. 1 zákona č. 461/2003 Z. z. o sociálnom poistení /zsp/, pretože podľa posudku posudkového lekára SP pobočka Lučenec zo dňa 18.05.2015 nemá pre dlhodobo nepriaznivý zdravotný stav pokles schopnosti vykonávať zárobkovú činnosť o viac ako 40 % v porovnaní so zdravou fyzickou osobou. Posudkový lekár stanovil mieru poklesu schopnosti vykonávať zárobkovú činnosť u navrhovateľa vo výške 20 %.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 nie je invalidný. Posudkový lekár SP pobočky spísal s navrhovateľom zápisnicu o ústnom pojednávaní v súlade s § 189 zákona č. 461/2003 Z. z. o sociálnom poistení a navrhovateľ bol informovaný o všetkých skutočnostiach, ktoré sa týkajú posúdenia zdravotného stavu, posudku a miery poklesu schopnosti vykonávať zárobkovú činnosť. Posudkový lekár vyhotovil aj odborný posudok o invalidite. Navrhovateľ podal proti tomuto rozhodnutiu v zákonom stanovenej lehote návrh na preskúmanie s odvolaním sa na svoj zlý zdravotný stav. Navrhovateľ namietol spôsob posúdenia jeho zdravotného stavu a žiadal ho opätovne preskúmať. Odporkyňa podala vo veci písomné stanovisko zo dňa 15.03.2016, v ktorom uviedla právne a skutkové dôvody, pre ktoré žiadala napadnuté rozhodnutie potvrdiť ako vecne správne. Krajský súd preskúmal vec na pojednávaní dňa 07.10.2015 v prítomnosti účastníkov a pojednávanie odročil za účelom opätovného posúdenia zdravotného stavu navrhovateľa posudkovým lekárom SP-ú v Banskej Bystrici z dôvodu, že zdravotný stav navrhovateľky bol posúdený len posudkovým lekárom SP pobočky. Krajský súd preskúmal napadnuté rozhodnutie ako aj postup, ktorý predchádzal jeho vydaniu opätovne na pojednávaní dňa 13.04.2016 v zmysle § 250l OSP, oboznámil sa s pripojenými listinnými dôkazmi, vypočul odporkyňu, vec preskúmal v neprítomnosti navrhovateľky a dospel k záveru, že opravnému prostriedku navrhovateľa nie je možné vyhovieť. Súd ospravedlnil neprítomnosť navrhovateľa na pojednávaní a pri rozhodovaní vo veci prihliadol na dôvody uvedené v opravnom prostriedku. Odporkyňa na pojednávaní sa plne pridržiavala písomného stanoviska SP z 15.3.2016 v ktorom sa uvádza, že na základe opravného prostriedku bol zdravotný stav navrhovateľa opätovne posúdený posudkovým lekárom na pobočke ako aj posudkovým lekárom na ústredí, ktorí zotrvali na pôvodnom stanovisku, že navrhovateľ nie je invalidný, lebo má 20 % mieru poklesu schopnosti vykonávať zárobkovú činnosť.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posudková lekárka SP - ú v Banskej Bystrici opätovne posúdila zdravotný stav navrhovateľa v posudku zo dňa 07.03.2015 z hľadiska kritérií stanovených pre invaliditu podľa zákona č. 461/2003 Z. z. o sociálnom poistení. Posudková lekárka ako rozhodujúce zdravotné postihnutie uviedla kapitoly V. - duševné choroby a poruchy správania, položka 4 - neurotické, stresové a somatoformné poruchy, písm. a/ - stredne ťažké formy a ako ďalšie choroby, ktorými navrhovateľ trpí neurotické, stresové a somatomorfné poruchy, hypacusis vľavo, sínusová tachykardia, diabetes mellitus X. typu komp., gastrofageálny reflux v anamnéze so záverom, že navrhovateľ nie je invalidný podľa § 71 ods. 1 cit. zákona, pretože pre dlhodobo nepriaznivý zdravotný stav nemá pokles schopnosti vykonávať zárobkovú činnosť o viac ako 40 % v porovnaní so zdravou fyzickou osobou, miera poklesu schopnosti navrhovateľa vykonávať zárobkovú činnosť je 20 %. Posudková lekárka v celkovom posudku ďalej uviedla, že u navrhovateľa považuje za rozhodujúce psychické problémy pod obrazom afektívnej (panickej) poruchy. Počas hospitalizácie v 04/2014 bolo vykonané psychologické vyšetrenie, ktorým je potvrdené mierne organické poškodenie CNS. V priebežných nasledujúcich vyšetreniach je po psychickej stránke kompenzovaný, bez prítomnosti suicidálnych proklamácií, bez preukázania zhoršenia organickej poruchy nálady. Uvedenému stavu, ktorý zodpovedá stredne ťažkej forme, prináleží miera poklesu schopnosti vykonávať zárobkovú činnosť na úrovni 20 %. Pri uvedenom postihnutí môže vykonávať rôzne práce podľa dosiahnutého vzdelania. Túto schopnosť neovplyvňujú ani pridružené ochorenia - dlhodobo hranične stredne ťažká porucha sluchu s miernou progresiou v marci 2016 so stanovením celkovej straty sluchu podľa Fowlera XX,X %, čo je naďalej na úrovni stredne ťažkej nedoslýchavosti (obojstranná ťažká nedoslýchavosť je od XX % CSS podľa Fowlera). Cukrovka X. typu vyžaduje symbolickú liečbu, trvale je kardiopulmonálne kompenzovaný a pre bolesti chrbtice vykonané neurologické vyšetrenie nepreukazuje poruchu funkcie. Tento posudok potvrdil posudok posudkového lekára SP pobočka Lučenec zo dňa 18.05.2015, ktorý bol podkladom pre vydanie napadnutého rozhodnutia.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 Súd porovnal posudky posudkových lekárov s odbornými nálezmi špecialistov a zistil, že tieto navzájom korelujú a zhodne konštatujú, že pracovný potenciál navrhovateľa je znížený adekvátne zdravotnému stavu navrhovateľa, ale nie je natoľko znížený a navrhovateľ nie je tak zdravotne postihnutý, aby splnil podmienku priznania invalidného dôchodku. Súd považuje za potrebné dodať, že navrhovateľ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navrhovateľa, na skutočnosť, že posudky podali orgány na to určené zákonom, súd dospel k záveru, že zistený skutkový stav navrhovateľ nespĺňa požiadavky pre priznanie invalidity a preto napadnuté rozhodnutie odporkyne potvrdil ako vecne správne. Navrhovateľ nepredložil súdu dôkazy, ktoré by spochybnili závery posudkových lekárov a správnosť napadnutého rozhodnutia. Súd pre komplexné posúdenie veci považuje za potrebné uviesť, že rozhodujúci je zdravotný stav navrhovateľa v čase vydania napadnutého rozhodnutia. Súd náhradu trov konania posúdil podľa § 250l ods. 2 v spojitosti s § 250k ods. 1 OSP, navrhovateľ v konaní nemal úspech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https://www.kauzis.sk/judikatura/r/ECLI:SK:KSBB:2016:6015200914.2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