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20Sd/221/2015 z 23. 2. 2016</w:t>
      </w:r>
    </w:p>
    <w:p>
      <w:r>
        <w:t>Rozsudok Krajského súdu Banská Bystrica z 23. februára 2016, sp. zn. 20Sd/221/2015, ECLI:SK:KSBB:2016:6015200975.1</w:t>
      </w:r>
    </w:p>
    <w:p>
      <w:r>
        <w:t>Súd: Krajský súd Banská Bystrica</w:t>
      </w:r>
    </w:p>
    <w:p>
      <w:r>
        <w:t>Spisová značka: 20Sd/221/2015</w:t>
      </w:r>
    </w:p>
    <w:p>
      <w:r>
        <w:t>ECLI: ECLI:SK:KSBB:2016:6015200975.1</w:t>
      </w:r>
    </w:p>
    <w:p>
      <w:r>
        <w:t>Dátum vydania: 23.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20Sd/221/2015 Identifikačné číslo súdneho spisu: 6015200975 Dátum vydania rozhodnutia: 24. 02. 2016 Meno a priezvisko sudcu, VSÚ: JUDr. Jarmila Badíková ECLI: ECLI:SK:KSBB:2016:6015200975.1 ROZSUDOK V MENE SLOVENSKEJ REPUBLIKY Krajský súd v Banskej Bystrici v konaní sudkyňou JUDr. Jarmilou Badíkovou v právnej veci navrhovateľky: E. V., nar. XX. Q. XXXX, bytom I. XX, proti odporkyni: Sociálna poisťovňa, ul. 29. augusta č. 8, 813 63 Bratislava, o preskúmanie rozhodnutia o zamietnutí invalidného dôchodku takto r o z h o d o l : Rozhodnutie odporkyne č. XXX XXX XXXX X zo dňa 24. marca 2015 p o t v r d z u j e. Navrhovateľke nepriznáva právo na náhradu trov konania. o d ô v o d n e n i e : Odporkyňa rozhodnutím č. XXX XXX XXXX X zo 24.03.2015 zamietla žiadosť navrhovateľky o priznanie invalidného dôchodku s odôvodnením, že nie je invalidná podľa § 70 a § 71 ods. 1 zákona č. 461/2003 Z. z. o sociálnom poistení / zsp/, pretože podľa posudku posudkového lekára SP pobočka Rimavská Sobota zo dňa 02.03. 2015 nemá pre dlhodobo nepriaznivý zdravotný stav pokles schopnosti vykonávať zárobkovú činnosť o viac ako 40 % v porovnaní so zdravou fyzickou osobou. Posudkový lekár stanovil mieru poklesu schopnosti vykonávať zárobkovú činnosť u navrhovateľky vo výške 20 %. Odporkyňa v odôvodnení okrem iného uviedla, že posúdenie zdravotného stavu je obsahom uvedenej lekárskej správy, ktorá tvorí neoddeliteľnú súčasť odôvodnenia tohto rozhodnutia a sú v nej uvedené všetky rozhodujúce skutočnosti, ktoré boli podkladom na vyhotovenie posudkového záveru, že navrhovateľka nie je invalidná. Posudkový lekár SP pobočky spísal s navrhovateľkou zápisnicu o ústnom pojednávaní v súlade s § 189 zákona č. 461/2003 Z. z. o sociálnom poistení a navrhovateľka bola informovaná o všetkých skutočnostiach, ktoré sa týkajú posúdenia zdravotného stavu, posudku a miery poklesu schopnosti vykonávať zárobkovú činnosť. Posudkový lekár vyhotovil aj odborný posudok o invalidite. Navrhovateľka podala proti tomuto rozhodnutiu v zákonom stanovenej lehote návrh na preskúmanie s odvolaním sa na svoj zlý zdravotný stav a žiadala o jeho prehodnotenie. Odporkyňa podala vo veci písomné stanovisko zo dňa 06.08.2015, v ktorom uviedla právne a skutkové dôvody, pre ktoré žiadala napadnuté rozhodnutie potvrdiť ako vecne správne. Krajský súd preskúmal napadnuté rozhodnutie ako aj postup, ktorý predchádzal jeho vydaniu na pojednávaní dňa 24.02.2016 v zmysle § 250l OSP, oboznámil sa s pripojenými listinnými dôkazmi, vypočul odporkyňu, vec preskúmal v neprítomnosti navrhovateľky a dospel k záveru, že opravnému prostriedku navrhovateľky nie je možné vyhovieť. Súd ospravedlnil neprítomnosť navrhovateľky na pojednávaní a pri rozhodovaní vo veci prihliadol na dôvody uvedené v opravnom prostriedku. Odporkyňa na pojednávaní sa plne pridržiavala písomného stanoviska SP zo dňa 6.8.2015, v ktorom je uvedené, že na základe opravného prostriedku nebola zmenená miera poklesu schopnosti vykonávať zárobkovú činnosť u navrhovateľky, ktorá je 20 %, preto žiadala napadnuté rozhodnutie potvrdiť ako vecne správne.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3 cit. ust. prvej vety pokles schopnosti vykonávať zárobkovú činnosť sa posudzuje porovnaním telesnej, duševnej a zmyslovej schopnosti poistenca s dlhodobo nepriaznivým zdravotným stavom a telesnej, duševnej a zmyslovej schopnosti zdravej fyzickej osoby.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posudková lekárka SP - ú v Banskej Bystrici opätovne posúdila zdravotný stav navrhovateľky v posudku zo dňa 30.07.2015 z hľadiska kritérií stanovených pre invaliditu podľa zákona č. 461/2003 Z. z. o sociálnom poistení. Posudková lekárka ako rozhodujúce zdravotné postihnutie uviedla duševné choroby a poruchy správania - kapitola V., neurotické stresové a somatoformné poruchy - položka 4, stredne ťažké formy - písm. a/ so záverom, že navrhovateľka nie je invalidná podľa § 71 ods. 1 citovaného zákona, pretože pre dlhodobo nepriaznivý zdravotný stav nemá pokles schopnosti vykonávať zárobkovú činnosť o viac ako 40 % v porovnaní so zdravou fyzickou osobou, miera poklesu schopnosti navrhovateľky vykonávať zárobkovú činnosť je 20 %. Posudková lekárka v posudku uviedla, že navrhovateľka trpí týmito ochoreniami: zmiešaná konverzná porucha, stav po akútnej pankreatitíde podľa dokumentácie. Posudková lekárka v celkovom posudku ďalej uviedla, že navrhovateľka je asi 18 rokov sledovaná na psychiatrii pri zvýraznenej somatoformnej sympotamológii resp. osobnostnej dekompenzácii s opakovanými aj hospitalizáciami. Podľa odborných nálezov trvale bez floridnej psychotickej symptomatiky a pri hospitalizácii konštatované aj pri ostatnej hospitalizácii v 11-12/2014, kde rozhodujúcou je zmiešaná disociačná (konverzná) porucha u nepriaznivo štrukturovanej osobnosti pri rentovom pozadí. Podľa psychologického vyšetrenia z 23.1.2015 sú potvrdené deficity výkonových funkcií (pozornosť, infibícia psychomotor, tempa a reagbility, blokovanosť myslenia) podmienené dlhodobým psychopatologickým vývinom, sú stredne ťažkého stupňa, čomu zodpovedá aj stanovené percento miery poklesu schopnosti vykonávať zárobkovú činnosť na úrovni 20 % čo je horná hranica pre stredne ťažké formy ochorení. Nemá somatické ochorenia takého charakteru, pri ktorých by bolo možné stanoviť vyššie percento. Posudzovaná podľa pracovnej anamnézy vykonávala manuálne práce len niekoľko mesiacov a pri uvedenom zdravotnom stave môže vykonávať takéto práce aj v súčasnosti. Tento posudok potvrdil posudkový lekár SP pobočky v Rimavskej Sobote, ktorý bol podkladom pre vydanie napadnutého rozhodnutia. Podľa § 132 O.s.p.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ust. a mal preukázané, že posudky boli vypracované po náležitom lekárskom vyšetrení, po zvážení všetkých okolností namietaných navrhovateľkou a že závery posudkov vychádzajú zo súčasného zdravotného stavu navrhovateľky a z poznatkov súčasnej medicíny. Krajský súd porovnal závery posudkov so závermi odborných lekárov a zistil, že posudky sú objektívne, komplexné, presvedčivé a akceptoval ich závery . Súd porovnal posudky posudkových lekárov s odbornými nálezmi špecialistov a zistil, že tieto navzájom korelujú a zhodne konštatujú, že pracovný potenciál navrhovateľky je znížený adekvátne zdravotnému stavu navrhovateľky, ale nie je natoľko znížený a navrhovateľka nie je tak zdravotne postihnutá, aby splnila podmienku priznania invalidného dôchodku. Súd považuje za potrebné dodať, že navrhovateľka v prípade zhoršeného zdravotného stavu a na základe nových lekárskych nálezov môže opätovne požiadať odporkyňu o posúdenie zdravotného stavu za účelom priznania invalidity. Pre komplexné posúdenie veci súd považuje za potrebné zdôrazniť, že posudkoví lekári pri posudzovaní zdravotného stavu postupujú okrem zákona č. 461/2003 Z. z. o sociálnom poistení, aj podľa prílohy č. 4 k zákona č. 461/2003 Z. z. o sociálnom poistení,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Krajský súd považuje za potrebné tiež uviesť, že v zmysle zákona č. 461/2003 Z. z. o sociálnom poistení § 71 ods. 5 a 6 miera poklesu schopnosti vykonávať zárobkovú činnosť sa posudzuje len na základe rozhodujúceho zdravotného postihnutia t.j. jednej diagnózy s prihliadnutím na závažnosť aj ostatných ochorení, ale jednotlivé percentá miery poklesu schopnosti vykonávať zárobkovú činnosť sa nesčítavajú. Pre priznanie invalidity je potrebná minimálne 41 % miera poklesu schopnosti vykonávať zárobkovú činnosť. Vzhľadom na závery posudkov ohľadne zdravotného postihnutia navrhovateľky, na skutočnosť, že posudky podali orgány na to určené zákonom, súd dospel k záveru, že zistený skutkový stav navrhovateľky nespĺňa požiadavky pre priznanie invalidity a preto napadnuté rozhodnutie odporkyne potvrdil ako vecne správne. Navrhovateľka nepredložila súdu dôkazy, ktoré by spochybnili závery posudkových lekárov a správnosť napadnutého rozhodnutia. Súd pre komplexné posúdenie veci považuje za potrebné uviesť, že rozhodujúci je zdravotný stav navrhovateľky v čase vydania napadnutého rozhodnutia. Súd náhradu trov konania posúdil podľa § 250l ods. 2 v spojitosti s § 250k ods. 1 OSP, navrhovateľka v konaní nemala úspech a preto jej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https://www.kauzis.sk/judikatura/r/ECLI:SK:KSBB:2016:6015200975.1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