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24S/146/2015 z 27. 6. 2016</w:t>
      </w:r>
    </w:p>
    <w:p>
      <w:r>
        <w:t>Rozhodnutie Krajského súdu Banská Bystrica z 27. júna 2016, sp. zn. 24S/146/2015, ECLI:SK:KSBB:2016:6015201014.1</w:t>
      </w:r>
    </w:p>
    <w:p>
      <w:r>
        <w:t>Súd: Krajský súd Banská Bystrica</w:t>
      </w:r>
    </w:p>
    <w:p>
      <w:r>
        <w:t>Spisová značka: 24S/146/2015</w:t>
      </w:r>
    </w:p>
    <w:p>
      <w:r>
        <w:t>ECLI: ECLI:SK:KSBB:2016:6015201014.1</w:t>
      </w:r>
    </w:p>
    <w:p>
      <w:r>
        <w:t>Dátum vydania: 27. 6. 2016</w:t>
      </w:r>
    </w:p>
    <w:p>
      <w:r>
        <w:t>Forma: Rozhodnutie</w:t>
      </w:r>
    </w:p>
    <w:p>
      <w:r>
        <w:t>Oblasť práva: Správne právo</w:t>
      </w:r>
    </w:p>
    <w:p>
      <w:pPr>
        <w:pStyle w:val="Heading2"/>
      </w:pPr>
      <w:r>
        <w:t>Text rozhodnutia</w:t>
      </w:r>
    </w:p>
    <w:p>
      <w:r>
        <w:t>Súd: Krajský súd Banská Bystrica Spisová značka: 24S/146/2015 Identifikačné číslo súdneho spisu: 6015201014 Dátum vydania rozhodnutia: 28. 06. 2016 Meno a priezvisko sudcu, VSÚ: JUDr. Alena Antalová ECLI: ECLI:SK:KSBB:2016:6015201014.1 Rozhodnutie Krajský súd v Banskej Bystrici v senáte zloženom z predsedníčky senátu JUDr. Aleny Antalovej a členov senátu JUDr. Jany Novotnej a JUDr. Jozefa Zlochu v právnej veci žalobcu: U. M., G. XXX/XX, XXX XX U., zast. advokátom JUDr. Jozefom Brázdilom, Trhová 992/1, 960 01 Zvolen proti žalovanému: Finančné riaditeľstvo Slovenskej republiky, Lazovná 63, 974 01 Banská Bystrica o preskúmanie zákonnosti rozhodnutia žalovaného č. 1100301/1/216205/2015/4989 zo dňa 22.05.2015 takto r o z h o d o l : Rozhodnutie žalovaného č. 1100301/1/216205/2015/4989 zo dňa 22.05.2015 v spojení s rozhodnutím Daňového úradu Banská Bystrica č. 9601403/5/263474/2015/StrM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1100301/1/216205/2015/4989 zo dňa 22.05.2015 (ďalej len „napadnuté rozhodnutie žalovaného“), ktorým žalovaný potvrdil rozhodnutie Daňového úradu Banská Bystrica (ďalej aj „prvostupňový správny orgán“ alebo „správca dane“) č. 9601403/5/263474/2015/StrM zo dňa 03.02.2015 (ďalej aj „prvostupňové rozhodnutie“), ktorým bol žalobcovi podľa § 68 ods. 5 zák. č. 563/2009 Z.z. o správe daní a o zmene a doplnení niektorých zákonov v znení neskorších predpisov (ďalej len „Daňový poriadok“) určený rozdiel dane z pridanej hodnoty (ďalej len „DPH“) v sume 3.600,- Eur, t.j. nebol priznaný nadmerný odpočet v sume 14.005,29 Eur a bola mu vyrubená daň v sume 2.194,71 Eur za zdaňovacie obdobie august 2011.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9601403/5/521222/2014/StrM dňa 10.02.2014, ktoré na základe podaného odvolania žalobcu bolo rozhodnutím č. 1100301/1/225372/2014/4989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dva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p. V. nebude opakovane predvolaný, neboli uvedené ani skutočnosti o nahliadnutí do spisu daňových kontrol vykonávaných u daňového subjektu F. E. - REK tak, ako bola vznesená požiadavka žalobcu pri ústnom pojednávaní dňa 22.12.2014, neboli uvedené ani zistenia o mýtnom systéme, ktoré správca dane uviedol do rozhodnutia. Žalobca s týmito skutočnosťami o vyrubovacom konaní nebol nikdy oboznámený, bolo mu odňaté právo vyjadrovať sa k zistenými skutočnostiam. Odôvodnenie je podľa žalobcu nezrozumiteľné a rozhodnutie žalovaného je arbitrárne.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01082011/02 s dátumom dodania 01.08.2011 za dodanie kálaného dreva s dopravou do Málinca v celkovej výške základu dane 9.000,- Eur a daň v sadzbe 20% v sume 1.800,- Eur a faktúry č. 11082011/01 s dátumom dodania 11.08.2011 za dodanie kálaného dreva s dopravou do Málinca v celkovej výške základu dane 9.000,- Eur a daň v sadzbe 20% v sume 1.800,- Eur od dodávateľa KEVOLA s.r.o. Šahy. Žalobca poukázal na svoje vyjadrenie z 19.02.2013, podľa ktorého spoločnosť KEVOLA s.r.o. predala kálané drevo, ktoré previezli na prevádzku bývalého JRD a prijali na sklad. Uviedol mená osôb prítomných pri vykladaní tovaru (žalobca, X. T., L. M., Y. I.). Keďže tovar bol prijatý na sklad, v ktorom sa nachádza kálané drevo od viacerých dodávateľov, nebolo možné presne špecifikovať odberateľov tohto dreva. Správca dane k tomuto vyjadreniu neprihliadol. Účtovné doklady sa nachádzali u správcu dane, pretože boli predložené k výkonu daňovej kontroly. Žalobca poukázal ďalej na to, že správca dane uviedol, že spoločnosť KEVOLA s.r.o. je nekontaktná, so správcom dane nespolupracuje. Napriek tejto skutočnosti správca dane zistil, že výhradným dodávateľom spoločnosti KEVOLA s.r.o. bola spoločnosť KALIPO s.r.o. a ani jedna odberateľská faktúra pre spoločnosť KEVOLA s.r.o. nebola vystavená za dodanie drevnej hmoty. Správca dane neuviedol, akým spôsobom zistil uvedenú informáciu. Správca dane ako ďalšie dôkazy uviedol zápisnice o výsluchu svedkov, ktoré boli správcovi dane poskytnuté PPZ. Tieto výsluchy svedkov neboli vykonané orgánmi štátnej správy v oblasti daní a poplatkov, preto nemožno tieto výsluchy svedkov považovať za dôkaz získaný podľa § 24 ods. 4 Daňového poriadku. Žalobca nemohol využiť svoje právo klásť svedkom otázky. Tieto svedecké výpovede neboli vykonané v súlade s Daňovým poriadkom, preto na ne nemožno prihliadať ako na zákonné dôkazy pri správe daní. Žalobca nesúhlasil so záverom správcu dane, keď konštatoval, že žalobca si neoprávnene uplatnil odpočítanie dane podľa § 49 Zákona o DPH, pričom nepreukázal relevantné dôkazy preukazujúce reálnosť zdaniteľných obchodov so spoločnosťou KEVOLA s.r.o. a nebol preukázaný vznik daňovej povinnosti z deklarovaných zdaniteľných obchodov so spoločnosťou KEVOLA s.r.o. Žalobca vo vyrubovacom konaní preukázal správcovi dane faktúry, ktorými predal predmetný tovar spoločnosti DREVO BB EXPORT s.r.o. a faktúry spoločnosti DREVO BB EXPORT s.r.o., ktorá dodala tovar odberateľom do Nemecka (KERSCHER DOMINIKOVI a DANIEL GBr., EXINGER HEIZUNGSBAU GMBH, VMA-NICKE, Holzhof Zametzer, Gmbh.). Správca dane tieto intrakomunitárne dodávky preveroval v daňovej kontrole DREVO BB EXPORT s.r.o. Napriek tomu správca dane vyhodnotil tento dôkaz ako nepostačujúci na preukázanie dodania tovaru. Ďalej žalobca poukázal na to, že vo vyrubovacom konaní bol vypočutý ako svedok U. U., konateľ spoločnosti DREVO DM s.r.o. a REK s.r.o. (správne malo byť uvedené PDR s.r.o.), ktoré spoločnosti boli obchodným partnerom spoločnosti KEVOLA s.r.o. Svedok vo výpovedi dňa 20.11.2014 uviedol, že bol v sídle spoločnosti KEVOLA s.r.o., skladové priestory sa nachádzali za Šahami v obci Túrovce pri futbalovom ihrisku na začiatku dediny na ľavej strane. Jednalo sa o halu a pozemok pri hale v areáli bývalého družstva, v skladoch sa v tom čase nachádzalo palivové drevo, guľatina, olej a cukor. Napriek doplnenému dokazovaniu správca dane neuznal odpočítanie dane z predmetných faktúr. Žalobca v tejto súvislosti poukázal na rozsudok Najvyššieho súdu SR sp. zn. 6Sžf/10/2012 týkajúci sa rozloženia daňového bremena v daňovom konaní, podľa ktorého daňový subjekt preukazuje skutočnosti, ktoré majú vplyv na správne určenie dane a skutočnosti, ktoré je povinný uvádzať v priznaní, hlásení a vyúčtovaní, avšak nie je možné od neho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J.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február 2012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november 2011, vo vyrubovacom konaní na základe rozhodnutia žalovaného zo 14.05.2014, ako aj na základe zistení z daňovej kontroly a zistení vo vyrubovacom konaní vydal nové rozhodnutie dňa 03.02.2015, ktorým vyrubil rozdiel dane v sume 3.600,- Eur za zdaňovacie obdobie august 2011.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zákonným spôsobom a podľa § 61 ods. 1 písm. b/ Daňového poriadku bola prerušená rozhodnutím o prerušení daňovej kontroly z 23.08.2013 doručeným žalobcovi 30.08.2013.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za účelom preverenia zdaniteľných obchodov deklarovaných žalobcom v kontrolovanom zdaňovacom období, pretože výsledky tohto preverovania mali vplyv na správne určenie dane s tým, že správca dane bude pokračovať v daňovej kontrole len čo pominú dôvody, pre ktoré sa kontrola prerušila. Predmetná daňová kontrola bola prerušená odo dňa 02.09.2013 do prijatia odpovede z medzinárodnej výmeny informácií, ktorá bola doručená správcovi dane 15.11.2013. O tom, že pominuli prekážky, pre ktoré bola predmetná daňová kontrola prerušená, správca dane vydal oznámenie dňa 20.11.2013, ktoré doručil žalobcovi 26.11.2013. Z administratívneho spisu vyplýva, že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Z dôvodu, že odpoveď z MVI rozhodujúcej pre vydanie rozhodnutia neprichádzala, správca dane 02.09.2013 prerušil predmetnú daňovú kontrolu a táto skutočnosť podľa žalovaného nemôže vyvolať jej nezákonnosť. Daňový poriadok podľa § 61 ods. 1 písm. b/ umožňuje, nie prikazuje kontrolu prerušiť a po doručení odpovede z MVI dňa 15.11.2013 správca dane pokračoval v prerušenej daňovej kontrole.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Z uvedeného podľa žalovaného vyplýva, že správca dane vo vyrubovacom konaní odstránil vadu konania (prekročenie maximálnej dĺžky trvania kontroly) tak, že Protokol z predmetnej daňovej kontroly nebol použitý ako dôkaz vo vyrubovacom konaní a nebol ani podkladom pre vydanie nového rozhodnutia. Podkladom pre vydanie nového rozhodnutia boli zákonne získané dôkazy z daňovej kontroly, ako aj dôkazy získané vo vyrubovacom konaní. Žalovaný poukázal na to, že všetky dôkazy uvedené v Protokole boli získané v zákonnej ročnej lehote, a preto ich správca dane mohol použiť ako dôkazy vo vyrubovacom konaní. Tieto dôkazy z dôvodu nedodržania lehoty na výkon daňovej kontroly nemožno považovať za nezákonné. Z uvedeného žalovaný vyvodil, že správca dane sa vo vyrubovacom konaní riadil nálezom Ústavného súdu SR č. III. ÚS 24/2010-57 a z dôvodu prekročenia maximálnej dĺžky trvania kontroly v daňovom konaní nepoužil Protokol z daňovej kontroly ako zákonne získaný dôkazný prostriedok vo vyrubovacom konaní. Túto žalobnú námietku považoval žalovaný za nedôvodnú. K námietke žalobcu týkajúcej sa informovania splnomocneného zástupcu žalobcu a porušenia práva zúčastniť sa na prerokovaní pripomienok, ktoré žalobca uviedol počas vyrubovacieho konania žalovaný uviedol, že z administratívneho spisu vyplýva, že splnomocnený zástupca žalobcu bol oboznámený s výsledkami daňovej kontroly, o čom svedčí Zápisnica o ústnom pojednávaní z 13.01.2014. K Protokolu sa žalovaný písomne nevyjadril. Vo vyrubovacom konaní bol splnomocnený zástupca žalobcu informovaný o priebehu a výsledkoch vyrubovacieho konania, o čom svedčia zápisnice o ústnom pojednávaní. Oboznámenie bolo doručené splnomocnenému zástupcovi žalobcu 14.02.2015. Správca dane preveroval uskutočnenie predmetných zdaniteľných obchodov, čo podrobne uviedol v napadnutom rozhodnutí, pričom uviedol podrobné dôvody, pre ktoré správca dane neuznal daňovému subjektu odpočítanie dane z dodávateľských faktúr č. 01082011/02 z 01.08.2011 a č. 11082011/01 z 11.08.2011 od dodávateľa KEVOLA s.r.o. za dodávku kálaného dreva, pričom poukázal na výpoveď X. V., ktorý bol správcom dane vypočutý ako svedok 25.06.2013, na výsluchy svedkov spoločnosti KEVOLA s.r.o. a KALIPO s.r.o. a zápisnice o výsluchu svedkov, ktoré boli správcom dane poskytnuté PPZ. Žalovaný uviedol, že správca dane preveroval, či žalobcovi vzniklo právo na odpočítanie dane z deklarovaného nákupu tovaru v zmysle § 49 ods. 1 Zákona o DPH, pričom umožnil žalobcovi preukázať preverované fakturované plnenia. Zároveň poukázal aj na výpoveď samotného žalobcu k uvedeným faktúram. Vo vyrubovacom konaní pri ústnom pojednávaní dňa 08.07.2014 vyzval splnomocneného zástupcu žalobcu na preukázanie skutočností, ktoré by mali vplyv na správne určenie dane a na predloženie dôkazov k preverovaným dodávateľským faktúram, na základe ktorých správca dane neuznal odpočítanie dane za zdaňovacie obdobie august 2011. Žalovaný pri ústnom pojednávaní 20.11.2014 navrhol opakovane vypočuť svedka X. V., ktorý bol správcom dane vypočutý už v predchádzajúcom konaní. Správca dane vo vyrubovacom konaní opakovane predvolal X. V., bývalého konateľa spoločnosti KEVOLA s.r.o. na výsluch svedka, opakovaný výsluch sa však neuskutočnil, nakoľko svedok sa na predvolanie správcu dane nedostavil. Vo vyrubovacom konaní neboli zistené nové skutočnosti a neboli predložené žiadne nové relevantné dôkazy, ktoré by neboli predložené už v predchádzajúcom konaní a ktoré by po opakovanom výsluchu svedka mali vplyv na zistenia správcu dane. Žalovaný poukázal na to, že žalobca bol prítomný pri predchádzajúcom výsluchu svedka X. V., mal právo položiť svedkovi otázky za účelom objasnenia preverovanej dodávateľskej faktúry, čo však nevyužil a žiadne otázky svedkovi nepoložil. Na základe preverovaní v daňovej kontrole a vo vyrubovacom konaní nebolo preukázané, že tovar deklarovaný preverovanými dodávateľskými faktúrami bol reálne dodaný dodávateľom KEVOLA s.r.o. pre žalobcu, čím nebol preukázaný vznik daňovej povinnosti u deklarovaného dodávateľa KEVOLA s.r.o. v zmysle § 19 Zákona o DPH, čím žalobcovi v zmysle § 49 ods. 1, 2 písm. a/ v nadväznosti na § 51 ods. 1 písm. a/ Zákona o DPH nevzniklo právo na odpočítanie dane z preverovaných dodávateľských faktúr. Žalobca uviedol iba všeobecné tvrdenia bez konkrétneho dôkazu o dodávke tovaru, neodstránil pochybnosti o dodávateľovi, a teda nepreukázal splnenie podmienok na odpočítanie DPH. Pokiaľ si žalobca uplatňuje nárok na odpočítanie dane z dodávateľskej faktúry, musí byť schopný sám preukázať, že zdaniteľný obchod bol uskutočnený. Žalobca v rámci dokazovania predložil dodávateľské faktúry od deklarovaného dodávateľa KEVOLA s.r.o., čím preukazoval realizáciu deklarovaného zdaniteľného obchodu a splnenie podmienok pre odpočítanie dane v zmysle Zákona o DPH. Správca dane vypočul ako svedka dodávateľa, vykonal miestne zisťovanie na píle žalobcu. Správca dane nespochybnil existenciu tovaru, ale existencia tovaru ešte nie je dôkazom, že tento tovar bol pre žalobcu dodaný práve dodávateľom KEVOLA s.r.o. uvedeným na preverovaných dodávateľských faktúrach. Správca dane pri preverovaní skutočností týkajúcich sa dodávateľských faktúr, ktoré prijal žalobca v zdaňovacom období august 2011 od deklarovaného dodávateľa KEVOLA s.r.o., postupoval v súlade s § 24 ods. 2a Zákona o DPH. Žalovaný v písomnom vyjadrení poukázal na všeobecné vyjadrenie žalobcu, ktorý sa vyjadril len všeobecne k dodávkam od spoločnosti KEVOLA. Poukázal na vyhodnotenie dôkazov predložených žalobcom počas daňovej kontroly i vo vyrubovacom konaní, konkrétne k čestnému prehláseniu X. V., k predloženej odberateľskej faktúre č. OF 144/08/2011, ktorou bol tovar predaný spoločnosti DREVO BB EXPORT s.r.o. a následne touto spoločnosťou bol predaný dodávateľom v Rakúsku, resp. Nemecku, ďalej poukázal na zistenia získané kontrolnou skupinou vykonávajúcou kontrolu DPH za zdaňovacie obdobie r. 2011 u spoločnosti KEVOLA s.r.o. a KALIPO s.r.o. Z vyššie uvedených preverovaní pri daňovej kontrole a vo vyrubovacom konaní bolo zistené, že sa nepreukázalo uskutočnenie zdaniteľných obchodov, ktoré sú predmetom vedenia účtovníctva v zmysle zák. č. 431/2002 Z.z. o účtovníctve, čo podľa žalovaného potvrdilo skutočnosť, že samotná existencia faktúr nie je ešte relevantným dôkazom o uskutočnení zdaniteľného obchodu v zmysle § 8 Zákona o DPH a nebolo potvrdené uskutočnenie zdaniteľného obchodu v zmysle vyššie uvedených faktúr od žalobcom deklarovaného dodávateľa KEVOLA s.r.o. Správca dane nie je povinný vyhľadávať dôkazy svedčiace v prospech žalobcu. Správca dane prejednáva len dôkazy predložené žalobcom, čo vyplýva zo skutočnosti, že dôkazná povinnosť je na strane žalobcu. Zistenia správcu dane týkajúce sa dodávateľa KEVOLA s.r.o. vedú k pochybnostiam o dodaní deklarovaného tovaru práve týmto dodávateľom a tieto pochybnosti sa žalobcovi nepodarilo odstrániť. Dôkazné bremeno žalobca znáša ku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preverovanej faktúre.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žalobca vierohodným spôsobom nepreukázal, že zákonné podmienky pre uplatnenie odpočítania dane ustanovené v § 49 ods. 1 a 2 Zákona o DPH boli splnené, a preto postup správcu dane pri nepriznaní nároku na odpočítanie dane z preverovanej dodávateľskej faktúry, bol podľa žalovaného v súlade s citovaným ustanovením Zákona o DPH. Žalovaný s poukazom na obsah odôvodnenia napadnutého rozhodnutia uviedol, že spĺňa zákonom stanovené podmienky podľa § 63 ods. 5 Daňového poriadku, a preto nemôže byť posúdené ako nezákonné, arbitrárne, nedostatočne odôvodnené, nepreskúmateľné a nezrozumiteľné, ako tvrdí žalobca. Žalovaný poukázal aj na rozhodnutie Krajského súdu v Banskej Bystrici v obdobnej veci (rozsudok č.k. 23S/179/2014 zo dňa 19.05.2015).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pričom žiadosť o MVI do Maďarska bola zaslaná 27.11.2012. Dňa 20.11.2012 bola spísaná Zápisnica o ústnom pojednávaní, predmetom ktorej bolo vyjadrenie žalobcu k skutočnostiam, ktoré sa týkali výkonu daňovej kontroly, okrem iného okolností podnikania žalobcu. K faktúram za august 2011 sa žalobca konkrétne nevyjadril. Dňa 20.02.2013 bola správcovi dane doručená čiastočná odpoveď na MVI s tým, že u preverovaného subjektu prebieha kontrola. Z fotokópie faktúry č. 01082011/02 z 01.08.2011 vyplýva, že dodávateľ KEVOLA s.r.o. Šahy vyfakturoval žalobcovi ako odberateľovi kálané drevo v množstve 120 paliet za cenu 9.000,- Eur bez DPH + 20% DPH 1.800,- Eur, t.j. spolu sumu 10.800,- Eur. Faktúra bola opatrená pečiatkou dodávateľa (KEVOLA s.r.o. Šahy) a podpisom s uvedením mena X. V. a pečiatkou a podpisom odberateľa (žalobcu). K faktúre je pripojená fotokópia dodacieho listu z 01.08.2011 s rovnakými náležitosťami, ako sú uvedené na faktúre. Z fotokópie faktúry č. 11082011/01 z 11.08.2011 vyplýva, že dodávateľ KEVOLA s.r.o. Šahy vyfakturoval žalobcovi ako odberateľovi kálané drevo v množstve 120 paliet za cenu 9.000,- Eur bez DPH + 20% DPH 1.800,- Eur, t.j. spolu sumu 10.800,- Eur. Faktúra bola opatrená pečiatkou dodávateľa (KEVOLA s.r.o. Šahy) s uvedením mena osoby, ktorá vyhotovila faktúru (X. V.), avšak faktúru dodávateľ nepodpísal. Ďalej je faktúra opatrená pečiatkou a podpisom odberateľa (žalobcu). K faktúre je pripojená fotokópia dodacieho listu z 11.08.2011 s rovnakými náležitosťami, ako sú uvedené na faktúre (dodací list nebol podpísaný dodávateľom). Na faktúrach aj dodacích listoch bola uvedená poznámka, že cena bola určená dohodou s dopravou do Málinca. Dňa 26.03.2013 bolo vykonané miestne zisťovanie v prevádzke žalobcu - Píla Málinec, o čom správca dane spísal zápisnicu, z ktorej vyplýva, že v priestore prevádzky žalobcu sa nachádzalo okrem iného vozidlo MAN, na ktorom bola umiestnená hydraulická ruka.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Následne správca dane predvolal ako svedkov X. V. (konateľa spoločnosti KEVOLA s.r.o., Šahy) a F. E., pričom o termíne ústnych pojednávaní písomne upovedomil žalobcu. V administratívnom spise sa nachádza Zápisnica o ústnom pojednávaní z 20.08.2013 o vypočutí svedka F. E.. Zo zápisnice o výsluchu svedka X. V. zo dňa 25.06.2013 vyplýva, že spoločnosť KEVOLA s.r.o. nemá žiadnych zamestnancov, účtovné doklady vystavoval p. V.. Svedok potvrdil, že v rozhodnom období obchodoval so žalobcom, potvrdil vystavenie odberateľskej faktúry č. 01082011/02 s dátumom dodania 01.08.2011, ako aj faktúry č. 11082011/01 s dátumom dodania 11.08.2011, pričom predmetom dodávky bolo kálané drevo. Uvedené faktúry svedok aj podpísal. Dodávateľom spoločnosti KEVOLA s.r.o. bola podľa vyjadrenia svedka spoločnosť KALIPO s.r.o. Pôvod tovaru nevedel uviesť. Nemal žiadne doklady spoločnosti KEVOLA s.r.o., nakoľko všetky mal odovzdať novému konateľovi - p. R. Y. z Rumunska. Tovar bol prepravovaný priamo k odberateľovi - žalobcovi. Túto prepravu zabezpečovala spoločnosť KALIPO s.r.o. subdodávateľsky cez prepravné spoločnosti. Konkrétne mená osôb a prepravných spoločností nevedel uviesť. Tovar nebol prepravovaný do skladových priestorov spoločnosti KEVOLA s.r.o. Nevedel uviesť ani konkrétne mená vodičov, typ a EČV motorového vozidla. Drevo malo byť prepravené na pílu v Málinci. Dodávky boli realizované na základe ústnych, alebo mejlových, alebo telefonických objednávok žalobcu. Nevedel uviesť, či a ako boli tieto faktúry uhradené. Následne správca dane rozhodnutím č. 9601403/5/3918380/2013/StrM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august 2011 správca dane poukázal na obsah žalobcovho podania z 19.02.2013 a na dôkazy ním predložené. Zo zápisnice vyplýva, že správca dane prostredníctvom kontrolnej skupiny vykonávajúcej kontrolu DPH za r. 2011 u daňového subjektu KEVOLA s.r.o. Šahy zistil, že spoločnosť KEVOLA s.r.o. zmenila konateľa, ktorým sa stal R. Y., ktorý je podľa medzinárodného preverenia neexistujúcou osobou. Spoločnosť so správcom dane nekomunikuje, nepreberá poštu, nereaguje na výzvy. Doklady k daňovej kontrole neboli predložené. Podľa zistenia správcu dane výhradným obchodným partnerom spoločnosti KEVOLA s.r.o., Šahy bola spoločnosť KALIPO s.r.o., Bratislava, avšak ani jedna odberateľská faktúra pre spoločnosť KEVOLA s.r.o. nebola vystavená za dodanie drevnej hmoty a uvedená spoločnosť ani nemala vytvorené vhodné podmienky na uskutočnenie zdaniteľných obchodov.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C.. V. G.. Z Protokolu vyplýva, že vo vzťahu k zdaňovaciemu obdobiu august 2011 správca dane zistil, že sa nepreukázalo uskutočnenie zdaniteľného obchodu vyfakturovaného faktúrou č. 01082011/02 dodávateľom KEVOLA s.r.o., Šahy, z ktorej si v zdaňovacom období august 2011 odpočítal žalobca DPH vo výške 1.800,- Eur a faktúru č. 11082011/01, z ktorej si v zdaňovacom období august 2011 odpočítal žalobca DPH 1.800,- Eur, pričom správca dane poukázal na zistenia vyplývajúce z výpovede žalobcu, ako aj z informácii zistených z dokumentov poskytnutých z PPZ, NAKA, NJFP, Expozitúra Stred Banská Bystrica z 03.04.2013, ktoré obsahovali výsluch svedkov Š. V., L. D., M. M., M. I. a v Protokole poukázal na obsah výpovedí týchto svedkov. Z úradného záznamu vyhotoveného správcom dane 05.02.2014 vyplýva, že žalobca sa k zisteniam uvedeným v Protokole z daňovej kontroly v stanovenej lehote (do 03.02.2014) nevyjadril. Správca dane vydal dňa 10.02.2014 rozhodnutie č. 9601403/5/521222/2014/StrM, ktorým vyrubil žalobcovi rozdiel dane v sume 3.600,- Eur na DPH za zdaňovacie obdobie august 2011 s odôvodnením, že žalobca nepreukázal, že mu vznikol nárok na odpočítanie dane z titulu nadobudnutia tovaru v tuzemsku podľa § 51 ods. 1 písm. a/ Zákona č. 222/2004 Z. z. o DPH v znení neskorších predpisov (ďalej aj Zákon o DPH). Proti predmetnému rozhodnutiu správcu dane podal žalobca odvolanie, o ktorom žalovaný rozhodol rozhodnutím č. 1100301/1/225372/2014/5098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august 2011 k faktúram č. 01082011/02 a č. 11082011/01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o čom správca dane upovedomil žalobcu. Zo zápisnice z 08.09.2014 vyplýva, že zástupca žalobcu predložil správcovi dane dôkazy k sporným faktúram na USB a navrhol vypočuť svedkov. K dodávateľským faktúram za august 2011 (č. 01082011/02 a č. 11082011/01 predložil žalobca odberateľskú faktúru č. 144/08/2011, ktorou bol tovar dodaný odberateľovi DREVO BB EXPORT s.r.o. a ďalej predložil faktúry spoločnosti DREVO BB EXPORT s.r.o., ktorými tovar ďalej predal svojim odberateľom (faktúry č. 57/08/2011, č. 58/08/2011, č. 60/08/2011, č. 50/08/2011, č. 61/08/2011 a č. 63/08/2011). Zároveň predložil príjemku na sklad a skladové karty uvedeného druhu tovaru obidvoch spoločností. Správca dane predvolal na výsluch svedkov: C.. X. U., R. Q., C. M., P. U. a U. U., o čom upovedomil písomne žalobcu. Zo zápisnice z 30.09.2014 vyplýva, že zástupca žalobcu predložil správcovi dane dôkazy na USB, okrem iného čestné prehlásenie X. V. o tom, že v zdaňovacom období 2011 vykonával obchodnú činnosť so žalobcom, ako aj mailovú komunikáciu žalobcu so spoločnosťou KEVOLA s.r.o. z marca 2012 ohľadne dodávok kálaného dreva a pryziem. V administratívnom spise sa nachádzajú zápisnice o výsluchu predvolaných svedkov. Žalobca 20.11.2014 navrhol vo vyrubovacom konaní vypočuť ako svedkov F. E. a X. V., ktorí boli správcom dane predvolaní na pojednávanie, o čom bol žalobca písomne upovedomený. Zo zápisnice o ústnom pojednávaní zo dňa 20.11.2014 o výsluchu svedka U. U., ktorý bol konateľom a zároveň aj zamestnancom spoločnosti PDR s.r.o., vyplýva, že zabezpečoval kamiónovú dopravu a bol zároveň vodič - jazdil s motorovým vozidlom IVECO ŠPZ G na ktorom súčasne jazdil aj p. R. Q.. Prepravovali drevo, materiál a výrobky z dreva. Jednalo sa o vnútroštátnu aj medzinárodnú dopravu do Maďarska. Miesta nakladania a vykladania tovaru boli rôzne. Auto nemalo hydraulickú ruku, a preto pri nakladaní aj vykladaní bol vždy prítomný niekto za dodávateľa aj za odberateľa. Svedok sa vyjadroval k faktúram, ktoré boli vystavené spoločnosťou PDR s.r.o. Svedok uviedol, že v r. 2011 bol aj konateľom spoločnosti DREVO DM s.r.o., ktorá obchodovala so žalobcom. Vyjadril sa k faktúram, ktoré boli vystavené spoločnosťou DREVO DM s.r.o. pre žalobcu. Uvedené vyjadrenie sa netýka preverovaných faktúr za mesiac august 2011. Potvrdil, že obchodným partnerom spoločnosti PDR s.r.o. i DREVO DM s.r.o., ktorej bol konateľom, bola aj spoločnosť KEVOLA s.r.o., ktorá mala skladové priestory za Šahami v obci Túrovce, pri futbalovom ihrisku na začiatku dediny, na ľavej strane v areáli bývalého družstva. Nachádzalo sa tam palivové drevo, guľatina, olej, cukor. Vyjadril s k nákupu tovaru od spoločnosti KEVOLA s.r.o., pričom tovar bol prepravovaný jeho kamiónom. Z uvedeného vyplýva, že svedok sa konkrétne nevyjadril k faktúram, ktoré boli vystavené spoločnosťou KEVOLA s.r.o. voči žalobcovi v mesiaci august 2011. Zo zápisnice o ústnom pojednávaní z 22.12.2014 o výsluchu svedka F. E. vyplýva, že jeho výpoveď sa netýkala faktúr za zdaňovacie obdobie august 2011. Svedok X. V. sa na výsluch nedostavil. V administratívnom spise sa nachádza fotokópie dokumentov poskytnutých z PPZ, NAKA, NJFP, Expozitúra Stred Banská Bystrica - výsluchy svedka T. T., T. V., L. G., L. V., ktoré boli vykonané policajnými orgánmi. Správca dane podaním z 28.01.2015 doručeným zástupcovi žalobcu 14.02.2015 oboznámil žalobcu s výsledkom vyrubovacieho konania. Správca dane následne 03.02.2015 vydal rozhodnutie č. 9601403/5/263474/2015/StrM (prvostupňové rozhodnutie správcu dane), ktorým žalobcovi vyrubil rozdiel dane v sume 3.600,- Eur na DPH za zdaňovacie obdobie august 2011. Správca dane v odôvodnení rozhodnutia uviedol, že u žalobcu ako platiteľa DPH vykonal daňovú kontrolu okrem iného za zdaňovacie obdobie august 2011, vydal rozhodnutie z 10.02.2014, ktorým vyrubil žalobcovi rozdiel DPH vo výške 3.600,- Eur, ktoré rozhodnutie žalovaný rozhodnutím zo 14.05.2014 zrušil a vec vrátil správcovi dane na nové konanie a rozhodnutie. Správca dane následne pokračoval v konaní vo veci vyrubenia DPH a vyzval žalobcu na predloženie dôkazov k dodávateľským faktúram, na základe ktorých mu správca dane neuznal odpočítanie dane za zdaňovacie obdobie august 2011. Žalobca navrhol vo vyrubovacom konaní vypočuť svedka X. V., ktorý sa však na výsluch nedostavil.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dane z pridanej hodnoty za zdaňovacie obdobie august 2012, počas ktorej správca dane preveroval predložené doklady a zistil, že žalobca si v kontrolovanom zdaňovacom období august 2012 odpočítal DPH vo výške 3.600,- Eur z tovaru fakturovaného dodávateľskými faktúrami od dodávateľa KEVOLA s.r.o., Šahy (faktúry č. 01082011/02 a č. 11082011/01), ktorý nepoužil na dodávky tovarov a služieb ako platiteľ. Poukázal na vyjadrenie samotného žalobcu a na to, že žalobca nepredložil relevantné dôkazy preukazujúce jeho tvrdenia deklarované podaným daňovým priznaním a uplatnením odpočítania DPH z faktúr za mesiac august 2011. Poukázal na to, že počas daňovej kontroly vypočul ako svedka Štefana V., ktorý potvrdil, že ako konateľ spoločnosti KEVOLA s.r.o. so žalobcom obchodoval, vystavil a podpísal predmetné faktúry. Uviedol, že spoločnosť nemala žiadnych zamestnancov. Pôvod dreva nevedel uviesť. Nepredložil žiadne doklady, tieto mal odovzdať novému konateľovi R. Y. z Rumunska. Tovar bol prepravený priamo žalobcovi, prepravu zabezpečovala spoločnosť KALIPO s.r.o. Mená prepravných spoločností, vodičov, ani EČV vozidiel nevedel uviesť. Dodávky boli na základe ústnych objednávok, nevedel, či faktúry boli uhradené. Žalobca nevyužil právo položiť svedkovi otázky. Vo vyrubovacom konaní sa svedok na výsluch nedostavil. Pokiaľ vo vyrubovacom konaní žalobca predložil ako dôkaz čestné prehlásenie X. V., toto nepreukazuje, že fakturovaný tovar bol žalobcovi aj skutočne dodaný. Mailová komunikácia sa netýkala faktúr za august 2011. Žalobca vo vyrubovacom konaní predložil k dodávateľským faktúram č. 01082011/02 a 11082011/01 odberateľskú faktúru OF č. 144/08/2011, ktorou bol tovar dodaný odberateľovi DREVO BB EXPORT s.r.o., predložil faktúry spoločnosti DREVO BB EXPORT s.r.o., ktorými tovar ďalej predával svojim odberateľom (v rozhodnutí špecifikoval týchto odberateľov a jednotlivé faktúry), predložil príjemku na sklad a skladové karty uvedeného druhu tovaru obidvoch spoločností. Uvedené dôkazy predložené žalobcom správca dane nepovažuje za postačujúce, nakoľko tieto nijako nepreukazujú, že fakturovaný tovar bol skutočne dodaný pre daňová subjekt Martin M., ale iba splnenie si zákonom stanovenej povinnosti voči správcovi dane. Odberateľskú faktúru vystavenú pre spoločnosť DREVO BB EXPORT s.r.o., t.j. pre spoločnosť, v ktorej je U. M. (žalobca) jediným spoločníkom a konateľom, správca dane vyhodnotil ako nerelevantný dôkaz, keďže správca dane zistil personálne prepojenie v osobe kontrolovaného daňového subjektu, ktorý v čase uskutočnenia deklarovaných zdaniteľných obchodov bol jediným konateľom spoločnosti DREVO BB EXPORT s.r.o. Existencia personálne prepojených podnikateľských subjektov, kedy si tieto subjekty predávali tovar „samy sebe“ umožnil vznik čisto umelej situácie za účelom odpočítania dane podľa § 49 ods. 2 písm. a/ Zákona o DPH. Správca dane poukázal na to, že podstata podnikania je v tvorbe reálneho zisku reálnymi ekonomickými aktivitami vyplývajúcimi z reálnych požiadaviek trhu. Správca dane preveroval, či táto podstata podnikania boli naplnená, či bola naplnená ekonomická zmysluplnosť obchodných transakcií, a teda či kontrolovanému daňovému subjektu vzniklo právo na odpočítanie DPH z nákupu tovaru v zmysle § 49 ods. 1 Zákona o DPH. Správca dane konštatoval, že žalobcom predložené dôkazy nepreukazujú, že fakturovaný tovar bol žalobcovi dodávateľom skutočne dodaný. Správca dane zároveň konštatoval, že z preverovaní pri daňovej kontrole sa nepreukázalo uskutočnenie zdaniteľných obchodov, existencia faktúry nie je sama o sebe dôkazom o uskutočnení zdaniteľného obchodu v zmysle § 8 Zákona o DPH a nebolo potvrdené uskutočnenie zdaniteľného obchodu od spoločnosti KEVOLA s.r.o. ani na základe informácií od správcu dane vykonávajúceho daňovú kontrolu (spoločnosť KEVOLA s.r.o. nepredložila doklady, zmenila konateľa, nový konateľ pán Y. je neexistujúca osoba, bývalý konateľ X. V. nepredložil žiadne dôkazy, dodávateľ spoločnosti KEVOLA s.r.o. - spoločnosť KALIPO s.r.o. je nekontaktná, nepredložila žiadne doklady). Správca dane poukázal na zistenia získané v súvislosti s daňovou kontrolou spoločnosti KALIPO s.r.o. prostredníctvom PPZ, NAKA, NJFP, Expozitúra Stred Banská Bystrica (zápisnice z výsluchu svedkov L. D. a M. M., bývalých konateľov spoločnosti KALIPO s.r.o., bývalého konateľa KEVOLA s.r.o. Š. V.), z ktorých vyplýva, že spoločnosť KALIPO s.r.o. nemala na adrese sídla administratívne priestory, nevykonávala ekonomickú činnosť, nemala žiadnych zamestnancov ani majetok, konateľ M. (maďarský štátny príslušník) nevedel, že je konateľom, M. M. vykonával činnosť len podľa telefonických pokynov z neznámeho čísla, konateľ D. si nepamätal podrobnosti obchodov. Správca dane konštatoval, že žalobca nepreukázal vznik daňovej povinnosti z deklarovaného zdaniteľného obchodu so spoločnosťou KEVOLA s.r.o., predložením dôkazov o tom, že zdaniteľný obchod deklarovaný faktúrami č. 01082011/02 a č. 11082011/01 sa uskutočnil, že tovar reálne nadobudol a došlo k fyzickému dodaniu tovaru a tým aj k nadobudnutiu práva nakladať s tovarom ako vlastník, čím žalobca porušil § 49 ods. 1, 2 a § 51 ods. 1 v spojení s § 8 ods. 1 a § 19 ods. 1 Zákona o DPH, a preto mu správca dane nepriznal nárok na odpočet dane.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svedkov,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01082011/02 z 01.08.2011 a č. 11082011/01 z 11.08.2011 od dodávateľa KEVOLA s.r.o., Šahy, predmetom fakturácie bolo kálané drevo s dopravou do Málinca. Ďalej poukázal na výsledky preverovania oprávnenosti uplatneného odpočtu dane a dokazovanie vykonané správcom dane počas daňovej kontroly. Správca dane zdaniteľný obchod deklarovaný predmetnými faktúrami preveroval u dodávateľa, pričom ako svedka vypočul X. V., bývalého konateľa spoločnosti KEVOLA s.r.o. Poukázal na obsah jeho výpovede z 25.06.2013. Ďalej poukázal na zistenia získané prostredníctvom dožiadaného správcu dane, ako aj zo spisu daňovej kontroly vykonanej na žalobcu za iné zdaňovacie obdobia. Pri výkone daňovej kontroly správca dane využil informácie a zistenia PPZ Banská Bystrica týkajúce sa spoločnosti KALIPO s.r.o., KEVOLA s.r.o. a to výsluchu svedkov - bývalých konateľov spoločnosti KALIPO s.r.o. L. D. a M. M. a spoločnosti KEVOLA s.r.o. Š. V., ako aj účtovníčky tejto spoločnosti M. I. a poukázal na obsah týchto výpovedí. Uvedené výsluchy boli vykonané policajnými orgánmi.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14.05.2014,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už 27.11.2012 zaslal žiadosť o MVI, t.j.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Zrušujúcim rozhodnutím z 10.02.2014 podľa žalovaného odvolací orgán vrátil správcu dane do vyrubovacieho konania, preto bol správca dane povinný konať a rozhodnúť. Protokol z daňovej kontroly, keďže nebola ukončená v zákonnej lehote, nebol podkladom pre vydanie nového rozhodnutia správcu dane, správca dane sa ani na Protokol neodvoláva. Správca dane podľa žalovaného vo vyrubovacom konaní doplnil existujúce dôkazy, vykonal preverenia a výpovede svedkov, vyhodnotil všetky dôkazy a o výsledku vyrubovacieho konania oboznámil žalobcu. Podľa žalovaného správca dane teda vo vyrubovacom konaní odstránil vadu konania (prekročenie maximálnej dĺžky konania daňovej kontroly) tak, že Protokol z predmetnej daňovej kontroly nebol použitý ako dôkaz vo vyrubovacom konaní a nebol podkladom pre nové rozhodnutie.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preverovanými dodávateľskými faktúrami, z ktorých si žalobca uplatnil odpočítanie dane, bol reálne dodaný dodávateľom KEVOLA s.r.o. pre žalobcu, čím nebol preukázaný vznik daňovej povinnosti u deklarovaného dodávateľa KEVOLA s.r.o. v zmysle § 19 ods. 2 Zákona o DPH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t.j. aj zápisnice o výsluchu svedkov získané PPZ.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KEVOLA s.r.o. správca dane spochybnil ekonomickú činnosť tejto spoločnosti, čím bolo spochybnené aj reálne dodanie preverovaného tovaru deklarovaným dodávateľom pre žalobcu. Žalobca teda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406/2011 Z.z. v znení úč. do 30.11.2011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1100301/1/225372/2014/4989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sám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