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24S/147/2015 z 27. 6. 2016</w:t>
      </w:r>
    </w:p>
    <w:p>
      <w:r>
        <w:t>Rozhodnutie Krajského súdu Banská Bystrica z 27. júna 2016, sp. zn. 24S/147/2015, ECLI:SK:KSBB:2016:6015201015.1</w:t>
      </w:r>
    </w:p>
    <w:p>
      <w:r>
        <w:t>Súd: Krajský súd Banská Bystrica</w:t>
      </w:r>
    </w:p>
    <w:p>
      <w:r>
        <w:t>Spisová značka: 24S/147/2015</w:t>
      </w:r>
    </w:p>
    <w:p>
      <w:r>
        <w:t>ECLI: ECLI:SK:KSBB:2016:6015201015.1</w:t>
      </w:r>
    </w:p>
    <w:p>
      <w:r>
        <w:t>Dátum vydania: 27. 6. 2016</w:t>
      </w:r>
    </w:p>
    <w:p>
      <w:r>
        <w:t>Forma: Rozhodnutie</w:t>
      </w:r>
    </w:p>
    <w:p>
      <w:r>
        <w:t>Oblasť práva: Správne právo</w:t>
      </w:r>
    </w:p>
    <w:p>
      <w:pPr>
        <w:pStyle w:val="Heading2"/>
      </w:pPr>
      <w:r>
        <w:t>Text rozhodnutia</w:t>
      </w:r>
    </w:p>
    <w:p>
      <w:r>
        <w:t>Súd: Krajský súd Banská Bystrica Spisová značka: 24S/147/2015 Identifikačné číslo súdneho spisu: 6015201015 Dátum vydania rozhodnutia: 28. 06. 2016 Meno a priezvisko sudcu, VSÚ: JUDr. Alena Antalová ECLI: ECLI:SK:KSBB:2016:6015201015.1 Rozhodnutie Krajský súd v Banskej Bystrici v senáte zloženom z predsedníčky senátu JUDr. Aleny Antalovej a členov senátu JUDr. Jany Novotnej a JUDr. Jozefa Zlochu v právnej veci žalobcu: Z. E., F. XXX/XX, XXX XX Z., zast. advokátom JUDr. Jozefom Brázdilom, Trhová 992/1, 960 01 Zvolen proti žalovanému: Finančné riaditeľstvo Slovenskej republiky, Lazovná 63, 974 01 Banská Bystrica o preskúmanie zákonnosti rozhodnutia žalovaného č. 1100301/1/216217/2015/5098 zo dňa 22.05.2015 takto r o z h o d o l : Rozhodnutie žalovaného č. 1100301/1/216217/2015/5098 zo dňa 22.05.2015 v spojení s rozhodnutím Daňového úradu Banská Bystrica č. 9601403/5/264433/2015/StrM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1100301/1/216217/2015/5098 zo dňa 22.05.2015 (ďalej len „napadnuté rozhodnutie žalovaného“), ktorým žalovaný potvrdil rozhodnutie Daňového úradu Banská Bystrica (ďalej aj „prvostupňový správny orgán“ alebo „správca dane“) č. 9601403/5/264433/2015/StrM zo dňa 03.02.2015 (ďalej aj „prvostupňové rozhodnutie“), ktorým bol žalobcovi podľa § 68 ods. 5 zák. č. 563/2009 Z.z. o správe daní a o zmene a doplnení niektorých zákonov v znení neskorších predpisov (ďalej len „Daňový poriadok“) vyrubený rozdiel dane z pridanej hodnoty (ďalej len „DPH“) za zdaňovacie obdobie november 2011 zo sume 2.000,-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9601403/5/522040/2014/StrM dňa 10.02.2014, ktoré na základe podaného odvolania žalobcu bolo rozhodnutím č. 1100301/1/225408/2014/4989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dva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C. nebude opakovane predvolaný, neboli v ňom uvedené skutočnosti o nahliadnutí do spisu daňových kontrol u K. Q. - REK, neboli uvedené zistenia z mýtneho systému. Žalobca nebol o týchto skutočnostiach vo vyrubovacom konaní nikdy oboznámený a bolo mu odňaté právo vyjadriť sa k nim. Správca dane nepostupoval podľa § 68 ods. 3 Daňového poriadku. Žiadna zo zápisníc spísaných vo vyrubovacom konaní nebola označená za poslednú.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21112011/04 s dátumom dodania 21.11.2011 za dodanie kompletnej kabíny Tatra 815 s dopravou do Málinca v celkovej výške základu dane 10.000,- Eur a daň v sadzbe 20 % v sume 2.000,- Eur od dodávateľa KEVOLA s.r.o. Šahy. Správca dane ako ďalšie dôkazy uviedol zápisnice o výsluchu svedkov, ktoré boli správcovi dane poskytnuté PPZ. Tieto svedecké výpovede podľa žalobcu neboli vykonané v súlade s Daňovým poriadkom, a preto na ne nemožno prihliadať ako na zákonné dôkazy pri správe daní. Žalobca nemal právo zúčastniť sa týchto svedeckých výpovedí a klásť svedkovi otázky, a preto bol žalobca ukrátený na svojich právach. Žalobca poukázal na záver správcu dane, že v prípade dodávateľa spoločnosti KEVOLA s.r.o. nebolo preukázané uskutočnenie žiadneho skutočného zdaniteľného obchodu medzi žalobcom a subjektom KEVOLA s.r.o., z čoho správca dane vyvodil, že žalobca si neoprávnene uplatnil odpočítanie dane podľa § 49 Zákona o DPH. Vo vyrubovacom konaní žalobca predložil odberateľskú faktúru č. 006/01/2013, ktorou bol predmetný tovar predaný Z. E., synovi žalobcu. Vo vyrubovacom konaní bol vypočutý ako svedok Z. Z. - konateľ spoločnosti REK s.r.o. a DREVO DM s.r.o., ktoré spoločnosti boli obchodnými partnermi spoločnosti KEVOLA s.r.o., pričom svedok dňa 20.11.2014 uviedol, že bol v sídle spoločnosti KEVOLA s.r.o., skladové priestory sa nachádzali za Šahami v obci Túrovce pri futbalovom ihrisku na začiatku dediny na ľavej strane. Jednalo sa o halu a pozemok pri hale v areáli bývalého družstva, v skladoch sa v tom čase nachádzalo palivové drevo, guľatina, olej a cukor. Napriek doplnenému dokazovaniu správca dane neuznal odpočítanie dane z predmetnej faktúry. Žalobca v tejto súvislosti poukázal na rozsudok Najvyššieho súdu SR č. k. 6Sžf/10/2012 týkajúci sa rozloženia dôkazného bremena v daňovom konaní, v ktorom sa konštatuje, že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evidencii alebo záznamov ním vedených. Nie je však možné od daňového subjektu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november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november 2011, vo vyrubovacom konaní na základe rozhodnutia žalovaného zo 14.05.2014, ako aj na základe zistení z daňovej kontroly a zistení vo vyrubovacom konaní vydal nové rozhodnutie dňa 03.02.2015, ktorým vyrubil rozdiel DPH za zdaňovacie obdobie november 2011 v sume 2.000,- Eur.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o nedodržaní podmienok na uplatnenie nároku na vrátenie nadmerného odpočtu v zmysle ustanovení Zákona o DPH. K námietkam týkajúcim sa prerušenia daňovej kontroly žalovaný uviedol, že daňová kontrola bola začatá za zdaňovacie obdobie január až november 2011 ako celok a podľa § 61 ods. 1 písm. b/ Daňového poriadku bola prerušená rozhodnutím o prerušení daňovej kontroly z 23.08.2013, v ktorom bol uvedený dôvod prerušenia.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Pokiaľ správca dane až 02.09.2013 prerušil predmetnú daňovú kontrolu, táto skutočnosť podľa žalovaného nemôže vyvolať jej nezákonnosť. Daňový poriadok podľa § 61 ods. 1 písm. b/ umožňuje, nie prikazuje kontrolu prerušiť. V rozhodnutí o prerušení daňovej kontroly je uvedené, že správca dane bude v kontrole pokračovať, len čo pominú dôvody, pre ktoré sa kontrola prerušila, do doručenia odpovede na žiadosť o MVI. K námietkam žalobcu, že daňová kontrola mala byť ukončená 07.01.2014 uviedol, že na základe rozhodnutia žalovaného, ktorým zrušil rozhodnutie správcu dane z 10.02.2014 bolo vykonané vyrubovacie konanie, v ktorom správca dane vypočul svedkov, vykonal miestne zisťovanie, nahliadol do spisov z iných daňových kontrol, preveroval skutočnosti týkajúce sa prijatia tovarov a služieb žalobcom. Správca dane sa vo vyrubovacom konaní riadil nálezom Ústavného súdu SR 24/2010 a z dôvodu prekročenia maximálnej dĺžky trvania kontroly v daňovom konaní nepoužil Protokol z daňovej kontroly. Keďže daňová kontrola bola začatá v súlade so zákonom, musela byť dokončená, aj keď nebola dodržaná lehota na jej vykonanie.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Vo vyrubovacom konaní pri ústnom pojednávaní dňa 08.07.2014 vyzval správca dane splnomocneného zástupcu žalobcu na preukázanie skutočností, ktoré by mali vplyv na správne určenie dane a na predloženie dôkazov k preverovaným dodávateľským faktúram, na základe ktorých správca dane neuznal odpočítanie dane za zdaňovacie obdobie november 2011. Žalovaný žalobcom predložené dôkazy po ich vyhodnotení a v nadväznosti na vykonané dokazovanie správcu dane považuje za formálne vystavené, ktoré nespĺňajú základnú podmienku možnosti uplatnenia odpočítania dane. Správca dane preveroval uskutočnenie predmetných zdaniteľných obchodov, čo podrobne uviedol aj v napadnutom rozhodnutí. Žalovaný v písomnom vyjadrení podrobne uviedol dôvody, pre ktoré správca dane neuznal daňovému subjektu odpočítanie dane. Žalovaný poukázal na výpoveď svedka C., bývalého konateľa spoločnosti KEVOLA s.r.o., ktorý 25.06.2013 uviedol, že faktúru č. 21112011/04 vystavil a podpísal. Potvrdil, že spoločnosť KEVOLA s.r.o. v rozhodnom období obchodovala so žalobcom, pôvod tovaru nevedel uviesť. Nemal žiadne doklady, všetky mal odovzdať novému konateľovi p. B. M. z Rumunska (neexistujúca osoba). Tovar mal byť prepravený priamo k odberateľovi - žalobcovi, prepravu mala zabezpečovať spoločnosť KALIPO s.r.o. Konkrétne mená osôb a prepravných spoločností nevedel uviesť, ani mená vodičov, typ a EČV motorového vozidla, ani vlastníka vozidla. Tovar nebol prepravovaný do skladových priestorov spoločnosti KEVOLA. Svedok sa ďalej vyjadril k dodávke dreva, ktoré nebolo predmetom dodávky preverovanej v zdaňovacom období november 2011. Žalovaný poukázal na výpoveď žalobcu, ktorý dňa 08.09.2014 na základe výzvy na predloženie dôkazov vykonávaným vo vyrubovacom konaní predložil k dodávateľskej faktúre za november 2011 odberateľskú faktúru č. OF006/01/2013, ktorou bol tovar predaný Z. E., synovi žalobcu. Odberateľskú faktúru vystavenú pre syna správca dane nepovažoval za relevantný dôkaz. Vzhľadom na personálne prepojenie v osobe žalobcu a jeho syna a vzhľadom na to, že tieto subjekty si predávali tovar „samé sebe“, vznikla čisto umelá situácia za účelom odpočítania dane podľa Zákona o DPH v personálne prepojenej spoločnosti. Žalobcom predložené čestné prehlásenie N. C. z 21.03.2012 nie je hodnoverným dôkazom o dodávke fakturovaného tovaru, predložená meilová komunikácia sa netýkala zdaňovacieho obdobia november 2011. Správca dane preveroval, či bola naplnená ekonomická podstata podnikania a zmysluplnosť obchodných transakcií a či žalobcovi vzniklo právo na odpočet DPH z nákupu tovaru. Žalovaný v rámci vykonávanej kontroly prostredníctvom kontrolnej skupiny vykonávajúcej kontrolu DPH za r. 2011 u subjektu KEVOLA s.r.o. Šahy, zistil, že spoločnosť KEVOLA s.r.o. v čase výkonu daňovej kontroly zmenila konateľa, novým konateľom sa stal p. B. M., ktorý je podľa medzinárodného preverenia neexistujúcou osobou. Spoločnosť KEVOLA s.r.o. so správcom dane nekomunikuje, poštu nepreberá, na výzvy nereaguje, žiadne požadované dôkazy k výkonu kontroly nepredložila. Miestne príslušným správcom dane bolo zistené, že výhradným dodávateľom spoločnosti KEVOLA s.r.o. bola spoločnosť KALIPO s.r.o., pričom táto spoločnosť nemala vytvorené vhodné podmienky na uskutočnenie zdaniteľných obchodov. Žalovaný poukázal na odôvodnenie rozhodnutia správcu dane, z ktorého vyplýva, že spoločnosť KEVOLA s.r.o. nevedela preukázať predaj tovaru žalobcovi a že sa jedná o fiktívny obchod. Žalovaný konštatoval, že ani vo vyrubovacom konaní neboli správcovi dane predložené žiadne relevantné dôkazy preukazujúce, že fakturovaný tovar bol skutočne dodaný žalobcovi. Žalovaný uzavrel, že z preverovania v daňovej kontrole a vo vyrubovacom konaní správca dane zistil, že sa nepreukázalo uskutočnenie zdaniteľných obchodov, ktoré sú predmetom vedenia účtovníctva, čo potvrdilo skutočnosť, že samotná existencia faktúr, dodacích listov ešte nie je relevantným dôkazom o uskutočnení zdaniteľného obchodu v zmysle Zákona o DPH, nebolo potvrdené uskutočnenie zdaniteľného obchodu v zmysle predmetných faktúr. Žalobca v rámci dokazovania predložil faktúru, dodací list, čím dokazoval realizáciu obchodu, správca dane nespochybnil existenciu tovaru, ale existencia tovaru ešte nie je dôkazom, že tento tovar bol dodaný práve dodávateľom KEVOLA s.r.o. Správca dane pri preverovaní skutočností týkajúcich sa dodávateľskej faktúry za november 2011 od dodávateľa KEVOLA s.r.o. postupoval v súlade s § 24 ods. 4 Daňového poriadku. V daňovom konaní platí zásada prejednávacia a nie vyhľadávacia. Správca dane nie je povinný vyhľadávať dôkazy svedčiace v prospech žalobcu, správca dane iba prejednáva dôkazy predložené žalobcom, čo vyplýva zo skutočnosti, že dôkazná povinnosť je na strane žalobcu (§ 45 ods. 2 písm. e/ Daňového poriadku). Zistenia správcu dane týkajúce sa uvedených dodávateľov vedú k pochybnostiam o dodaní deklarovaného tovaru práve týmito dodávateľmi a tieto pochybnosti sa žalobcovi nepodarilo odstrániť. Dôkazné bremeno znáša žalobca k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preverovaných faktúrach. Tejto povinnosti sa nemôže žalobca zbaviť iba predložením faktúry, prípadne dokladom o jej úhrade a tvrdením, že k dodaniu tovaru, resp. služby došlo.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neboli dodržané podmienky pre uplatnenie odpočítania dane ustanovené v Zákone o DPH. Žalovaný uviedol, že rozhodnutie bolo vydané na základe dostatočne zisteného skutkového stavu a zo získaných dôkazov bol prijatý správny právny záver, pričom rozhodnutie je náležite odôvodnené. Žalovaný poukázal na rozhodnutie Krajského súdu v Banskej Bystrici v obdobnej veci - rozsudok č.k. 23S/179/2014 z 19.05.2015.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Dňa 20.11.2012 bola spísaná Zápisnica o ústnom pojednávaní, predmetom ktorej bolo vyjadrenie žalobcu k skutočnostiam, ktoré sa týkali výkonu daňovej kontroly, okrem iného okolností jeho podnikania. Žalobca uviedol, že obchodoval s drevom a potravinami, poskytoval služby - ťažbu dreva pre urbárske lesné spoločnosti, prenájom motorových vozidiel a budov - skladov. Dňa 20.02.2013 bola správcovi dane doručená čiastočná odpoveď na MVI s tým, že u preverovaného subjektu prebieha kontrola. Z fotokópie faktúry č. 21112011/04 zo dňa 21.11.2011 vyplýva, že dodávateľ KEVOLA s.r.o. Šahy vyfakturoval žalobcovi ako odberateľovi dodávku kompletnej kabíny Tatra 815 v množstve 1ks, cena bez DPH 10.000,- Eur + 20 % DPH 2.000,- Eur, spolu fakturovaná suma 12.000,- Eur. Na faktúre je uvedené, že cena je s dopravou do Málinca. Faktúra je opatrená pečiatkou dodávateľa KEVOLA s.r.o. Šahy s uvedením mena N. C. a je podpísaná. Prevzatie faktúry potvrdil žalobca (pečiatka + podpis). Prílohou faktúry je fotokópia dodacieho listu z 21.11.2011, z ktorej vyplýva, že ako dodávateľ je uvedený KEVOLA s.r.o. Šahy, odberateľom je žalobca, pričom údaje uvedené na dodacom liste o druhu dodávky sú totožné ako na faktúre (kompletná kabína Tatra 815, cena s dopravou do Málinca spolu vo výške 12.000,- Eur). Dodací list je opatrený pečiatkou a podpisom dodávateľa a pečiatkou a podpisom odberateľa. Na dodacom liste nie je uvedené evidenčné číslo motorového vozidla, ktorý tovar opravil, ani meno vodiča. Dňa 26.03.2013 bolo vykonané miestne zisťovanie v prevádzke žalobcu - Píla Málinec, o čom správca dane spísal zápisnicu, z ktorej vyplýva, že v priestore prevádzky žalobcu sa nachádzali o.i. píly na spracovanie dreva, úpravárenské stroje, hydraulické ruky umiestnené na vozidlách, nakúpené drevo, guľatina, vláknina, kálané palivové drevo v paletách, pryzmy. Dňa 26.04.2013 bolo obdobne vykonané miestne zisťovanie u Urbárskej lesnej spoločnosti - pozemkové spoločenstvo Málinec, s.r.o., o čom bola vyhotovená zápisnica. Predmetom zisťovania bolo poverenie dodávateľsko-odberateľských vzťahov v zdaňovacom období január až november 2011 a správca dane zistil, že žalobcovi boli dodané uvedeným dodávateľom vláknina a guľatina podľa špecifikácie vo faktúrach evidovaných u žalobcu. Podľa Zápisnice z 26.04.2013 bolo vykonané miestne zisťovanie aj v Bučine DDD s.r.o. Zvolen, z ktorej o.i. vyplýva, že žalobca tomuto subjektu v kontrolovanom období r. 2011 dodával drevo. Ďalej bolo vykonané miestne zisťovanie u Urbárskej spoločnosti - pozemkové spoločenstvo Ozdín (zápisnica z 02.05.2013). Správca dane predvolal ako svedka N. C., pričom o termíne ústneho pojednávania písomne upovedomil žalobcu. V administratívnom spise sa nachádza Zápisnica o ústnom pojednávaní z 25.06.2013 o vypočutí svedka N. C., bývalého konateľa spoločnosti KEVOLA s.r.o., ktorý potvrdil, že faktúru č. 21112011/04 zo dňa 21.11.2011 vystavil a podpísal. Predmetná kabína Tatra 815 nebola majetkom spoločnosti KEVOLA s.r.o., dodávateľom tejto spoločnosti bola spoločnosť KALIPO s.r.o. Dodávateľskú faktúru svedok odovzdal novému konateľovi p. M.. Uviedol, že kabínu kúpil od spoločnosti KALIPO s.r.o. na základe objednávky p. Z. E.. Prepravu podľa svedka zabezpečovala spoločnosť KALIPO s.r.o. subdodávateľsky cez prepravné spoločnosti v deň uvedený na faktúre ako deň dodania tovaru. Konkrétne mená osôb a prepravných spoločností nevedel uviesť, nevedel ani mená vodičov. Kabínu neprepravoval žiadny kamión, ale menšie nákladné vozidlo. Evidenčné číslo motorového vozidla vlastníka vozidla nevedel uviesť. Dodávka kabíny mala byť realizovaná na základe telefonickej objednávky žalobcu, písomná objednávka k tejto faktúre nebola, cena bola stanovená dohodou. Kabína bola v dobrom technickom stave, nakoľko sa jednalo len o kabínu ako náhradný diel, neboli k tomu žiadne doklady. Svedok nevedel konkrétne uviesť, ako bola uvedená faktúra uhradená. Vo všeobecnosti úhrady faktúr boli realizované aj v hotovosti, aj bezhotovostne. Následne správca dane predvolal ako svedka K. Q., pričom o termíne ústneho pojednávania písomne upovedomil žalobcu. V administratívnom spise sa nachádza Zápisnica o ústnom pojednávaní č. 9601403/3862651/2013/StrM z 20.08.2013 o vypočutí svedka K. Q., ktorý sa vyjadril ako konateľ spoločnosti REK s.r.o. k obchodovaniu so žalobcom v období január až november 2011 a január až október 2012 a Zápisnicu o ústnom pojednávaní č. 9601403/3865001/2013/StrM zo dňa 20.08.2013 o vypočutí svedka K. Q., ktorý sa vyjadril ako konateľ spoločnosti PDR s. r. o. k obchodovaniu so žalobcom v období január až november 2011 a január až október 2012. Vyjadrenie sa netýka faktúry za mesiac november 2011.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V administratívnom spise sa nachádza informácia Daňového úradu Nitra, pobočka Levice adresovaná správcovi dane 16.09.2013 o priebehu kontroly DPH za r. 2011 u spoločnosti KEVOLA s.r.o., z ktorej vyplýva, že daňový subjekt KEVOLA s.r.o. so správcom dane nekomunikuje, nepreberá poštu, adresát je neznámy, na výzvy nereaguje, žiadne dôkazy nepredložil. Z existujúcich dokladov správca dane zistil, že výlučným dodávateľom pre spoločnosť KEVOLA s.r.o. bola spoločnosť KALIPO s.r.o. Spoločnosť KALIPO s.r.o. však nemala vytvorené vhodné podmienky na uskutočňovanie obchodov, a preto nemohli byť realizované ani dodávky na základe vystavených faktúr spoločnosťou KEVOLA s.r.o.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november 2011 bol žalobca oboznámený so zisteniami správcu dane z daňovej kontroly spoločnosti KEVOLA s.r.o. a to vo vzťahu k preverovaniu zdaniteľného plnenia - faktúra č. 21112011/04 z 21.11.2011 vo vzťahu k dodávke od spoločnosti KEVOLA s.r.o.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P.. C. F.. Z Protokolu vyplýva, že vo vzťahu k zdaňovaciemu obdobiu november 2011 správca dane zistil, že sa nepreukázalo uskutočnenie zdaniteľného obchodu vyfakturovaného faktúrou č. 21112011/04 od dodávateľa KEVOLA s.r.o., z ktorej si v zdaňovacom období november 2011 žalobca odpočítal DPH spolu vo výške 2.000,- Eur. Správca dane poukázal na zistenia vyplývajúce zo zápisníc o výsluchu svedkov poskytnutých z PPZ, NAKA, NJFP Expozitúra stred Banská Bystrica - výsluchy svedkov F. X., Z. E., N. C., Z. U.. Správca dane z dokazovania vyvodil, že žalobca nepreukázal relevantné dôkazy o reálnosti zdaniteľného obchodu so spoločnosťou KEVOLA s.r.o., nebol preukázaný vznik daňovej povinnosti z deklarovaného zdaniteľného obchodu s uvedenou spoločnosťou v zmysle § 8 ods. 1 Zákona o DPH. Z úradného záznamu vyhotoveného správcom dane 05.02.2014 vyplýva, že žalobca sa k zisteniam uvedeným v Protokole z daňovej kontroly v stanovenej lehote (do 03.02.2014) nevyjadril. Správca dane vydal dňa 10.02.2014 rozhodnutie č. 9601403/5/522040/2014/StrM, ktorým vyrubil žalobcovi rozdiel dane v sume 2.000,- Eur na DPH za zdaňovacie obdobie november 2011 s odôvodnením, že žalobca nepreukázal, že mu vznikol nárok na odpočítanie dane z titulu nadobudnutia tovaru v tuzemsku podľa § 51 ods. 1 písm. a/ Zákona č. 222/2004 Z. z. o DPH v znení neskorších predpisov (ďalej aj „Zákon o DPH“). Proti predmetnému rozhodnutiu správcu dane podal žalobca odvolanie, o ktorom žalovaný rozhodol rozhodnutím č. 1100301/1/225418/2014/5098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november 2011 k faktúre za mesiac november 2011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Zo zápisnice z 08.09.2014 vyplýva, že zástupca žalobcu predložil správcovi dane dôkaz k spornej faktúre za mesiac november 2011 a to odberateľskú faktúru č. 006101/2013, ktorou bol tovar predaný synovi žalobcu. Navrhol vypočuť ako svedkov Adriána Árvaia a Z. Z.. Zo Zápisnice o ústnom pojednávaní z 30.09.2014 vyplýva, že splnomocnená zástupkyňa žalobcu predložila správcovi dane Čestné prehlásenie podpísané N. C. ako bývalým konateľom spoločnosti KEVOLA s.r.o. zo dňa 21.03.2012, v ktorom prehlásil, že vykonával obchodnú činnosť so žalobcom a tovar, ktorý kúpil od svojich dodávateľov následne Z. E. odpredal. Dopravu tovaru zabezpečovala spoločnosť KEVOLA s.r.o., ak nebolo uvedené inak na dodacích listoch. Zo zápisnice z výsluchu svedka B. I. zo 16.10.2014 vyplýva, že tento bol vodičom spoločnosti PDR s. r. o. a vykonával prepravu dreva - guľatiny, vlákniny a reziva na motorovom vozidle LC XXX BK. Ku faktúre za november 2011 nemá jeho výpoveď žiadnu výpovednú hodnotu. Zo zápisnice o ústnom pojednávaní z 20.11.2014 o výsluchu svedka Z. Z., ako konateľa spoločnosti PDR s. r. o. vyplýva, že okrem toho, že bol konateľom spoločnosti, bol aj vedúcim dopravy a zároveň aj pracoval ako vodič na motorovom vozidle IVECO ŠPZ LC XXX BK spolu s B. I.. Prepravovalo sa drevo, materiál z dreva, výrobky z dreva a to vnútroštátne, ako aj medzinárodne (Maďarsko). K faktúre za mesiac november sa nevyjadril. Súčasne bol aj konateľom spoločnosti DREVO DM s.r.o., ktorá v roku 2011 obchodovala so žalobcom. Obchodnými partnermi spoločnosti PDR s.r.o. a DREVO DM s.r.o. boli spoločnosti KEVOLA s.r.o., REK s.r.o., K. Q. - REK. Pri prepravách od spoločnosti KEVOLA s.r.o. zabezpečoval prepravu vlastným kamiónom alebo prepravu zabezpečovala spoločnosť KEVOLA. Za spoločnosť KEVOLA s.r.o. jednal s p. C., za spoločnosť REK s.r.o. so K. Q.. Záznamy o prevádzke vozidla nákladnej dopravy predložené svedkom sa týkajú prepravy motorovým vozidlom F. XXX C. zo dňa 19.04. a 29.04.2011, t.j. netýkajú sa prepravy vykonávanej v novembri 2011. Zo zápisnice o ústnom pojednávaní z 22.12.2014 vyplýva, že predvolaný svedok N. C. sa na výsluch nedostavil. Správca dane podaním z 28.01.2015 doručeným zástupcovi žalobcu 14.02.2015 oboznámil žalobcu s výsledkom vyrubovacieho konania. Správca dane následne 03.02.2015 vydal rozhodnutie č. 9601403/5/264433/2015/StrM (prvostupňové rozhodnutie správcu dane), ktorým žalobcovi vyrubil rozdiel dane v sume 2.000,- Eur na DPH za zdaňovacie obdobie november 2011. Správca dane v odôvodnení rozhodnutia uviedol, že u žalobcu ako platiteľa DPH vykonal daňovú kontrolu okrem iného za zdaňovacie obdobie november 2011, vydal rozhodnutie z 10.02.2014, ktorým vyrubil žalobcovi rozdiel DPH vo výške 2.000,- Eur, ktoré rozhodnutie žalovaný rozhodnutím zo 14.05.2014 zrušil a vec vrátil správcovi dane na nové konanie a rozhodnutie. Správca dane následne pokračoval v konaní vo veci vyrubenia DPH a vyzval žalobcu na predloženie dôkazov k dodávateľským faktúram, na základe ktorých mu správca dane neuznal odpočítanie dane za zdaňovacie obdobie november 2011. Žalobca navrhol vo vyrubovacom konaní vypočuť svedkov N.a C.a, B. I. a Z. Z.. Svedok N. C. sa na výsluch nedostavil, preto žalobca navrhol jeho opakované predvolanie. Správca dane tejto žiadosti nevyhovel a poukázal na to, že správca dane už N. C., bývalého konateľa spoločnosti KEVOLA s.r.o. (deklarovaného dodávateľa tovaru vyfakturovaného faktúrou č. 21112011/04 z 21.11.2011) vypočul dňa 25.06.2013 Poukázal na obsah výpovede tohto svedka a na skutočnosť, že pri výsluchu bol žalobca prítomný, pričom nevyužil svoje právo svedkovi položiť otázky. Žalobca vo vyrubovacom konaní na výzvu správcu dane na predloženie dôkazov k dodávateľskej faktúre za november 2011 predložil odberateľskú faktúru č. OF 006/01/2013, ktorou bol tovar dodaný a označený v predmetnej dodávateľskej faktúre č. 21112011/04 predaný Z. E., synovi žalobcu. Uvedenú odberateľskú faktúru správca dane nepovažoval za relevantný dôkaz, keďže správca dane zistil prepojenie v blízkej osobe kontrolovaného daňového subjektu - žalobcu a jeho syna Z. E.. Z uvedeného vyvodil, že existencia prepojených podnikateľských subjektov umožňuje vznik čisto umelej situácie za účelom získania daňovej výhody odpočítania dane. Správca dane vyhodnotil žalobcom predložené dôkazy za nepostačujúce, pričom tieto nijako nepreukazujú, že fakturovaný tovar bol skutočne dodaný pre žalobcu deklarovaným dodávateľom. Správca dane hodnotil okrem žalobcom predložených dokladov aj Čestné prehlásenie N. C. zo dňa 21.03.2012 a meilovú komunikáciu so spoločnosťou KEVOLA s.r.o., ktorá sa však netýka zdaňovacieho obdobia november 2011. Správca dane v odôvodnení rozhodnutia poukázal na zistenia získané prostredníctvom kontrolnej skupiny vykonávajúcej kontrolu DPH za zdaňovacie obdobie I. - IV. štvrťrok 2011 u spoločnosti KEVOLA s.r.o. (deklarovaný dodávateľ žalobcu). Zo zistení vyplýva, že spoločnosť KEVOLA s.r.o. v čase výkonu daňovej kontroly zmenila konateľa, novým konateľom sa stal p. B. M., ktorý je podľa medzinárodného preverenia neexistujúcou osobou, spoločnosť KEVOLA s.r.o. so správcom dane nekomunikuje, nepreberá poštu, nereaguje na výzvy a k výkonu kontroly nepredložila žiadne doklady. Správca dane ďalej v odôvodnení svojho rozhodnutia poukázal na obsah informácií a dokumentov poskytnutých z PPZ, NAKA, NJFP Expozitúra stred Banská Bystrica, konkrétne na výsluchy svedkov vykonané policajnými orgánmi, pričom správca dane v podrobnostiach poukázal na obsah zápisnice o výsluchu svedka F. X. a Z. E. - bývalých konateľov spoločnosti KALIPO s.r.o., N. C. - bývalého konateľa spoločnosti KEVOLA s.r.o. a Z. U. - účtovníčky spoločnosti KEVOLA s.r.o. Vzhľadom na okolnosti vykonávania podnikateľskej činnosti spoločnosti KEVOLA s.r.o. a KALIPO s.r.o. vyplývajúce z vyššie uvedených výpovedí svedkov, správca dane konštatoval, že nebolo preukázané uskutočnenie zdaniteľných obchodov, ktoré sú predmetom vedenia účtovníctva v zmysle zák. č. 431/2002 Z.z. o účtovníctve, čo potvrdilo skutočnosť, že samotná existencia faktúr ešte nie relevantným dôkazom o uskutočnení zdaniteľného obchodu v zmysle § 8 Zákona o DPH, nebolo potvrdené uskutočnenie zdaniteľného obchodu v zmysle faktúry č. 21112011/04 z 21.11.2011 od daňového subjektu KEVOLA s.r.o. Správca dane konštatoval, že žalobca predložil k daňovej kontrole za zdaňovacie obdobie november 2011 faktúru za nadobudnutie tovaru, z ktorej si uplatnil odpočítanie dane podľa § 49 Zákona o DPH, avšak správca dane zistil, že v prípade dodávateľa spoločnosti KEVOLA s.r.o. nebolo preukázané uskutočnenie žiadneho skutočného zdaniteľného obchodu medzi žalobcom a dodávateľom KEVOLA s.r.o., z čoho vyplynulo, že žalobca si neoprávnene uplatnil odpočítanie dane podľa § 49 Zákona o DPH. Správca dane uzavrel, že žalobca nepreukázal relevantné dôkazy preukazujúce reálnosť zdaniteľných obchodov so spoločnosťou KEVOLA s.r.o., nebol preukázaný vznik daňovej povinnosti z deklarovaného zdaniteľného obchodu so spoločnosťou KEVOLA s.r.o. predložením dôkazov o tom, že sa zdaniteľný obchod deklarovaný faktúrou č. 21112011/04 uskutočnil, že platiteľ tovar reálne nadobudol a došlo k fyzickému dodaniu tovaru a tým aj k nadobudnutiu práva nakladať s tovarom ako vlastník v zmysle § 8 ods. 1 Zákona o DPH. Vzhľadom na uvedenú skutočnosť správca dane žalobcovi nepriznal nárokovanú daň uvedenú v daňovom priznaní za zdaňovacie obdobie november 2011, keďže nepreukázal, že mu vznikol nárok na odpočítanie dane z titulu nadobudnutia tovaru v tuzemsku podľa § 51 ods. 1 písm. a/ Zákona o DPH, na základe čoho mu správca dane nepriznal nárok na odpočítanie dane v sume 2.000,- Eur.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svedkov,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21112011/04 z 21.11.2011 od dodávateľa KEVOLA s.r.o. Ďalej poukázal na výsledky preverovania oprávnenosti uplatneného odpočtu dane a dokazovanie vykonané správcom dane počas daňovej kontroly. Správca dane zdaniteľné obchody deklarované predmetnými faktúrami preveroval u dodávateľov, pričom ako svedkov vypočul Z. Z., B. I. a N. C.. Poukázal na obsah ich výpovedí. Ďalej poukázal na zistenia získané prostredníctvom dožiadaných správcov dane, ako aj zo spisov daňovej kontroly vykonanej v spoločnosti KEVOLA s.r.o. a KALIPO s.r.o. Pri výkone daňovej kontroly správca dane využil informácie a zistenia PPZ Banská Bystrica týkajúce sa spoločností KEVOLA s.r.o. a KALIPO s.r.o., a to z výsluchu svedkov N. C., F. X., Z. E., a Z. U.. Uvedené výsluchy boli vykonané policajnými orgánmi.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14.05.2014,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zaslal žiadosť o MVI cca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Protokol z daňovej kontroly, keďže nebola ukončená v zákonnej lehote, nebol podkladom pre vydanie nového rozhodnutia správcu dane, správca dane sa ani na Protokol neodvoláva. Správca dane podľa žalovaného vo vyrubovacom konaní doplnil existujúce dôkazy, vykonal všetky potrebné dôkazy a o výsledku vyrubovacieho konania oboznámil žalobcu.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preverovanou dodávateľskou faktúrou, z ktorej si žalobca uplatnil odpočítanie dane, bol reálne dodaný dodávateľom KEVOLA s.r.o. pre žalobcu, čím nebol preukázaný vznik daňovej povinnosti u deklarovaného dodávateľa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t.j. aj zápisnice o výsluchu svedkov získané PPZ.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KEVOLA s.r.o. správca dane spochybnil reálne dodanie preverovaného tovaru deklarovaným dodávateľom pre žalobcu. Žalobca teda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406/2011 Z.z. úč. do 30.11.2011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1100301/1/225408/2014/5098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námietke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preverovaných zdaňovacích období).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kedy by bolo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