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24S/149/2015 z 27. 6. 2016</w:t>
      </w:r>
    </w:p>
    <w:p>
      <w:r>
        <w:t>Rozhodnutie Krajského súdu Banská Bystrica z 27. júna 2016, sp. zn. 24S/149/2015, ECLI:SK:KSBB:2016:6015201017.1</w:t>
      </w:r>
    </w:p>
    <w:p>
      <w:r>
        <w:t>Súd: Krajský súd Banská Bystrica</w:t>
      </w:r>
    </w:p>
    <w:p>
      <w:r>
        <w:t>Spisová značka: 24S/149/2015</w:t>
      </w:r>
    </w:p>
    <w:p>
      <w:r>
        <w:t>ECLI: ECLI:SK:KSBB:2016:6015201017.1</w:t>
      </w:r>
    </w:p>
    <w:p>
      <w:r>
        <w:t>Dátum vydania: 27. 6. 2016</w:t>
      </w:r>
    </w:p>
    <w:p>
      <w:r>
        <w:t>Forma: Rozhodnutie</w:t>
      </w:r>
    </w:p>
    <w:p>
      <w:r>
        <w:t>Oblasť práva: Správne právo</w:t>
      </w:r>
    </w:p>
    <w:p>
      <w:pPr>
        <w:pStyle w:val="Heading2"/>
      </w:pPr>
      <w:r>
        <w:t>Text rozhodnutia</w:t>
      </w:r>
    </w:p>
    <w:p>
      <w:r>
        <w:t>Súd: Krajský súd Banská Bystrica Spisová značka: 24S/149/2015 Identifikačné číslo súdneho spisu: 6015201017 Dátum vydania rozhodnutia: 28. 06. 2016 Meno a priezvisko sudcu, VSÚ: JUDr. Alena Antalová ECLI: ECLI:SK:KSBB:2016:6015201017.1 Rozhodnutie Krajský súd v Banskej Bystrici v senáte zloženom z predsedníčky senátu JUDr. Aleny Antalovej a členov senátu JUDr. Jany Novotnej a JUDr. Jozefa Zlochu v právnej veci žalobcu: A. D., P. XXX/XX, XXX XX A., zast. advokátom JUDr. Jozefom Brázdilom, Trhová 992/1, 960 01 Zvolen proti žalovanému: Finančné riaditeľstvo Slovenskej republiky, Lazovná 63, 974 01 Banská Bystrica o preskúmanie zákonnosti rozhodnutia žalovaného č. 1100301/1/216209/2015/5098 zo dňa 22.05.2015 takto r o z h o d o l : Rozhodnutie žalovaného č. 1100301/1/216209/2015/5098 zo dňa 22.05.2015 v spojení s rozhodnutím Daňového úradu Banská Bystrica č. 9601403/5/263737/2015/StrM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1100301/1/216209/2015/5098 zo dňa 22.05.2015 (ďalej len „napadnuté rozhodnutie žalovaného“), ktorým žalovaný potvrdil rozhodnutie Daňového úradu Banská Bystrica (ďalej aj „prvostupňový správny orgán“ alebo „správca dane“) č. 9601403/5/263737/2015/StrM zo dňa 03.02.2015 (ďalej aj „prvostupňové rozhodnutie“), ktorým žalobcovi podľa § 68 ods. 5 zák. č. 563/2009 Z.z. o správe daní a o zmene a doplnení niektorých zákonov v znení neskorších predpisov (ďalej len „Daňový poriadok“) určil rozdiel dane v sume 3.504,- Eur na dani z pridanej hodnoty (ďalej len „DPH“) za zdaňovacie obdobie september 2011, t.j. nepriznal nadmerný odpočet v sume 2.211,10 Eur a vyrubil daň v sume 1.292,90 Eur.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9601403/5/520359/2014/StrM dňa 10.02.2014, ktoré na základe podaného odvolania žalobcu bolo rozhodnutím č. 1100301/1/225388/2014/4989 zo dňa 13.05.2014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9601403/5/105892/2014/StrM zo dňa 13.01.2014 (ďalej aj „Protokol o daňovej kontrole“) správca dane uviedol, že 27.11.2012 zaslal žiadosť o medzinárodnú výmenu informácií, správca dane však daňovú kontrolu prerušil až odo dňa 02.09.2013, t.j. necelé 2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V oboznámení správca dane neuviedol, že svedok I. nebude opakovane predvolaný, neboli v ňom uvedené skutočnosti o nahliadnutí do spisu daňových kontrol u S. X. - REK, neboli uvedené zistenia z mýtneho systému. Žalobca nebol o týchto skutočnostiach vo vyrubovacom konaní nikdy oboznámený a bolo mu odňaté právo vyjadriť sa k nim. Správca dane nepostupoval podľa § 68 ods. 3 Daňového poriadku. Žiadna zo zápisníc spísaných vo vyrubovacom konaní nebola označená za poslednú.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odpočítanie dane z dodávateľskej faktúry č. 330911 z 28.09.2011 z nákupu kálaného dreva od dodávateľa DREVO DM s.r.o. v celkovej sume 21.024,- Eur. V tejto veci správca dane vypočul svedka p. A., konateľa spoločnosti, ktorý potvrdil vystavenie faktúry, tovar bol skladovaný v Lučenci a bol prevzatý odberateľom - žalobcom, prípadne jeho šoférom. Údaje o vozidle sú uvedené na dodacom liste. Tohto svedka správca dane vypočul opätovne vo vyrubovacom konaní dňa 20.11.2014, kedy svedok potvrdil pravosť faktúry. Potvrdil, že predmetom dodávky bolo kálané drevo. Uviedol, že na faktúru dal asi omylom pečiatku PDR, s.r.o. Doklady sa nachádzajú na polícii. Žalobca poukázal na to, že správca dane disponoval zákonnými prostriedkami, aby mohol do týchto dokladov nahliadnuť, avšak správca dane tak neurobil a dôkazné bremeno pripísal na ťarchu žalobcu, čím porušil § 24 ods. 2 Daňového poriadku. Žalobca poukázal na to, že vo vyrubovacom konaní žalobca predložil ďalšie dôkazy a odberateľské faktúry vystavené na DREVO BB EXPORT s.r.o. a skladovú kartu. Správca dane vyhodnotil svedeckú výpoveď p. A. ako dôkaz nepreukazujúci uskutočnenie zdaniteľného obchodu spoločnosťou DREVO DM s.r.o., pretože svedok pri svedeckej výpovedi nepredložil relevantné dôkazy. Uviedol, že nahliadol do spisu daňového subjektu DREVO DM s.r.o. v rámci prebiehajúcej daňovej kontroly v tomto subjekte a zistil, že v účtovníctve sa faktúra č. 330911 nenachádza, daň z tejto faktúry nebola priznaná, ani odvedená. Z uvedených skutočností správca dane dospel k záveru, že nedošlo k dodaniu tovaru pre žalobcu od spoločnosti DREVO DM s.r.o.. Správca dane podľa žalobcu neprihliadal na všetky skutočnosti a dôkazy, ktoré vyšli najavo, tieto nevyhodnotil v súlade s Daňovým poriadkom a rozhodnutie je v tejto časti nezrozumiteľné a nepreskúmateľné. Žalobca v tejto súvislosti poukázal na rozsudok Najvyššieho súdu SR č. k. 6Sžf/10/2012 týkajúci sa rozloženia dôkazného bremena v daňovom konaní, v ktorom sa konštatuje, že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evidencii alebo záznamov ním vedených. Nie je však možné od daňového subjektu požadovať preukázanie skutočností, na ktorých sa sám nepodieľal s následnou satisfakciou v podobe stanovenia výsledku zo strany správcu dane, že „daňový subjekt neuniesol dôkazné bremeno“.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september 2011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18.09.2015 uviedol, že trvá na svojom rozhodnutí a navrhol žalobu zamietnuť.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 právnymi predpismi. Poukázal na to, že správca dane vykonával u žalobcu daňovú kontrolu DPH za zdaňovacie obdobie január až november 2011, vo vyrubovacom konaní na základe rozhodnutia žalovaného zo 14.05.2014, ako aj na základe zistení z daňovej kontroly a zistení vo vyrubovacom konaní vydal nové rozhodnutie dňa 03.02.2015, ktorým vyrubil rozdiel DPH za zdaňovacie obdobie september 2011 v sume 3.504,- Eur.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zo 14.05.2014,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za zdaňovacie obdobie január až november 2011 ako celok a podľa § 61 ods. 1 písm. b/ Daňového poriadku bola prerušená rozhodnutím o prerušení daňovej kontroly z 23.08.2013, v ktorom bol uvedený dôvod prerušenia.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Správca dane žiadosť o medzinárodnú výmenu informácií (ďalej len „MVI“) zaslal cca jeden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Pokiaľ správca dane až 02.09.2013 prerušil predmetnú daňovú kontrolu, táto skutočnosť podľa žalovaného nemôže vyvolať jej nezákonnosť. Daňový poriadok podľa § 61 ods. 1 písm. b/ umožňuje, nie prikazuje kontrolu prerušiť. V rozhodnutí o prerušení daňovej kontroly je uvedené, že správca dane bude v kontrole pokračovať, len čo pominú dôvody, pre ktoré sa kontrola prerušila, do doručenia odpovede na žiadosť o MVI.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Správca dane sa vo vyrubovacom konaní riadil nálezom Ústavného súdu SR 24/2010 a z dôvodu prekročenia maximálnej dĺžky trvania kontroly v daňovom konaní nepoužil Protokol z daňovej kontroly. Keďže daňová kontrola bola začatá v súlade so zákonom, musela byť dokončená, aj keď nebola dodržaná lehota na jej vykonanie.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Vo vyrubovacom konaní pri ústnom pojednávaní dňa 08.07.2014 vyzval správca dane splnomocneného zástupcu žalobcu na preukázanie skutočností, ktoré by mali vplyv na správne určenie dane a na predloženie dôkazov k preverovaným dodávateľským faktúram, na základe ktorých správca dane neuznal odpočítanie dane za zdaňovacie obdobie september 2011. Žalovaný žalobcom predložené dôkazy po ich vyhodnotení a v nadväznosti na vykonané dokazovanie správcu dane považuje za formálne vystavené, ktoré nespĺňajú základnú podmienku možnosti uplatnenia odpočítania dane. Správca dane preveroval uskutočnenie predmetných zdaniteľných obchodov, čo podrobne uviedol aj v napadnutom rozhodnutí. Žalovaný v písomnom vyjadrení podrobne uviedol dôvody, pre ktoré správca dane neuznal daňovému subjektu odpočítanie dane. Žalovaný poukázal na to, že zamestnanci správcu dane nahliadli do spisu daňovej kontroly DPH vykonávanej u daňového subjektu DREVO DM s.r.o. Halič a zistili, že žiadna faktúra č. 330911 s predmetom fakturácie: kálané drevo na paletách sa v účtovníctve daňového subjektu DREVO DM s.r.o. nenachádza, daň z tejto faktúry vo výške 3.504,- Eur nebola daňovým subjektom priznaná ani odvedená do štátneho rozpočtu v príslušnom zdaňovacom období. Žalovaný konštatoval, že faktúra vystavená formálne dodávateľom s náležitosťami podľa § 71 ods. 2 a § 72 ods. 2 Zákona o DPH nezakladá zásadnú podmienku možnosti uplatnenia práva na odpočítanie dane z prijatých faktúr aj s ohľadom na tú skutočnosť, že daňová kontrola nepreukázala relevantné dôkazy o skutočnom nadobudnutí tovaru a služieb od tuzemských dodávateľov. Konateľ spoločnosti DREVO DM s.r.o. A. A. v postavení svedka na ústnych pojednávaniach síce zdaniteľné obchody ústne potvrdil, avšak nepredložil žiadne relevantné dôkazy, ktoré by uskutočnenie zdaniteľných obchodov potvrdili. Podrobnosti o zdaniteľnom obchode v zmysle faktúry č. 330911 si nepamätá, nevie, ako konkrétne k tomuto obchodu došlo. Ani vo vyrubovacom konaní neboli správcovi dane predložené žiadne relevantné dôkazy preukazujúce, že fakturovaný tovar bol dodaný žalobcovi. Pri daňovej kontrole správca dane teda zistil, že sa nepreukázalo uskutočnenie zdaniteľných obchodov, ktoré sú predmetom vedenia účtovníctva, čo potvrdilo skutočnosť, že samotná existencia faktúr ešte nie je relevantným dôkazom o uskutočnení zdaniteľného obchodu v zmysle § 8 Zákona o DPH a nebolo potvrdené uskutočnenie zdaniteľného obchodu od daňového subjektu DREVO DM s.r.o. Pokiaľ žalobca navrhol opakovane vypočuť svedka A. A., opakované výsluchy nesplnili účel získania chýbajúceho dôkazu k daňovému konaniu. Svedkovia navrhnutí žalobcom uviedli iba všeobecné tvrdenia, bez konkrétneho dôkazu o dodávke tovaru, preto ich výpovede nie sú dôkazom o reálnom uskutočnení predmetného zdaniteľného obchodu. Žalovaný konštatoval, že vo vyrubovacom konaní sa nevyskytli žiadne nové skutočnosti, neboli žalobcom predložené žiadne nové relevantné dôkazy, keďže preverením dokladov a evidencií predložených ku kontrole DPH bolo zistené, že faktúra č. 330911 sa v účtovníctve daňového subjektu DREVO DM s.r.o. vôbec nenachádza a daň z nej nebola priznaná, ani odvedená, žalovaný poukázal na ust. § 51 ods. 1 písm. a/ Zákona o DPH, v zmysle ktorého právo na odpočítanie dane podľa § 49 môže platiteľ uplatniť pri odpočítaní dane podľa § 49 ods. 2 písm. a/, ak má faktúru vyhotovenú od platiteľa podľa § 71. Základným predpokladom vzniku práva na odpočítanie dane je, že vznikla daňová povinnosť dodávateľovi tovaru alebo služby. Ak nedôjde k vzniku daňovej povinnosti, nemôže vzniknúť ani právo na odpočítanie dane. Deň, kedy vznikne právo na odpočítanie dane je totožný s dňom, kedy vzniká daňová povinnosť u dodávateľa tovaru alebo služby. Týmto dňom je deň dodania tovaru alebo služby. Ďalšou podmienkou vzniku práva na odpočítanie dane je, že platiteľ dane príjme tovar alebo službu na uskutočnenie svojich podnikateľských aktivít, čo v tomto prípade nebolo splnené. Správca dane nemá povinnosť skúmať, prečo sa táto faktúra v účtovníctve spoločnosti DREVO DM s.r.o. nenachádza. Žalovaný uzavrel, že z preverovaní pri daňovej kontrole a vo vyrubovacom konaní správca dane zistil, že sa nepreukázalo uskutočnenie zdaniteľných obchodov, t.j. nebolo potvrdené uskutočnenie zdaniteľných obchodov v zmysle predmetnej faktúry, a preto si žalobca neoprávnene uplatnil odpočítanie dane za dodanie tovaru z dodávateľskej faktúry č. 330911 od dodávateľa DREVO DM s.r.o., keď žalobca nepreukázal dodanie tovaru uvedeným dodávateľom a uviedol iba všeobecné tvrdenia bez konkrétnych dôkazov o dodávke tovaru, neodstránil pochybnosti o dodávateľovi a nepreukázal splnenie podmienok na odpočítanie dane. Správca dane pri preverovaní skutočností týkajúcich sa dodávateľskej faktúry, ktorú prijal žalobca v zdaňovacom období september 2011 od dodávateľa DREVO DM s.r.o. postupoval v súlade s § 24 ods. 4 Daňového poriadku. V daňovom konaní platí zásada prejednávacia a nie vyhľadávacia. Správca dane nie je povinný vyhľadávať dôkazy svedčiace v prospech žalobcu, správca dane iba prejednáva dôkazy predložené žalobcom, čo vyplýva zo skutočnosti, že dôkazná povinnosť je na strane žalobcu (§ 45 ods. 2 písm. e/ Daňového poriadku). Zistenia správcu dane týkajúce sa uvedeného dodávateľa vedú k pochybnostiam o dodaní deklarovaného tovaru práve týmto dodávateľom a tieto pochybnosti sa žalobcovi nepodarilo odstrániť. Dôkazné bremeno znáša žalobca k všetkým skutočnostiam, ktoré sám tvrdí. Dôkazná povinnosť nie je pre žalobcu iba povinnosťou, ale aj právom, ktoré žalobca nevyužil, keďže nepredložil také dôkazy, ktorými by vierohodne a jednoznačne preukázal svoje tvrdenia o skutočnostiach uvedených na preverovanej faktúre. Tejto povinnosti sa nemôže žalobca zbaviť iba predložením faktúry, prípadne dokladom o jej úhrade a tvrdením, že k dodaniu tovaru, resp. služby došlo. Žalovaný v tejto súvislosti poukázal na rozhodnutie ESD C-342/87, v zmysle ktorého zmienka o dani zodpovedajúcej dodávke tovaru a služieb je náležitosťou faktúry, od ktorej sa odvíja právo odpočtu. Ďalej poukázal na rozsudok Najvyššieho súdu SR č.k. 1Sž- o-KS 262/2004, z ktorého vyplýva, že pri posudzovaní nároku na odpočet DPH musí mať skutočný stav prednosť pred stavom formálne právnym. Žalovaný poukázal aj na závery rozsudku Súdneho dvora C-80/11 a C-142/11, v zmysle ktorého tým, že si žalobca splnil formálnu povinnosť predložiť faktúry s prílohami, dodacie listy, prípadne ďalšie, neznamená, že došlo k preukázaniu splnenia zákonných podmienok na uplatnené oslobodenie od dane a odpočítanie dane, pretože nestačí byť len držiteľom takýchto listinných dôkazov a tieto predložiť daňovým orgánom, ale je potrebné preukázať aj obsah skutočností uvedených v týchto listinách. Žalovaný uzavrel, že neboli dodržané podmienky pre uplatnenie odpočítania dane ustanovené v Zákone o DPH. Žalovaný uviedol, že rozhodnutie bolo vydané na základe dostatočne zisteného skutkového stavu a zo získaných dôkazov bol prijatý správny právny záver, pričom rozhodnutie je náležite odôvodnené. Žalovaný poukázal na rozsudok Krajského súdu v Banskej Bystrici č.k. 23S/179/2014 z 19.05.2015 v obdobnej veci.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02.06.2016,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november 2011.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Dňa 20.11.2012 bola spísaná Zápisnica o ústnom pojednávaní, predmetom ktorej bolo vyjadrenie žalobcu k skutočnostiam, ktoré sa týkali výkonu daňovej kontroly, okrem iného okolností jeho podnikania. Žalobca uviedol, že obchodoval s drevom a potravinami, poskytoval služby - ťažbu dreva pre urbárske lesné spoločnosti, prenájom motorových vozidiel a budov - skladov. Dňa 20.02.2013 bola správcovi dane doručená čiastočná odpoveď na MVI s tým, že u preverovaného subjektu prebieha kontrola. Z fotokópie faktúry č. 330911 zo dňa 28.09.2011 vyplýva, že dodávateľ DREVO DM s.r.o., Halič vyfakturoval žalobcovi ako odberateľovi dodávku kálaného dreva, množstvo 240, jednotková cena 73,- Eur, za cenu 17.520,- Eur bez DPH, plus 3.504,- Eur 20 % DPH, t.j. spolu 21.024,- Eur. Faktúra je však opatrená pečiatkou PDR s.r.o. Lučenec s poznámkou, že faktúru vystavil p. A. a je podpísaná. Na faktúre je uvedené, že slúži zároveň ako dodací list. Na faktúre nie je potvrdené prevzatie tovaru odberateľom (žalobcom). Z uvedeného vyplýva, že faktúra nie je vystavená dodávateľom (DREVO DM s.r.o.) na nej uvedeným. Z administratívneho spisu vyplýva, že správca dane výzvou z 05.02.2013 žalobcu vyzval na predloženie všetkých dôkazov preukazujúcich tvrdenia o dodaní tovaru k dodávateľským faktúram od dodávateľa PDR s.r.o. a KEVOLA s.r.o. Na základe uvedenej výzvy žalobca správcovi dane doručil 19.02.2013 vyjadrenie, ktoré sa netýka zdaňovacieho obdobia september 2011. Dňa 26.03.2013 bolo vykonané miestne zisťovanie v prevádzke žalobcu - Píla Málinec, o čom správca dane spísal zápisnicu, z ktorej vyplýva, že v priestore prevádzky žalobcu sa nachádzali o.i. píly na spracovanie dreva, úpravárenské stroje, hydraulické ruky umiestnené na vozidlách, nakúpené drevo, guľatina, vláknina, kálané palivové drevo v paletách, pryzmy. Dňa 26.04.2013 bolo obdobne vykonané miestne zisťovanie u Urbárskej lesnej spoločnosti - pozemkové spoločenstvo Málinec, s.r.o., o čom bola vyhotovená zápisnica. Predmetom zisťovania bolo poverenie dodávateľsko-odberateľských vzťahov v zdaňovacom období január až november 2011 a správca dane zistil, že žalobcovi boli dodané uvedeným dodávateľom vláknina a guľatina podľa špecifikácie vo faktúrach evidovaných u žalobcu. Podľa Zápisnice z 26.04.2013 bolo vykonané miestne zisťovanie aj v Bučine DDD s.r.o. Zvolen, z ktorej o.i. vyplýva, že žalobca tomuto subjektu v kontrolovanom období r. 2011 dodával drevo. Ďalej bolo vykonané miestne zisťovanie u Urbárskej spoločnosti - pozemkové spoločenstvo Ozdín (zápisnica z 02.05.2013). Správca dane predvolal ako svedka K. I., pričom o termíne ústneho pojednávania písomne upovedomil žalobcu. V administratívnom spise sa nachádza zápisnica o ústnom pojednávaní z 25.06.2013 o vypočutí svedka K. I., bývalého konateľa spoločnosti KEVOLA s.r.o., výsluch sa netýka faktúry za zdaňovacie obdobie september 2011. Následne správca dane predvolal ako svedka S. X., pričom o termíne ústneho pojednávania písomne upovedomil žalobcu. V administratívnom spise sa nachádza Zápisnica o ústnom pojednávaní č. 9601403/3862651/2013/StrM z 20.08.2013 o vypočutí svedka S. X., ktorý sa vyjadril ako konateľ spoločnosti REK s.r.o. k obchodovaniu so žalobcom v období január až november 2011 a január až október 2012 a Zápisnicu o ústnom pojednávaní č. 9601403/3865001/2013/StrM zo dňa 20.08.2013 o vypočutí svedka S. X., ktorý sa vyjadril ako konateľ spoločnosti PDR s. r. o. k obchodovaniu so žalobcom v období január až november 2011 a január až október 2012. Vyjadrenie sa netýka faktúry za mesiac september 2011. Zápisnica z výsluchu S. X. - REK ako fyzickej osoby - podnikateľa, ktorá sa nachádza v administratívnom spise, sa rovnako netýka faktúry za mesiac september 2011. Následne správca dane rozhodnutím č. 9601403/5/3918304/2013/StrM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november 2011 na deň 13.01.2014. Z ústneho pojednávania bola dňa 13.01.2014 vyhotovená zápisnica, z ktorej vyplýva, že vo vzťahu k zdaňovaciemu obdobiu september 2011 bol žalobca okrem iného oboznámený s obsahom výpovede svedka p. A.Q., konateľa spoločnosti DREVO DM s.r.o., ktorý potvrdil vystavenie faktúry č. 330911, aj ju podpísal. Uviedol všeobecné údaje o spôsobe odovzdania tovaru, jeho uskladnenia a prepravy. Správca dane nahliadnutím do spisu daňovej kontroly DPH u subjektu DREVO DM s.r.o. (deklarovaného dodávateľa tovaru) zistil, že faktúra č. 330911 s predmetom fakturácie kálané drevo na paletách sa v účtovníctve spoločností DREVO DM s.r.o. nenachádza, daň z tejto faktúry vo výške 3.504,- Eur nebola priznaná, ani odvedená. Žalobca do zápisnice uviedol, že s obsahom zápisnice nesúhlasí. Správca dane o výsledku daňovej kontroly vyhotovil Protokol č. 9601403/5/105892/2014/StrM zo dňa 13.01.2014 (ďalej aj „Protokol“), ktorý spolu s výzvou na vyjadrenie sa k zisteniam uvedeným v Protokole osobne prevzal 13.01.2014 splnomocnený zástupca žalobcu U.. I. P.. Z Protokolu vyplýva, že vo vzťahu k zdaňovaciemu obdobiu september 2011 správca dane zistil, že sa nepreukázalo uskutočnenie zdaniteľného obchodu vyfakturovaného faktúrou č. 330911 od dodávateľa DREVO DM s.r.o., z ktorej si v zdaňovacom období september 2011 žalobca odpočítal DPH spolu vo výške 3.504,- Eur. Správca dane poukázal na zistenia vyplývajúce zo svedeckej výpovede A. A., zo zistení z dokladov a evidencie u spoločnosti DREVO DM s.r.o., kde sa predmetná faktúra nenachádzala, daň z nej nebola priznaná, ani odvedená. Správca dane z dokazovania vyvodil, že žalobca nepreukázal relevantné dôkazy o reálnosti zdaniteľného obchodu so spoločnosťou DREVO DM s.r.o., nebol preukázaný vznik daňovej povinnosti z deklarovaného zdaniteľného obchodu s uvedenou spoločnosťou v zmysle § 8 ods. 1 Zákona o DPH. Z úradného záznamu vyhotoveného správcom dane 05.02.2014 vyplýva, že žalobca sa k zisteniam uvedeným v Protokole z daňovej kontroly v stanovenej lehote (do 03.02.2014) nevyjadril. Správca dane vydal dňa 10.02.2014 rozhodnutie č. 9601403/5/521359/2014/StrM, ktorým vyrubil žalobcovi rozdiel dane v sume 3.504,- Eur na DPH za zdaňovacie obdobie september 2011 s odôvodnením, že žalobca nepreukázal, že mu vznikol nárok na odpočítanie dane z titulu nadobudnutia tovaru v tuzemsku podľa § 51 ods. 1 písm. a/ Zákona č. 222/2004 Z. z. o DPH v znení neskorších predpisov (ďalej aj „Zákon o DPH“). Proti predmetnému rozhodnutiu správcu dane podal žalobca odvolanie, o ktorom žalovaný rozhodol rozhodnutím č. 1100301/1/225388/2014/5098 zo dňa 14.05.2014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september 2011 k faktúre za mesiac september 2011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 18.07.2014 požiadal žalovaného o predĺženie lehoty vo vyrubovacom konaní, s čím žalovaný súhlasil listom doručeným správcovi dane 25.07.2014. Zo zápisnice z 08.09.2014 vyplýva, že zástupca žalobcu predložil správcovi dane dôkazy k spornej faktúre za mesiac február 2011 na USB (príjemky na sklad a skladové karty, ako aj faktúru o následnom predaji tovaru pre spoločnosť DREVO BB EXPORT s.r.o. č. OF 155/10/2011 a následné faktúry, ktorými bol predaný tovar touto spoločnosťou ďalším odberateľom z r. 2011. Správca dane predvolal na výsluch svedkov: U.. K. A., W. N., U. D., Z. A., A. A. a S. X., o čom upovedomil písomne žalobcu. Zo zápisnice z 30.09.2014 vyplýva, že zástupca žalobcu predložil správcovi dane dôkazy na USB. Zo zápisnice z výsluchu svedka U.. A. z 15.10.2014 vyplýva, že ako zamestnanec spoločnosti Bučina DDD s. r. o. spolupracoval v rozhodnom období so žalobcom, predmetom obchodu bola dodávka pilín, odrezkov a vlákniny. Opísal, ako prebieha vykládka drevnej hmoty v areáli spoločnosti Bučina DDD s.r.o., váženie a preberanie dreva. Svedok sa nevyjadroval ku konkrétnym faktúram, podal všeobecné informácie. Zo zápisnice o výsluchu svedka Z. A. zo 16.10.2014 vyplýva, že uvedená výpoveď sa netýkala zdaniteľného obchodu za september 2011. Zo zápisnice o výsluchu svedka U. D. zo dňa 16.10.2014 vyplýva, že tento sa vyjadroval všeobecne ku skutočnosti, že pre žalobcu vykonával ako vodič prepravu drevnej hmoty - guľatiny, vlákniny a reziva na území Slovenska, Maďarska a Poľska. Vo vzťahu k preprave tovaru v septembri 2011 sa konkrétne nevyjadril. Uviedol, že bol vodičom motorového vozidla PT XXX AK. Zo zápisnice o výsluchu svedka W. N. zo 16.10.2014 vyplýva, že tento bol vodičom spoločnosti PDR s. r. o. a vykonával prepravu dreva - guľatiny, vlákniny a reziva na motorovom vozidle LC XXX BK. Ku faktúram za rok 2011 nemá jeho výpoveď žiadnu výpovednú hodnotu. Zo zápisnice o ústnom pojednávaní z 20.11.2014 o výsluchu svedka A. A., ako konateľa spoločnosti PDR s. r. o. vyplýva, že okrem toho, že bol konateľom spoločnosti, bol aj vedúcim dopravy a zároveň aj pracoval ako vodič na motorovom vozidle IVECO ŠPZ LC XXX BK spolu s W. N.. Prepravovalo sa drevo, materiál z dreva, výrobky z dreva a to vnútroštátne, ako aj medzinárodne (Maďarsko). Súčasne bol aj konateľom spoločnosti DREVO DM s. r. o., ktorá v roku 2011 obchodovala so žalobcom. K faktúre č. 330911 uviedol, že túto vystavil aj podpísal. Jednalo sa o kálané drevo na paletách. Nevedel sa vyjadriť, prečo je na faktúre pečiatka spoločnosti PDR, s.r.o. Uviedol, že možno omylom dal iné razítko. Účtovníctvo spoločnosti DREVO DM s.r.o. nemal k dispozícii, uviedol, že je na polícii. Ďalej sa vyjadril k dodávkam dreva od spoločnosti KEVOLA s.r.o. a k okolnostiam obchodovania s drevom všeobecne. Zo zápisnice o ústnom pojednávaní z 22.12.2014 vyplýva, že predvolaný svedok K. I. sa na výsluch nedostavil. Zo zápisnice o ústnom pojednávaní z 22.12.2014 o výsluchu svedka S. X. vyplýva, že svedok sa vyjadril k miestu svojho podnikania a spôsobu vykonávania podnikateľskej činnosti ako fyzickej osoby, aj ako konateľa spoločnosti REK s. r. o. Potvrdil, že obchodoval so žalobcom v rozhodnom období, predmetom obchodu bolo drevo a výrobky z dreva. Výpoveď sa netýka faktúry za september 2011. V administratívnom spise sa nachádza Zápisnica o výsluchu svedka O. I. zo dňa 25.03.2014, Zápisnica o výsluchu svedka M. I. zo 16.01.2014 a Zápisnica o výsluchu svedka O. P. z 15.04.2014, pričom výsluchy boli vykonané orgánmi Policajného zboru SR a zápisnice boli poskytnuté Finančnému riaditeľstvu SR, ktoré tieto následne postúpil správcovi dane. V administratívnom spise sa rovnako nachádza Zápisnica o výsluchu svedka M. M. z 23.11.2012, výsluch bol vykonaný orgánmi Policajného zboru SR, okrem iného ku okolnostiam odkúpenia obchodných podielov spoločnosti REK s. r. o. M. M. od S. X.. Správca dane podaním z 28.01.2015 doručeným zástupcovi žalobcu 14.02.2015 oboznámil žalobcu s výsledkom vyrubovacieho konania. Správca dane následne 03.02.2015 vydal rozhodnutie č. 9601403/5/263737/2015/StrM (prvostupňové rozhodnutie správcu dane), ktorým žalobcovi vyrubil rozdiel dane v sume 3.504,- Eur na DPH za zdaňovacie obdobie september 2011. Správca dane v odôvodnení rozhodnutia uviedol, že u žalobcu ako platiteľa DPH vykonal daňovú kontrolu okrem iného za zdaňovacie obdobie september 2011, vydal rozhodnutie z 10.02.2014, ktorým vyrubil žalobcovi rozdiel DPH vo výške 3.504,- Eur, ktoré rozhodnutie žalovaný rozhodnutím zo 14.05.2014 zrušil a vec vrátil správcovi dane na nové konanie a rozhodnutie. Správca dane následne pokračoval v konaní vo veci vyrubenia DPH a vyzval žalobcu na predloženie dôkazov k dodávateľskej faktúre, na základe ktorej mu správca dane neuznal odpočítanie dane za zdaňovacie obdobie september 2011. Žalobca navrhol vo vyrubovacom konaní vypočuť svedkov W. N., A. A., U.. K. A., U. D., S. X.. Vo vzťahu k preverovaniu faktúry č. 330911 z 28.09.2011 (deklarovaná dodávka od spoločnosti DREVO DM s.r.o.) správca dane vypočul ako svedka A. A., bývalého konateľa spoločnosti, poukázal na obsah jeho výpovede, pričom tento potvrdil pravosť faktúry, ako aj pravosť svojho podpisu, uviedol, že sa jedná o kálané drevo na paletách. Účtovníctvo spoločnosti DREVO DM nevedel predložiť. Správca dane zistil, že v spise z daňovej kontroly u subjektu DREVO DM s.r.o. sa predmetná faktúra nenachádza, daň z uvedenej faktúry nebola priznaná, ani odvedená. Správca dane následne preveril hodnovernosť dôkazov predložených žalobcom o tom, že predmetné kálané drevo bolo následne predané spoločnosti DREVO BB EXPORT s.r.o., k čomu žalobca predložil odberateľskú faktúru a príjemky na sklad, skladové karty. Uvedené dôkazy správca dane vyhodnotil ako formálne vystavené, keďže odberateľské faktúry boli vystavené pre spoločnosť DREVO BB EXPORT s.r.o., t. j. spoločnosť, v ktorej je žalobca A. D. jediným spoločníkom a konateľom. Správca dane zistil personálne prepojenie v osobe kontrolovaného daňového subjektu, ktorý v čase uskutočnenia deklarovaných zdaniteľných obchodov bol jediným konateľom spoločnosti DREVO BB EXPORT s.r.o., preto konštatoval, že existencia personálne prepojených podnikateľských subjektov, kedy si tieto subjekty predávajú tovar „samy sebe“ umožňuje vznik čisto umelej situácie za účelom odpočítania dane z pridanej hodnoty v zmysle Zákona o DPH v personálne prepojenej spoločnosti. Následne správca dane konštatoval, že konateľ spoločnosti DREVO DM s.r.o. A. A. zdaniteľné obchody potvrdil ústne, avšak nepredložil žiadne relevantné dôkazy, ktoré by uskutočnenie zdaniteľných obchodov potvrdili, a preto uzavrel, že žalobcom neboli predložené žiadne relevantné dôkazy preukazujúce nárok na uplatnenie odpočítania dane preverovanej faktúry. Predložené dôkazy správca dane vyhodnotil ako účelové. Z uvedeného správca dane vyvodil, že žalobca nepreukázal uskutočnenie žiadneho skutočného zdaniteľného obchodu medzi žalobcom a DREVO DM s.r.o. z čoho vyplýva, že žalobca si neoprávnene uplatnil odpočítanie dane podľa § 49 Zákona o DPH. Proti uvedenému rozhodnutiu správcu dane žalobca podal odvolanie, o ktorom rozhodol žalovaný napadnutým rozhodnutím zo dňa 22.05.2015 tak, že rozhodnutie správcu dane z 03.02.2015 potvrdil. V odôvodnení napadnutého rozhodnutia žalovaný poukázal na priebeh a výsledky daňovej kontroly DPH u žalobcu za zdaňovacie obdobie január až november 2011,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svedkov, o výsledku vyrubovacieho konania správca dane oboznámil žalobcu písomne a na základe zistení v daňovej kontrole a vyrubovacom konaní vydal správca dane nové rozhodnutie. Žalovaný v odôvodnení rozhodnutia poukázal na to, že žalobca si v predmetnom období odpočítal daň z dodávateľskej faktúry č. 330911 (dodávateľ DREVO DM s.r.o.). Ďalej poukázal na výsledky preverovania oprávnenosti uplatneného odpočtu dane a dokazovanie vykonané správcom dane počas daňovej kontroly. Správca dane zdaniteľné obchody deklarované predmetnou faktúrou preveroval u dodávateľov, pričom ako svedkov vypočul S. X., A. A., W. N., U. D., U.. A. a K. I.. Poukázal na obsah ich výpovedí. Ďalej poukázal na zistenia získané prostredníctvom dožiadaných správcov dane, ako aj zo spisov daňovej kontroly vykonanej v spoločnosti DREVO DM s.r.o. Žalovaný následne poukázal na priebeh vyrubovacieho konania a konštatoval, že správca dane dostatočne zistil skutkový stav, vykonané dôkazy vyhodnotil vo vzájomných súvislostiach a prvostupňové rozhodnutie správcu dane považoval za zákonné.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14.05.2014,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zaslal žiadosť o MVI cca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Protokol z daňovej kontroly, keďže nebola ukončená v zákonnej lehote, nebol podkladom pre vydanie nového rozhodnutia správcu dane, správca dane sa ani na Protokol neodvoláva. Správca dane podľa žalovaného vo vyrubovacom konaní doplnil existujúce dôkazy, vykonal všetky potrebné dôkazy a o výsledku vyrubovacieho konania oboznámil žalobcu.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nebolo preukázané, že tovar deklarovaný preverovanou dodávateľskou faktúrou, z ktorej si žalobca uplatnil odpočítanie dane, bol reálne dodaný dodávateľom DREVO DM s.r.o., čím nebol preukázaný vznik daňovej povinnosti u deklarovaného dodávateľa a žalobcovi v zmysle § 49 ods. 1, 2 písm. a/ v spojení s § 51 ods. 1 písm. a/ Zákona o DPH nevzniklo právo na odpočítanie dane z preverovanej dodávateľskej faktúry. Žalobca nepreukázal dodanie tovaru uvedeným dodávateľom.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vznik práva na odpočítanie dane, ako aj na postup podľa § 24 Daňového poriadku, pričom správca dane bol oprávnený použiť všetky dôkazy získané v zmysle § 24 ods. 4 Daňového poriadku. Dôkazné bremeno znáša žalobca a to vo vzťahu ku všetkým skutočnostiam, ktoré sám tvrdí. Žalovaný poukázal v tejto súvislosti na rozhodnutia ESD C-342/87, C-454/98 a C-73/06 a na judikatúru Najvyššieho súdu SR. Žalovaný v odôvodnení napadnutého rozhodnutia konštatoval, že preverovaním deklarovaného zdaniteľného obchodu u deklarovaného dodávateľa DREVO DM s.r.o. správca dane spochybnil reálne dodanie preverovaného tovaru deklarovaným dodávateľom pre žalobcu. Žalobca teda vierohodným spôsobom nepreukázal splnenie podmienok pre uplatnenie odpočítania dane podľa § 49 ods. 1, 2 Zákona o DPH, a preto postup správcu dane pri nepriznaní nároku na odpočítanie dane bol v súlade so zákonom.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406/2011 Z.z. v znení úč. do 30.11.2011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november 2011)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1100301/1/225319/2014/4989 zo dňa 14.05.2014,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námietke žalobcu o nezákonnom prerušení daňovej kontroly uvádza, že z obsahu administratívneho spisu vyplýva, že správca dane v súvislosti s výkonom daňovej kontroly na DPH za zdaňovacie obdobie január až november 2011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preverovaných zdaňovacích období).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kedy by bolo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podstatnú v tejto veci súd považuje skutočnosť,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ho považovať za nezákonné. Rovnako za podstatnú považuje súd skutočnosť, že pokiaľ žalovaný (i správca dane) mal za to, že v rámci daňového konania bolo možné pokračovať vo vyrubovacom konaní a na základe dôkazov zabezpečených v priebehu nezákonne vykonanej daňovej kontroly a nezákonného vyrubovacieho konania (protokol, ktorý je výsledkom, resp. zavŕšením nezákonne vykonávanej daňovej kontroly nemôže byť právnou skutočnosťou, ktorá by zakladala nejaké právne účinky, v tomto prípade účinok ukončenia daňovej kontroly v zmysle § 46 ods. 9 písm. a/ Daňového poriadku a následne začatie vyrubovacieho konania), ktoré dôkazy nadobudli povahu nezákonne získaných dôkazných prostriedkov, bolo možné vo veci rozhodnúť, vec nesprávne právne posúdil a zároveň zaťažil konanie vadou, ktorá mohla mať vplyv na zákonnosť napadnutého rozhodnutia žalovaného i rozhodnutia správcu dane.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