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24S/150/2015 z 23. 6. 2016</w:t>
      </w:r>
    </w:p>
    <w:p>
      <w:r>
        <w:t>Rozsudok Krajského súdu Banská Bystrica z 23. júna 2016, sp. zn. 24S/150/2015, ECLI:SK:KSBB:2016:6015201018.1</w:t>
      </w:r>
    </w:p>
    <w:p>
      <w:r>
        <w:t>Súd: Krajský súd Banská Bystrica</w:t>
      </w:r>
    </w:p>
    <w:p>
      <w:r>
        <w:t>Spisová značka: 24S/150/2015</w:t>
      </w:r>
    </w:p>
    <w:p>
      <w:r>
        <w:t>ECLI: ECLI:SK:KSBB:2016:6015201018.1</w:t>
      </w:r>
    </w:p>
    <w:p>
      <w:r>
        <w:t>Dátum vydania: 23. 6. 2016</w:t>
      </w:r>
    </w:p>
    <w:p>
      <w:r>
        <w:t>Forma: Rozsudok</w:t>
      </w:r>
    </w:p>
    <w:p>
      <w:pPr>
        <w:pStyle w:val="Heading2"/>
      </w:pPr>
      <w:r>
        <w:t>Text rozhodnutia</w:t>
      </w:r>
    </w:p>
    <w:p>
      <w:r>
        <w:t>Súd: Krajský súd Banská Bystrica Spisová značka: 24S/150/2015 Identifikačné číslo súdneho spisu: 6015201018 Dátum vydania rozhodnutia: 24. 06. 2016 Meno a priezvisko sudcu, VSÚ: JUDr. Alena Antalová ECLI: ECLI:SK:KSBB:2016:6015201018.1 ROZSUDOK V MENE SLOVENSKEJ REPUBLIKY Krajský súd v Banskej Bystrici v senáte zloženom z predsedníčky senátu JUDr. Aleny Antalovej a členov senátu JUDr. Jany Novotnej a JUDr. Jozefa Zlochu v právnej veci žalobcu: J. X., S. XXX/XX, XXX XX J., zast. advokátom JUDr. Jozefom Brázdilom, Trhová 992/1, 960 01 Zvolen proti žalovanému: Finančné riaditeľstvo Slovenskej republiky, Lazovná 63, 974 01 Banská Bystrica o preskúmanie zákonnosti rozhodnutia žalovaného č. 1100301/1/216199/2015/4989 zo dňa 22.05.2015 takto r o z h o d o l : Rozhodnutie žalovaného č. 1100301/1/216199/2015/4989 zo dňa 22.05.2015 v spojení s rozhodnutím Daňového úradu Banská Bystrica č. 9601403/5/262832/2015/StrM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1100301/1/216199/2015/4989 zo dňa 22.05.2015 (ďalej len „napadnuté rozhodnutie žalovaného“), ktorým žalovaný potvrdil rozhodnutie Daňového úradu Banská Bystrica (ďalej aj „prvostupňový správny orgán“ alebo „správca dane“) č. 9601403/5/262832/2015/StrM zo dňa 03.02.2015 (ďalej aj „prvostupňové rozhodnutie“), ktorým bol žalobcovi podľa § 68 ods. 5 zák. č. 563/2009 Z.z. o správe daní a o zmene a doplnení niektorých zákonov v znení neskorších predpisov (ďalej len „Daňový poriadok“) vyrubený rozdiel dane v sume nadmerného odpočtu na dani z pridanej hodnoty (ďalej len „DPH“) za zdaňovacie obdobie jún 2011 v sume 1.440,- Eur, t.j. znížil nadmerný odpočet zo sumy 4.166,60 Eur na sumu 2.726,60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9601403/5/520966/2014/StrM dňa 10.02.2014, ktoré na základe podaného odvolania žalobcu bolo rozhodnutím č. 1100301/1/225301/2014/4989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Baláž nebude opakovane predvolaný, neboli v ňom uvedené skutočnosti o nahliadnutí do spisu daňových kontrol u Slavomíra N. - REK, neboli uvedené zistenia z mýtneho systému. Žalobca nebol o týchto skutočnostiach vo vyrubovacom konaní nikdy oboznámený a bolo mu odňaté právo vyjadriť sa k nim. Správca dane nepostupoval podľa § 68 ods. 3 Daňového poriadku. Žiadna zo zápisníc spísaných vo vyrubovacom konaní nebola označená za poslednú.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070611 s dátumom dodania 20.06.2010 z obstarania kosačky a obracačky vo výške 8.640,- Eur od dodávateľa DREVO DM s.r.o. Halič. Správca dane nahliadol do spisu daňového subjektu DREVO DM s.r.o. v rámci daňovej kontroly a identifikoval faktúru, ktorou spoločnosť nakúpila tovar, ktorý bol žalobcovi dodaný. Jednalo sa o faktúru č. 070611 od spoločnosti KEVOLA s.r.o. Podľa zistení správcu dane KEVOLA s.r.o. je nekontaktná, so správcom dane nespolupracuje. Správca dane z toho vyvodil, že nebolo potvrdené uskutočnenie zdaniteľného obchodu. Správca dane vyhodnotil svedeckú výpoveď ako dôkaz, ktorý nepreukázal uskutočnenie zdaniteľného obchodu spoločnosťou DREVO DM s.r.o., pretože svedok pri svedeckej výpovedi nepredložil relevantné dôkazy. Na druhej strane správca dane uvádza, že nahliadol do spisu daňového subjektu DREVO DM s.r.o. v rámci prebiehajúcej daňovej kontroly v tomto subjekte a identifikoval faktúru, ktorou spoločnosť nakúpila tovar, ktorý bol J. X. dodaný, jednalo sa o faktúru č. 030211 od spoločnosti Econix s.r.o. Podľa zistení správcu dane Econix s.r.o. je nekontaktný, správca dane zároveň tvrdí, že spoločnosť vystavovala faktúry a podľa § 69 ods. 5 Zákona o DPH bola povinná odviesť túto daň, ale nenakúpila žiadny tovar. Ako správca dane dospel k týmto záverom, nie je uvedené. Správca dane z uvedeného dospel k záveru, že nedošlo k dodaniu tovaru pre žalobcu od spoločnosti DREVO DM s.r.o. Správca dane v daňovom konaní a v odôvodnení rozhodnutia neprihliadol na všetky skutočnosti a dôkazy, ktoré vyšli najavo, tieto nevyhodnotil jednotlivo aj v ich vzájomnej súvislosti, a preto je podľa žalobcu rozhodnutie v tejto časti nezrozumiteľné a nepreskúmateľné. Žalobca poukázal na to, že správca dane vo vyrubovacom konaní vypočul svedka J. J., konateľa spoločnosti DREVO DM s.r.o., ktorý dňa 20.11.2014 potvrdil pravosť faktúry č. 070611, pričom prílohou faktúry je dodací list, na ktorom je tovar bližšie špecifikovaný. Ďalej uviedol, že doklady spoločnosti sa nachádzajú na polícii., správca dane mal možnosť do nich nahliadať. K tejto možnosti však správca dane nepristúpil. Žalobca vo vyrubovacom konaní predložil ďalšie dôkazy - odberateľské faktúry, ktorými bol majetok predaný (č. faktúry 070611 a č. 099/06/2013). Správca dane k týmto faktúram uviedol, že nespĺňajú základnú podmienku možnosti uplatnenia odpočítania dane. Správca dane v prípade pochybností mohol vykonať miestne zisťovanie, prípadne vypočuť p. X. ml. ako svedka. Správca dane ako ďalšie dôkazy uviedol zápisnice o výsluchu svedkov, ktoré boli správcovi dane poskytnuté PPZ. Tieto výsluchy svedkov neboli vykonané orgánmi štátnej správy v oblasti daní a poplatkov, a preto nemožno tieto výsluchy svedkov považovať za dôkaz získaný podľa § 24 ods. 4 Daňového poriadku. Daňový subjekt nemohol využiť svoje právo klásť svedkom otázky ustanovené v § 45 ods. 1 písm. e/ Daňového poriadku. Na tieto výpovede preto podľa žalobcu nemožno prihliadať ako na zákonné dôkazy pri správe daní. Správca dane uzavrel, že žalobca nepredložil k daňovej kontrole faktúry za nadobudnutie tovaru, z ktorých si uplatnil odpočítanie dane podľa § 49 Zákona o DPH. V prípade dodávateľa spoločnosti DREVO DM s.r.o. nebolo preukázané uskutočnenie žiadneho skutočného zdaniteľného obchodu medzi žalobcom a DREVO DM s.r.o. Žalobca nepreukázal podľa správcu dane relevantné dôkazy preukazujúce reálnosť zdaniteľných obchodov so spoločnosťou DREVO DM s.r.o., nebol preukázaný vznik daňovej povinnosti z deklarovaných zdaniteľných obchodov s DREVO DM s.r.o. predložením dôkazov o tom, že sa zdaniteľný obchod deklarovaný faktúrou č. 070611 uskutočnil, že platiteľ tovar reálne nadobudol a došlo k fyzickému dodaniu tovaru, a tým aj k nadobudnutiu práva nakladať s tovarom ako vlastník (§ 8 ods. 1 Zákona o DPH). Žalobca v žalobe poukázal na to, že správca dane dňa 26.03.2013 vykonal miestne zisťovanie v mieste prevádzky žalobcu - v mieste bývalého JRD Málinec a predmetom miestneho zisťovania bolo overenie prevádzky píly v Málinci. Správca dane si mohol uvedené skutočnosti overiť. Žalobca v tejto súvislosti poukázal na rozsudok Najvyššieho súdu SR sp. zn. 6Sžf/10/2012 týkajúci sa rozloženia dôkazného bremena v daňovom konaní, podľa ktorého daňový subjekt preukazuje skutočnosti, ktoré majú vplyv na správne určenie dane a skutočnosti, ktoré je povinný uvádzať v priznaní, hlásení a vyúčtovaní, avšak nie je možné od neho požadovať preukázanie skutočností, na ktorých sa sám nepodieľal s následnou satisfakciou v podobe stanovenia výsledku zo strany správcu dane, že „daňový subjekt neuniesol dôkazné bremeno“. Správca dane nevyzval žalobcu na predloženie iných skutočností.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jún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november 2011, vo vyrubovacom konaní na základe rozhodnutia žalovaného zo 14.05.2014, ako aj na základe zistení z daňovej kontroly a zistení vo vyrubovacom konaní vydal nové rozhodnutie dňa 03.02.2015, ktorým vyrubil rozdiel DPH za zdaňovacie obdobie jún 2011 v sume 1.440,- Eur.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za zdaňovacie obdobie január až november 2011 ako celok a podľa § 61 ods. 1 písm. b/ Daňového poriadku bola prerušená rozhodnutím o prerušení daňovej kontroly z 23.08.2013, v ktorom bol uvedený dôvod prerušenia.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Pokiaľ správca dane až 02.09.2013 prerušil predmetnú daňovú kontrolu, táto skutočnosť podľa žalovaného nemôže vyvolať jej nezákonnosť. Daňový poriadok podľa § 61 ods. 1 písm. b/ umožňuje, nie prikazuje kontrolu prerušiť. V rozhodnutí o prerušení daňovej kontroly je uvedené, že správca dane bude v kontrole pokračovať, len čo pominú dôvody, pre ktoré sa kontrola prerušila, do doručenia odpovede na žiadosť o MVI.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Správca dane sa vo vyrubovacom konaní riadil nálezom Ústavného súdu SR 24/2010 a z dôvodu prekročenia maximálnej dĺžky trvania kontroly v daňovom konaní nepoužil Protokol z daňovej kontroly. Keďže daňová kontrola bola začatá v súlade so zákonom, musela byť dokončená, aj keď nebola dodržaná lehota na jej vykonanie.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potrebné dôkazy vo vyrubovacom konaní. Všetky dôkazy získané počas kontroly, ktoré boli zhrnuté v Protokole, boli získané v zákonom stanovenej ročnej lehote na výkon daňovej kontroly, a preto ich správca dane mohol použiť ako dôkazy vo vyrubovacom konaní, nakoľko nimi bolo možné zistiť a objasniť skutočnosti rozhodujúce pre správne určenie dane a nie sú získané v rozpore so zákonom. Takéto dôkazy z dôvodu nedodržania lehoty na výkon daňovej kontroly podľa žalovaného nemožno považovať za nezákonné. O výsledku vyrubovacieho konania bol splnomocnený zástupca žalobcu oboznámený písomne 28.01.2015. Vo vyrubovacom konaní pri ústnom pojednávaní dňa 08.07.2014 vyzval správca dane splnomocneného zástupcu žalobcu na preukázanie skutočností, ktoré by mali vplyv na správne určenie dane a na predloženie dôkazov k preverovaným dodávateľským faktúram, na základe ktorých správca dane neuznal odpočítanie dane za zdaňovacie obdobie jún 2011. Žalovaný žalobcom predložené dôkazy po ich vyhodnotení a v nadväznosti na vykonané dokazovanie správcu dane považuje za formálne vystavené, ktoré nespĺňajú základnú podmienku možnosti uplatnenia odpočítania dane. Správca dane preveroval uskutočnenie predmetných zdaniteľných obchodov, čo podrobne uviedol aj v napadnutom rozhodnutí. Žalovaný v písomnom vyjadrení podrobne uviedol dôvody, pre ktoré správca dane neuznal daňovému subjektu odpočítanie dane. Poukázal na zistenia správcu dane, podľa ktorých tovar - kosačku a obracačku z faktúry č. 070611 dodala spoločnosti DREVO DM s.r.o. spoločnosť KEVOLA s.r.o. Lučenec. Zamestnanci správcu dane v rámci vykonávanej kontroly oslovili kontrolnú skupinu vykonávajúcu kontrolu DPH za zdaňovacie obdobia I. až IV. štvrťrok 2011 u daňového subjektu KEVOLA s.r.o. Lučenec, pričom z odpovede z 11.09.2013 vyplynulo, že spoločnosť KEVOLA s.r.o. v čase výkonu daňovej kontroly zmenila konateľa, novým konateľom sa stal p. G. D., ktorý je podľa medzinárodného preverenia neexistujúcou osobou. KEVOLA s.r.o. so správcom dane nekomunikuje, nepreberá poštu, daňový subjekt nereaguje a požadované dôkazy k výkonu kontroly nepredložil. Žalobca sa k faktúre č. 07062011 vyjadril, že majetok bol v r. 2013 predaný spoločnosti MK and MK Holz s.r.o. - synovi žalobcu. Hodnotením a analýzou získaných dôkazov bolo preukázané, že existencia prepojených podnikateľských subjektov umožňuje vznik čisto umelej situácie za účelom získania daňovej výhody - odpočítania dane podľa § 49 ods. 2 písm. a/ Zákona o DPH v personálne prepojenej spoločnosti. Správca dane preveroval obchodovanie s predmetným tovarom, čo je podrobne uvedené v napadnutom rozhodnutí správcu dane u spoločnosti KEVOLA s.r.o., kde zo zápisnice o výsluchu svedka vyplynulo, že spoločnosť KEVOLA s.r.o. nevedela preukázať predaj tovaru spoločnosti DREVO DM a že sa jednalo o fiktívny obchod. Faktúra vystavená formálne dodávateľom s náležitosťami podľa § 71 ods. 2 a § 72 ods. 2 Zákona o DPH nezakladá zásadnú podmienku možnosti uplatnenia práva na odpočítanie dane z prijatých faktúr, aj s ohľadom na skutočnosť, že daňová kontrola nepreukázala relevantné dôkazy o skutočnom nadobudnutí tovaru a služieb od tuzemských dodávateľov. Ani vo vyrubovacom konaní neboli správcovi dane predložené žiadne relevantné dôkazy, ktoré by preukazovali, že fakturovaný tovar prípadne služba, boli skutočne dodané žalobcovi. Žalovaný uzavrel, že preverovaním pri daňovej kontrole správca dane zistil, že sa nepreukázalo uskutočnenie zdaniteľných obchodov, ktoré sú predmetom vedenia účtovníctva v zmysle zák. č. 431/2002 Z.z. o účtovníctve, čo potvrdilo skutočnosť, že samotná existencia faktúr ešte nie je relevantným dôkazom o uskutočnení zdaniteľného obchodu v zmysle § 8 Zákona o DPH a nebolo potvrdené uskutočnenie zdaniteľného obchodu v zmysle uvedenej faktúry od daňového subjektu DREVO DM s.r.o. Splnomocnený zástupca žalobcu navrhol opakovane vypočuť svedka p. J., bývalého konateľa spoločnosti DREVO DM s.r.o., ktorý bol správcom dane vypočutý aj v predchádzajúcom konaní. Správca dane žiadosti žalobcu vyhovel a vo vyrubovacom konaní opakovane vypočul tohto svedka. Ani opakovaným vypočutím svedka však neboli predložené dôkazy, ktoré by preukazovali, že žalobca tovar deklarovaný preverovanými dodávateľskou faktúrou aj reálne nadobudol od deklarovaného dodávateľa DREVO DM s.r.o., čím nebol preukázaný vznik daňovej povinnosti u deklarovaného dodávateľa DREVO DM s.r.o. v zmysle § 19 ods. 2 Zákona o DPH a tým žalobcovi v zmysle § 49 ods. 1, 2 písm. a/ v nadväznosti na § 51 ods. 1 písm. a/ Zákona o DPH nevzniklo právo na odpočítanie dane z preverovanej dodávateľskej faktúry. Žalobca uviedol iba všeobecné tvrdenia bez konkrétneho dôkazu o dodávke tovaru, neodstránil pochybnosti o dodávateľovi, a teda nepreukázal splnenie podmienok na odpočítanie dane. Pokiaľ si žalobca uplatňuje nárok na odpočítanie dane z dodávateľskej faktúry, musí byť schopný sám preukázať, že zdaniteľný obchod bol uskutočnený. V danom prípade nepostačuje, pokiaľ si žalobca uplatňuje nárok na odpočítanie dane z dodávateľskej faktúry, iba predloženie faktúry, resp. dodacích listov, ale musí byť schopný preukázať, že zdaniteľný obchod bol reálne uskutočnený osobou na faktúre uvedenou. Žalobca v rámci dokazovania predložil faktúry a dodacie listy, čím preukazoval realizáciu obchodu. Správca dane nespochybnil existenciu tovaru, ale existencia tovaru ešte nie je dôkazom, že tento tovar bol pre žalobcu dodaný práve dodávateľom DREVO DM s.r.o. Správca dane pri preverovaní skutočností týkajúcich sa dodávateľskej faktúry, ktorú prijal žalobca v zdaňovacom období jún 2011 od dodávateľa DREVO DM s.r.o. postupoval v súlade s § 24 ods. 4 Zákona o DPH. V daňovom konaní platí zásada prejednávacia a nie vyhľadávacia. Správca dane nie je povinný vyhľadávať dôkazy svedčiace v prospech žalobcu, správca dane iba prejednáva dôkazy predložené žalobcom, čo vyplýva zo skutočnosti, že dôkazná povinnosť je na strane žalobcu (§ 45 ods. 2 písm. e/ Daňového poriadku). Zistenia správcu dane týkajúce sa dodávateľa DREVO DM s.r.o. vedú k pochybnostiam o dodaní deklarovaného tovaru práve týmto dodávateľom a tieto pochybnosti sa žalobcovi nepodarilo odstrániť. Dôkazné bremeno znáša žalobca k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preverovaných faktúrach. Tejto povinnosti sa nemôže žalobca zbaviť iba predložením faktúry, prípadne dokladom o jej úhrade a tvrdením, že k dodaniu tovaru, resp. služby došlo.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neboli dodržané podmienky pre uplatnenie odpočítania dane ustanovené v Zákone o DPH. Žalovaný uviedol, že rozhodnutie bolo vydané na základe dostatočne zisteného skutkového stavu a zo získaných dôkazov bol prijatý správny právny záver, pričom rozhodnutie je náležite odôvodnené.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31.05.2016,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o.i. došlé a odovzdané faktúry, príjmové a výdavkové pokladničné doklady. Správca dane požiadal 12.11.2012 o preverenie informácii týkajúcich sa žalobcu prostredníctvom MVI. Dňa 20.11.2012 bola spísaná Zápisnica o ústnom pojednávaní, predmetom ktorej bolo vyjadrenie žalobcu k jeho podnikateľskej činnosti, pričom ku faktúre od dodávateľa DREVO DM s.r.o. sa nevyjadril. Dňa 20.02.2013 bola správcovi dane doručená čiastočná odpoveď na MVI s tým, že u preverovaného subjektu prebieha kontrola. Z fotokópie faktúry č. 070611 vyplýva, že dodávateľ DREVO DM s.r.o. Lučenec vyfakturoval žalobcovi ako odberateľovi dodávku kosačky za cenu 3.800,- Eur bez DPH a obracačky za cenu 3.400,- Eur bez DPH, spolu celková suma 7.200,- Eur bez DPH plus 20 % DPH 1.440,- Eur, t.j. spolu suma 8.640,- Eur. Faktúra bola opatrená pečiatkou dodávateľa (DREVO DM s.r.o. Lučenec) plus podpisom s uvedením mena: J.. Pečiatka ani podpis odberateľa - žalobcu sa na faktúre nenachádza. Na faktúre je uvedené, že slúži ako dodací list. K faktúre je pripojená fotokópia dodacieho listu z 20.06.2011, na ktorom je uvedený ako dodávateľ DREVO DM s.r.o. Lučenec a ako odberateľ žalobca, názov a druh tovaru - rotačná kosačka (1 ks) a obracačka (1 ks), bez uvedenia ceny. Na dodacom liste je pečiatka a podpis dodávateľa. Odberateľ prevzatie tovaru na dodacom liste nepotvrdil, nie je na ňom uvedené meno odberateľa, t.j. žalobcu, ani jeho podpis. Na dodacom liste nie je uvedené ani evidenčné číslo motorového vozidla, ani meno a priezvisko vodiča, ktorý prepravu uvedeného tovaru mal vykonávať. Dňa 26.03.2013 bolo vykonané miestne zisťovanie v prevádzke žalobcu - Píla Málinec, o čom správca dane spísal zápisnicu.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Dňa 02.05.2013 bola následne vyhotovená zápisnica aj o miestnom zisťovaní v Urbárskej spoločnosti pozemkové spoločenstvo Ozdín. Správca dane predvolal ako svedkov T. U. (konateľa spoločnosti KEVOLA s.r.o. Šahy) a Y. N., pričom o termíne ústnych pojednávaní písomne upovedomil žalobcu. V administratívnom spise sa nachádzajú Zápisnice o ústnom pojednávaní z 20.08.2013 o vypočutí svedka Y. N., ktoré však neobsahujú žiadne údaje, ktoré by sa týkali zdaňovacieho obdobia jún 2011 a vystavenej faktúry od dodávateľa DREVO DM. Z výpovede svedka T. U., ktorá bola spísaná do zápisnice zo dňa 25.06.2013 vyplýva, že spoločnosť KEVOLA s.r.o. nemala zamestnancov, účtovné doklady vystavoval p. U.. Svedok potvrdil, že v období január až november 2011 a január až máj 2012 obchodoval so žalobcom, pričom žalobcovi dodával predovšetkým drevo. Vyjadril sa k faktúram vystaveným pre odberateľa - žalobcu za dodávku dreva, ktoré sa však netýkali kontrolovaného zdaňovacieho obdobia jún 2011. Svedok uviedol, že nemá žiadne doklady od spoločnosti KEVOLA s.r.o., pretože všetky odovzdal novému konateľovi - p. G. D. z Rumunska. Odovzdávajúci protokol nevedel správcovi dane predložiť. Preberací protokol údajne odovzdal novému konateľovi p. D. v Budapešti.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jún 2011 nahliadli za účelom preverenia skutočnosti týkajúcich sa zdaniteľného obchodu medzi žalobcom a DREVO DM s.r.o. do spisu daňovej kontroly DPH vykonávanej u daňového subjektu DREVO DM s.r.o., o čom bol spísaný úradný záznam zo dňa 02.09.2013. Zamestnanci správcu dane zistili, že tovar - kosačku a obracačku z faktúry č. 070611 dodala spoločnosti DREVO DM s.r.o. spoločnosť KEVOLA s.r.o. Lučenec. Od zamestnancov vykonávajúcich kontrolu DPH za zdaňovacie obdobie I. až IV. štvrťrok 2011 u daňového subjektu KEVOLA s.r.o. Lučenec bolo zistené, že spoločnosť KEVOLA s.r.o. v čase výkonu daňovej kontroly zmenila konateľa a novým konateľom sa stal p. G. D., ktorý je podľa medzinárodného preverenia neexistujúcou osobou. KEVOLA s.r.o. so správcom dane nekomunikuje, nepreberá poštu, na výzvy nereaguje a žiadne požadované doklady k výkonu daňovej kontroly nepredložil.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Z.. U. S.. Z Protokolu vyplýva, že vo vzťahu k zdaňovaciemu obdobiu jún 2011 správca dane zistil, že sa nepreukázalo uskutočnenie zdaniteľného obchodu vyfakturovaného faktúrou č. 070611 dodávateľom DREVO DM s.r.o. Lučenec, z ktorej si v zdaňovacom období jún 2011 odpočítal žalobca DPH vo výške 1.440,- Eur, pričom správca dane poukázal na zistenia vyplývajúce zo spisov z daňových kontrol vykonávaných u spoločnosti DREVO DM s.r.o. a KEVOLA s.r.o., ako aj z informácii zistených z dokumentov poskytnutých z PPZ, NAKA, NJFP, Expozitúra Stred Banská Bystrica z 03.04.2013, ktoré obsahovali výsluch svedkov Š. U., L. K., M. X., M. A. a v Protokole poukázal na obsah výpovedí týchto svedkov. Z úradného záznamu vyhotoveného správcom dane 05.02.2014 vyplýva, že žalobca sa k zisteniam uvedeným v Protokole z daňovej kontroly v stanovenej lehote (do 03.02.2014) nevyjadril. Správca dane vydal dňa 10.02.2014 rozhodnutie č. 9601403/5/520966/2014/StrM, ktorým vyrubil žalobcovi rozdiel dane v sume 1.440,- Eur na DPH za zdaňovacie obdobie február 2012 s odôvodnením, že žalobca nepreukázal, že mu vznikol nárok na odpočítanie dane z titulu nadobudnutia tovaru v tuzemsku podľa § 51 ods. 1 písm. a/ Zákona o DPH. Proti predmetnému rozhodnutiu správcu dane podal žalobca odvolanie, o ktorom žalovaný rozhodol rozhodnutím č. 1100301/1/225357/2014/5098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 ktorej vyplýva, že správca dane oznámil žalobcovi, že v dôsledku vydaného zrušovacieho rozhodnutia žalovaným sa začalo vyrubovacie konanie a vyzval žalobcu na predloženie dôkazov k označeným faktúram, konkrétne vo vzťahu k zdaňovaciemu obdobiu jún 2011 k faktúre č. 070611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Zo zápisnice zo dňa 06.08.2014 vyplýva, že splnomocnená zástupkyňa žalobcu poskytla správcovi dane informáciu k faktúre č. 070611 - za kosačku a obracačku a to, že tento majetok bol predaný v r. 2013 spoločnosti MK and MK Holz s.r.o. Zo Zápisnice z 08.09.2014 vyplýva, že zástupca žalobcu predložil správcovi dane dôkazy k spornej faktúre č. 070611 - odberateľské faktúry, ktorými bol majetok daňového subjektu predaný v r. 2013 spoločnosti MK and MK Holz s.r.o. (odberateľská faktúra č. 099/06/2013) a J. X. - synovi daňového subjektu - žalobcu (odberateľská faktúra č. 062/04/2013). Predmetné dôkazy k sporným faktúram boli predložené na technickom nosiči dát - USB. Zo Zápisnice z 30.09.2014 vyplýva, že zástupca žalobcu predložil správcovi dane dôkazy na USB, ktoré sa však netýkali kontrolovaného zdaňovacieho obdobia jún 2011. V administratívnom spise sa nachádzajú zápisnice o výsluchu predvolaných svedkov, ktorí však vo vzťahu k faktúre za zdaňovacie obdobie jún 2011 nemajú žiadnu vypovedaciu hodnotu (výpovede svedkov R. J., Z. X., G. L., Z.. T. J., Y. N.). Správca dane predvolal na výsluch svedka J. J., bývalého konateľa DREVO DM s.r.o. a T. U., bývalého konateľa KEVOLA s.r.o., o čom upovedomil žalobcu. Svedok T. U. sa na výsluch nedostavil. Zo zápisnice o ústnom pojednávaní z 20.11.2014 o výsluchu svedka J. J., bývalého konateľa spoločnosti DREVO DM s.r.o. vyplýva, že táto spoločnosť v r. 2011 obchodovala so žalobcom, pričom potvrdil, že faktúru č. 070611 vystavil on, dodal tovar, ktorý je na faktúre, potvrdil podpis na faktúre. Jednalo sa o dodanie rotačnej kosačky a obracačky na seno, ktoré sú bližšie špecifikované v prílohe - dodacom liste. Vo vzťahu k obchodovaniu so spoločnosťou KEVOLA s.r.o. uviedol, že prepravu tovaru od spoločnosti KEVOLA s.r.o. zabezpečovala táto spoločnosť, alebo si zabezpečoval svedok prepravu sám. Za spoločnosť KEVOLA s.r.o. konal s p. U.. V administratívnom spise sa nachádzajú zápisnice o výsluchu svedkov H. U., konateľ PDR s.r.o., H. S. a E. U.. Uvedené zápisnice o výsluchu uvedených svedkov vypočutých orgánmi činnými v trestnom konaní sa netýkajú faktúry za zdaňovacie obdobie jún 2011. V administratívnom spise sa nachádza aj fotokópia dokumentov poskytnutých z PPZ, NAKA, NJFP, Expozitúra Stred Banská Bystrica - zápisnice o výsluchu svedka E. E., ktorá sa však netýka faktúry za zdaňovacie obdobie jún 2011. Správca dane podaním z 28.01.2015 doručeným zástupcovi žalobcu dňa 14.02.2015 oboznámil žalobcu s výsledkom vyrubovacieho konania. Správca dane následne 03.02.2015 vydal rozhodnutie č. 9601403/5/262832/2015/StrM (prvostupňové rozhodnutie správcu dane), ktorým žalobcovi vyrubil rozdiel dane v sume 1.440,- Eur na DPH za zdaňovacie obdobie jún 2011. Správca dane v odôvodnení rozhodnutia uviedol, že u žalobcu ako platiteľa DPH vykonal daňovú kontrolu o.i. za zdaňovacie obdobie jún 2011, vydal rozhodnutie z 10.02.2014, ktorým vyrubil žalobcovi rozdiel DPH vo výške 1.440,- Eur, ktoré rozhodnutie žalovaný rozhodnutím zo dňa 14.05.2014 zrušil a vec vrátil správcovi dane na nové konanie a rozhodnutie. Správca dane následne pokračoval v konaní vo veci vyrubenia DPH a vyzval žalobcu na predloženie dôkazov k dodávateľskej faktúre, na základe ktorej mu správca dane neuznal odpočítanie dane za zdaňovacie obdobie jún 2011. Zástupca žalobcu sa dostavil k správcovi dane za účelom predloženia dôkazov, o čom boli spísané zápisnice o ústnych pojednávaniach 06.08.2014 a 08.09.2014, avšak nepredložil žiadne relevantné dôkazy v dodávateľskej faktúre za zdaňovacie obdobie jún 2011, na základe ktorej mu správca dane neuznal odpočítanie dane. Správca dane vypočul svedka p. Miroslava J., o čom spísal zápisnicu, avšak v rámci vyrubovacieho konania neboli preukázané nové skutočnosti zakladajúce zmeny oproti daňovej kontrole a písomne oboznámil žalobcu s výsledkom vyrubovacieho konania. V odôvodnení rozhodnutia správca dane poukázal na skutočnosti zistené daňovou kontrolou DPH za zdaňovacie obdobie jún 2011, počas ktorej správca dane preveroval predložené doklady a zistil, že žalobca si v kontrolovanom zdaňovacom období jún 2011 odpočítal DPH vo výške 1.440,- Eur z tovaru fakturovaného dodávateľskou faktúrou od dodávateľa DREVO DM s.r.o. Lučenec (faktúra č. 070611 z 20.06.2011), ktorý nepoužil na dodávky tovarov a služieb ako platiteľ. Poukázal na výsledky zistenia zadovážené zo spisu z daňovej kontroly DPH vykonávanej u spoločnosti DREVO DM s.r.o. a u spoločnosti KEVOLA s.r.o. Zároveň poukázal na obsah výpovede svedka J. J., konateľa spoločnosti DREVO DM s.r.o., ktorý potvrdil, že v r. 2011 obchodoval so žalobcom, potvrdil pravosť faktúry č. 070611, ako aj pravosť svojho podpisu na nej, uviedol, že sa jedná o tovar bližšie špecifikovaný na prílohe - dodacom liste, ktorý je u správcu dane. Účtovníctvo spoločnosti DREVO DM nevedel predložiť, nakoľko je na polícii. Zástupca žalobcu predložil správcovi dane odberateľské faktúry, o ktorých tvrdil, že na základe nich boli vyššie uvedené tovary pre spoločnosť MK and MK Holz s.r.o. a pre J. X. ml. (syn žalobcu) odpredané v r. 2013. Uvedené faktúry podľa vyhodnotenia správcu dane nespĺňajú podmienky možnosti odpočítania dane, tieto boli vystavené pre J. Kancka - syna žalobcu a pre spoločnosť MK and MK Holz s.r.o., spoločnosť, v ktorej je osoba J. X., ml. (syn žalobcu) jediným spoločníkom a konateľom, a preto predložené doklady vyhodnotil správca dane ako nerelevantné. Z uvedeného vyplýva, že správca dane zistil prepojenie v blízkej osobe kontrolovaného daňového subjektu - žalobcu a jeho syna J. X. ml. Existencia prepojených podnikateľských subjektov umožňuje vznik čisto umelej situácie za účelom získania daňovej výhody odpočítania dane podľa § 49 ods. 2 písm. a/ Zákona o DPH. Správca dane pri preverovaní počas daňovej kontroly zistil, že sa nepreukázalo uskutočnenie zdaniteľných obchodov, ktoré sú predmetom vedenia účtovníctva a samotná existencia faktúry ešte nie je relevantným dôkazom o uskutočnení zdaniteľného obchodu podľa § 8 Zákona o DPH, nebolo potvrdené uskutočnenie zdaniteľného obchodu v zmysle vyššie uvedenej faktúry od daňového subjektu DREVO DM s.r.o. Správca dane konštatoval, že žalobca nepredložil žiadne relevantné dôkazy preukazujúce nárok na uplatnenie odpočítania dane z preverovanej faktúry. Predložené dôkazy správca dane vyhodnotil ako účelové. Správca dane poukázal aj na zistenia získané v súvislosti s daňovou kontrolou v spoločnosti KEVOLA s.r.o. prostredníctvom PPZ, NAKA, NJFP, Expozitúra Stred Banská Bystrica (zápisnice z výsluchu svedkov S. K., J. X., T. U., J. A.), ktorí svedkovia sa o.i. vyjadrovali aj k obchodnej činnosti spoločnosti KEVOLA s.r.o. a spoločnosti KALIPO s.r.o. v r. 2010 až 2012. Správca dane konštatoval, že napriek tomu, že žalobca viedol v účtovníctve a k daňovej kontrole predložil faktúru za nadobudnutie tovaru, z ktorej si uplatnil odpočítanie dane podľa § 49 Zákona o DPH, správca dane zistil, že v prípade dodávateľa spoločnosti DREVO DM s.r.o. nebolo preukázané uskutočnenie žiadneho skutočného zdaniteľného obchodu medzi žalobcom a spoločnosťou DREVO DM s.r.o., z čoho vyplýva, že žalobca si neoprávnenie uplatnil odpočítanie dane podľa § 49 Zákona o DPH. Žalobca teda nepreukázal relevantné dôkazy preukazujúce reálnosť zdaniteľných obchodov so spoločnosťou DREVO DM s.r.o., nebol preukázaný vznik daňovej povinnosti z deklarovaného zdaniteľného obchodu so spoločnosťou DREVO DM s.r.o. predložením dôkazov o tom, že sa zdaniteľný obchod deklarovaný faktúrou č. 070611 uskutočnil, že tovar platiteľ reálne nadobudol a došlo k fyzickému dodaniu tovaru a tým aj k nadobudnutiu práva nakladať s tovarom ako vlastník podľa § 8 ods. 1 Zákona o DPH. Vzhľadom na uvedené správca dane nepriznal žalobcovi nárokovanú daň uvedenú v daňovom priznaní za predmetné zdaňovacie obdobie. Proti uvedenému rozhodnutiu správcu dane žalobca podal odvolanie, o ktorom rozhodol žalovaný napadnutým rozhodnutím zo dňa 25.05.2015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070611 z 20.06.2011 od dodávateľa DREVO DM s.r.o., predmetom ktorej bola kosačka a obracačka. Ďalej poukázal na výsledky preverovania oprávnenosti uplatneného odpočtu dane a dokazovanie vykonané správcom dane počas daňovej kontroly. Správca dane zdaniteľný obchod deklarovaný predmetnou faktúrou preveroval u dodávateľa, pričom ako svedka vypočul J. J.. Poukázal na obsah jeho výpovede. Ďalej poukázal na zistenia získané prostredníctvom dožiadaného správcu dane, ako aj zo spisov daňovej kontroly vykonanej u spoločnosti DREVO DM s.r.o. a KEVOLA s.r.o. (dodávateľ spoločnosti DREVO DM). Pri výkone daňovej kontroly správca dane využil informácie a zistenia PPZ Banská Bystrica týkajúce sa spoločnosti KALIPO s.r.o. a KEVOLA s.r.o. a to výsluch svedkov - bývalých konateľov spoločnosti KALIPO s.r.o. L. K. a M. X. a spoločnosti KEVOLA s.r.o. Š. U., ako aj účtovníčky tejto spoločnosti M. A. a poukázal na obsah týchto výpovedí. Uvedené výsluchy boli vykonané policajnými orgánmi.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rozhodnutie z 10.02.2014 trpelo uvedenou vadou, avšak žalovaný predmetné rozhodnutie zrušil a vec vrátil na ďalšie konanie, pričom správca dane vykonal vyrubovacie konanie a postupoval v súlade so zákonom, pričom opravil pochybenia zistené odvolacím orgánom. Vo vzťahu k námietke týkajúcej sa prerušenia daňovej kontroly žalovaný uviedol, že daňová kontrola bola prerušená z dôvodu, že sa začalo konanie o inej skutočnosti rozhodujúcej na vydanie rozhodnutia, čo vyplýva z rozhodnutia správcu dane o prerušení daňovej kontroly z 23.08.2013. Správca dane zaslal žiadosť o MVI cca 1 mesiac po začatí daňovej kontroly, pričom pre výkon daňovej kontroly bolo nutné, aby správca dane mohol pokračovať v nevyhnutných úkonoch daňovej kontroly, a preto kontrolu neprerušil ihneď po odoslaní žiadosti o MVI. Daňový poriadok v § 61 ods. 1 písm. b/ umožňuje, nie prikazuje kontrolu prerušiť. V rozhodnutí o prerušení daňovej kontroly je uvedené, že správca dane bude pokračovať v kontrole, len čo pominú dôvody, pre ktoré sa kontrola prerušila, do doručenia odpovede na žiadosť o MVI správcovi dane. Prerušenie daňovej kontroly podľa žalovaného nebolo účelové. K námietke žalobcu, že správca dane začal vyrubovacie konanie neoprávnene v rozpore s § 68 ods. 1 Daňového poriadku z dôvodu prekročenia zákonnej lehoty na výkon daňovej kontroly žalovaný uviedol, že správca dane sa vo vyrubovacom konaní riadil Nálezom Ústavného súdu SR ÚS 24/2010 a z dôvodu prekročenia maximálnej dĺžky trvania kontroly v daňovom konaní nepoužil protokol z daňovej kontroly ako zákonne získaný dôkazný prostriedok vo vyrubovacom konaní. Aj keď nebola dodržaná lehota na výkon daňovej kontroly, neznamená to, že kontrola nebola začatá. Keďže daňová kontrola bola začatá v súlade so zákonom, nemožno vysloviť záver, že kontrola nebola začatá a vykonaná. Daňová kontrola začala v súlade s Daňovým poriadkom, a preto ju správca dane musel ukončiť a to aj napriek tomu, že nebola dodržaná lehota na jej vykonanie. Poukázal na § 46 ods. 9 písm. a/ Daňového poriadku, podľa ktorého je daňová kontrola ukončená dňom doručenia Protokolu. Zamestnanci správcu dane boli preto povinní vyhotoviť protokol z kontroly. Z dôvodu, že Protokol z 13.01.2014 bol s nálezom, t.j. kontrolou sa zistil rozdiel v sume dane, správca dane zaslal predmetný protokol spolu s výzvou zo dňa 13.01.2014 žalobcovi na vyjadrenie sa k zisteniam uvedeným v Protokole, pričom Protokol a výzva boli zástupcovi žalobcu doručené 13.01.2014. Žalobca mal právo predložiť správcovi dane do 15 dní od doručenia výzvy vyjadrenie k zisteniam uvedeným v Protokole písomne, žalobca ani jeho zástupca písomné vyjadrenie nepodali. Deň určený na predloženie písomného vyjadrenia uplynul 03.02.2014, o čom správca dane spísal úradný záznam 05.02.2014. Následne podľa § 68 ods. 1 Daňového poriadku nasledujúci deň po doručení protokolu s výzvou začalo vyrubovacie konanie, ktoré musí byť podľa žalovaného ukončené vydaním rozhodnutia. Z dôvodu, že daňová kontrola nebola ukončená v zákonnej lehote, Protokol z tejto kontroly nebol podkladom pre vydanie nového rozhodnutia. Vo vyrubovacom konaní sa správca dane o tento protokol nijako neopiera a v rozhodnutí sa naň neodvoláva. Správca dane vo vyrubovacom konaní doplnil existujúce dôkazy, vykonal všetky potrebné dôkazy vo vyrubovacom konaní. Všetky dôkazy získané počas kontroly, ktoré boli zhrnuté v Protokole, boli získané v zákonom stanovenej ročnej lehote na výkon daňovej kontroly, a preto ich správca dane podľa žalovaného mohol použiť ako dôkazy vo vyrubovacom konaní, nakoľko nimi bolo možné zistiť a objasniť skutočnosti rozhodujúce pre správne určenie dane a nie sú podľa žalovaného získané v rozpore so zákonom. Žalovaný vyvodil záver, že tieto dôkazy z dôvodu nedodržania lehoty na výkon daňovej kontroly nemožno považovať za nezákonné. Žalovaný sa vysporiadal v odôvodnení napadnutého rozhodnutia s odvolacími námietkami žalobcu a uzavrel, že na základe preverovaní pri daňovej kontrole a vo vyrubovacom konaní nebolo preukázané, že tovar deklarovaný preverovanou dodávateľskou faktúrou, z ktorej si žalobca uplatnil odpočítanie dane, bol reálne dodaný dodávateľom DREVO DM s.r.o. pre žalobu, čím nebol preukázaný vznik daňovej povinnosti u deklarovaného dodávateľa DREVO DM s.r.o. v zmysle § 19 ods. 2 Zákona o DPH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t.j. aj zápisnice o výsluchu svedkov získané PPZ.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vykonaným dokazovaním správcu dane spochybnil reálne dodanie tovaru od dodávateľa DREVO DM s.r.o. pre žalobcu. Žalobca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331/2011 Z.z.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máj 2012)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1100301/1/225300/2014/4989 zo dňa 13.05.2014,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máj 2012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sám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