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20Sd/240/2015 z 15. 3. 2016</w:t>
      </w:r>
    </w:p>
    <w:p>
      <w:r>
        <w:t>Rozsudok Krajského súdu Banská Bystrica z 15. marca 2016, sp. zn. 20Sd/240/2015, ECLI:SK:KSBB:2016:6015201075.1</w:t>
      </w:r>
    </w:p>
    <w:p>
      <w:r>
        <w:t>Súd: Krajský súd Banská Bystrica</w:t>
      </w:r>
    </w:p>
    <w:p>
      <w:r>
        <w:t>Spisová značka: 20Sd/240/2015</w:t>
      </w:r>
    </w:p>
    <w:p>
      <w:r>
        <w:t>ECLI: ECLI:SK:KSBB:2016:6015201075.1</w:t>
      </w:r>
    </w:p>
    <w:p>
      <w:r>
        <w:t>Dátum vydania: 15. 3. 2016</w:t>
      </w:r>
    </w:p>
    <w:p>
      <w:r>
        <w:t>Forma: Rozsudok</w:t>
      </w:r>
    </w:p>
    <w:p>
      <w:r>
        <w:t>Oblasť práva: Správne právo</w:t>
      </w:r>
    </w:p>
    <w:p>
      <w:pPr>
        <w:pStyle w:val="Heading2"/>
      </w:pPr>
      <w:r>
        <w:t>Text rozhodnutia</w:t>
      </w:r>
    </w:p>
    <w:p>
      <w:r>
        <w:t>Súd: Krajský súd Banská Bystrica Spisová značka: 20Sd/240/2015 Identifikačné číslo súdneho spisu: 6015201075 Dátum vydania rozhodnutia: 16. 03. 2016 Meno a priezvisko sudcu, VSÚ: JUDr. Jarmila Badíková ECLI: ECLI:SK:KSBB:2016:6015201075.1 ROZSUDOK V MENE SLOVENSKEJ REPUBLIKY Krajský súd v Banskej Bystrici v konaní samosudkyňou JUDr. Jarmilou Badíkovou v právnej veci navrhovateľky: M. V., nar. X. F. XXXX, bytom B. XX, XXX XX B. B., proti odporkyni: Sociálna poisťovňa, ústredie, ul. 29. augusta č. 8, 813 63 Bratislava, o preskúmanie rozhodnutia o invalidnom dôchodku takto r o z h o d o l : Rozhodnutie odporkyne č. XXX XXX XXXX X zo dňa 18. apríla 2015 z r u š u j e podľa § 250l ods. 2 a § 250j ods. 2 písm. c/, d/ O.s.p. a vec vracia odporkyni na ďalšie konanie. Navrhovateľke nepriznáva právo na náhradu trov konania. o d ô v o d n e n i e : Odporkyňa rozhodnutím č. XXX XXX XXXX X z 18.04.2015 podľa § 73 zákona č. 461/2003 Z. z. o sociálnom poistení v znení neskorších predpisov /zsp/ zamietla žiadosť navrhovateľky o zvýšenie invalidného dôchodku. Odporkyňa v odôvodnení rozhodnutia okrem iného uviedla, že podľa posudku posudkového lekára SP pobočka Banská Bystrica zo dňa 25.03.2015 u navrhovateľky je miera poklesu schopnosti vykonávať zárobkovú činnosť určená na 50 % v porovnaní so zdravou fyzickou osobou. Navrhovateľka podala proti tomuto rozhodnutiu v zákonom stanovenej lehote návrh na preskúmanie s odvolaním sa na zlý zdravotný stav a predložila súdu kópie lekárskych nálezov. Navrhovateľka namietla posúdenie jej zdravotného stavu posudkovým lekárom F.. O., ktorý sa správal nevhodne. Tiež jej s úsmevom povedal , že určite jej nejaký liek pomôže a potom jej môžu invalidný dôchodok aj znížiť a že zvýšiť ho nemôže, lebo by jej musel dať 75 %. Navrhovateľka tento jeho postoj pociťovala ako nemiestnu iróniu. Tiež uviedla, že z dôvodu zhoršeného psychického stavu bola opäť hospitalizovaná vo G. G. na psychiatrickom oddelení od 14.04. do 13.05.2015. Odporkyňa v písomnom stanovisku zo dňa 07.09.2015 uviedla právne a skutkové dôvody, pre ktoré žiadala napadnuté rozhodnutie potvrdiť ako vecne správne. Krajský súd preskúmal napadnuté rozhodnutie a postup odporkyne pred jeho vydaním na pojednávaní dňa 16.03.2016 v zmysle § 250l OSP, oboznámil sa s pripojenými listinnými dôkazmi, vypočul odporkyňu a navrhovateľku a dospel k záveru, že napadnuté rozhodnutie je potrebné zrušiť a vec vrátiť odporkyni na ďalšie konanie. Navrhovateľka na pojednávaní trvala na dôvodoch uvedených v podanom opravnom prostriedku a z dôvodu, že sa jej zle vyjadruje predložila súdu písomné stanovisko a ďalšie lekárske nálezy. Navrhovateľka v stanovisku uviedla, že jej stavy úzkosti sa stále prehlbujú a ťažko sa z toho dostáva. Tieto stavy prichádzajú nečakane a väčšinou tomu nič nepredchádza. Sú veľmi zlé a pretrvávajú oveľa dlhšie. Odporkyňa na pojednávaní sa plne pridržiavala písomného stanoviska zo dňa 7.9.2015 v zmysle záverov ktorého žiadala napadnuté rozhodnutie ako zákonné a vecne správne potvrdiť na dnešnom pojednávaní bez vykonania ďalšieho dokazovania. Poukázala na posudky posudkových lekárov jednak na pobočke ako aj posudok posudkovej lekárky ústredia, ktoré sú podrobne vyargumentované a objektívne presvedčivo zhodnotili zdravotný stav navrhovateľky.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navrhovateľky opätovne posúdený posudkovou lekárkou SP-ú so sídlom v Banskej Bystrici v posudku zo dňa 25.08.2015 so záverom, že je invalidná s 50 % mierou poklesu schopnosti vykonávať zárobkovú činnosť. Posudková lekárka ako rozhodujúce zdravotné postihnutie uviedla duševné choroby a poruchy správania, poruchy nálad, depresívne, periodické - ťažké formy, kapitola V, položka 3, písm. b/. V posudku boli ďalej uvedené nasledujúce choroby recidivujúca depresívna poruchy, bolesť chrbta - dorzalgia. Posudková lekárka v celkovom posudku uviedla, že navrhovateľka bola uznaná za invalidnú od 12.2.2013 pre recidivujúcu depresívnu poruchu ťažkú formu, bez psychotických prejavov. V kontinuálnej liečbe psychiatra je od r. 2012 pre depresívne epizódy, ktoré napriek liečbe antidepresívami nemali tendenciu zlepšovania sa. Prvýkrát hospitalizovaná v psychiatrickom stacionári od 3.10.2012 do 30.10.2012. Vtedy išlo o epizódu ťažkej hlbokej depresie. Opakované zhoršenie depresie v 04/2013, kedy si stav vyžadoval hospitalizáciu v psychiatrickom stacionári pre dekompenzáciu. K zmene ochorenia pri hodnotení psychiatrom nedošlo, naďalej bol stav hodnotený ako epizóda ťažkej depresie. V 03/2013 bola vyšetrená aj psychológom, kde psychológ hodnotí B. skóre pre depresiu ako zhoršené z XX na XX bodov. Stav bol v ambulantnej starostlivosti, kompenzovaný až do 12/2013, kedy došlo k strate Q., k úmrtiu X. a u L. sa zistila F. U., čo viedlo k zhoršeniu jej psychického stavu a vyžiadalo si tretiu hospitalizáciu v dennom psychiatrickom stacionári od 5.5.2014 do 30.5.2014. Pred hospitalizáciou bola vyšetrená psychológom, ktorý v závere stav hodnotil ako úzkostne-depresívnu poruchu ťažkého stupňa. Posledná hospitalizácia v psychiatrickom stacionári od 14.4.2015 do 13.5.2015 pre ťažkú recidivujúcu depresívnu poruchu - ťažkú epizódu bez psychotických príznakov. V popredí ťažkostí bola úzkostne-depresívna nálada, obavnosť, hypobúlia a prchavé suicidálne myšlienky. Po preštudovaní predloženej psychiatrickej dokumentácie, vrátane psychologických vyšetrení môžem konštatovať, že jej zdravotný stav sa od r. 2013 výraznejšie nezhoršil. Pretrváva epizóda ťažkej depresie, ktorá je recidivujúca, so zhoršením na jar a na jeseň, pri ktorej je miera poklesu schopnosti vykonávať zárobkovú činnosť 50 %. Dolnú hranicu percentuálneho rozpätia ponecháva naďalej nakoľko sa jedná o ťažkú depresívnu periodickú poruchu, ale zatiaľ bez bludov s paranoidným alebo perzekučným obsahom, bez halucinácií, nihilizmu a depresívneho stuporu. Ochorenie chrbtice pri degeneratívnych zmenách na stavcoch a medzistavcových platničkách je posudkovo nezávažné. V 06/2015 bola vyšetrená ortopédom pre bolesti v pravom ramene. Mala urobené vyšetrenie pravého ramena magnetickou rezonanciou, ktorá potvrdila akromioklavikulárnu artrózu. Ochorenie chrbtice a pravého ramena nezvyšujú mieru poklesu schopnosti vykonávať zárobkovú činnosť. Posudková lekárka v pracovnej rekomandácii uviedla, že môže vykonávať prácu len v prostredí bez nadmernej psychickej záťaže, nevhodná je práca na nočné zmeny, práca na úkol, pomocné administratívne práce, jednoduché manuálne práce.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Súd z prepúšťacej správy z poslednej hospitalizácie navrhovateľky v čase od 14.04.2015 do 13.05.2015 zistil, že navrhovateľka trpí na diagnózu: F33.2 - recidivujúca depresívna porucha, terajšia ťažká epizóda bez, psychotických príznakov so záverom, že schopnosť navrhovateľky vykonávať zárobkovú činnosť je výrazne redukovaná. Súd z posledného psychiatrického vyšetrenia navrhovateľky zo dňa 11.03.2016 zistil, že u navrhovateľky prevláda nálada depresívna, apatická, anhedonia, apatia, pocity insuficiencie, pocity manejcennosti, sebaobviňovanie, prchavé sui myšlienky, neschopnosť vyjadriť svoje emócie, myslenie orientované na somatické ťažkosti a psychické ťažkosti, výrazne ovplyvnené masívnou anxietou a depresívitou, B. zhoršený na XX bodov, znížená frustračná tolerancia, vysoké riziko sui konania aj pozitívna rodinná anamnéza, stav po dokonanom suicídiu u Q., vo vnímaní sluchové halucinatorne zážitky, v spávaní redukcia záujm. sféry aj iniciatívy, zhoršenie sociálnej izolácie, organické zmeny CNS, neverbálne schopnosti znížené. Stav zhoršený, trvalý, po opakovaných zmenách psychofarmakoterapie, tiež opakovaných hospitalizáciách, pacientka nie je spôsobilá sa zamestnať. Diagnóza F06.32 - ťažká depresívna porucha, organická, F33.2, F04, F06.9. Súd z psychologického vyšetrenia zo dňa 17.06.2016 zistil, že výsledky tohto vyšetrenia svedčia pre organické zmeny CNS, neverbálne intelektové schopnosti sú znížené do hraničného pásma MR, oslabená je koncentrácia pozornosti, spomalené psychomotorické tempo. Zvýraznené je úzkostne depresívne prežívanie, došlo k prehĺbeniu autoakuzácie, ukazovatele senzitivity, zvýšené intrapsychotické napätie, značne sa sústreďuje na somatickú oblasť, cíti sa byť celkom bezcenná, frustračná tolerancia je nízka, prítomné je zvýšené riziko sui konania. Sociálna adaptabilita pacientky je významne oslabená, dochádza k sociálnej izolácii, strate záujmu o okolie. Pracovný potenciál pacientky je nepriaznivý, nie je predpoklad návratu pracovných schopností. Posudkoví lekári toto duševné ochorenie navrhovateľky posúdili naďalej na dolnej hranici percentuálneho rozpätia z dôvodov, že ťažká depresívna periodická porucha /psychiater uvádza ťažká depresívna porucha organická/ je zatiaľ bez bludov s paranoidným alebo perzekučným obsahom, bez halucinácií, nihilizmu a depresívneho stuporu. Ďalším dôvodom bolo tvrdenie posudkových lekárov, že zdravotný stav navrhovateľky sa od roku 2013 výraznejšie nezhoršil. Všeobecné posudkové hľadisko uvedené pri kapitole V - duševné choroby a poruchy správania uvádza, že pri stanovení poklesu schopnosti zárobkovej činnosti je potrebné prihliadnuť na vývoj osobnosti v afektívnej, emocionálnej oblasti, na schopnosti adaptácie, na vplyvy prostredia, možnosti pracovného a sociálneho zaradenia. Navrhovateľka je od roku 2012 až do roku 2015 každý rok hospitalizovaná na psychiatrickom oddelení pre zlý psychický stav. Psychiater aj psychológ uvádzajú, že zdravotný stav navrhovateľky je taký nepriaznivý, ktorý jej neumožňuje vykonávať akúkoľvek prácu. Pokiaľ ide o pridružené ochorenia posudkoví lekári konštatovali, že tieto u navrhovateľky nezvyšujú mieru poklesu schopnosti vykonávať zárobkovú činnosť. Súd z nálezu z algeziologickej ambulancie zo dňa 29.10.2015 zistil, že navrhovateľka bola v roku 2005 liečená na tejto amb. Ako postpunkčné bolesti hlavy po hysterektómii; 10/2013 MR LS chrbtice: osteochondróza L5-S1, bulging disk L4-5, protrúzia disku L5-S1, MR SI zhybov: susp. incip. akútne známky sakroielitídy vo ventrálnej časti SI zhybu vľavo. Incipientná SI artróza obojstranne, 2/2014 reumatológ popisuje generalizovanú osteoartritídu s VAS, 3/2015 aj spondylartritídu s SI tídou, 11/2014 neurológ popisuje: VAS cervikálny s hrubou poruchou dynamiky chrbtice, 11/2014 RTG C chrbtice: spondylosis deformans cervicalis- unkovertebralis stredne pokročilého stupňa s prevahou zmien v segmentoch C4-6 (predpokladá aj obturácia neuroforamin najmä v segmente C5-6). 8/2015 MR ramena l.dx: subakromiálny impingement sy s parc. léziou šľachy m. supraspinatus, pokročilá akromioklavikulárna artróza, 8/2015 psychiater popisuje nespavosť, recidivujúcu depresívnu poruchu, nastavená na liečbu M., E., K., 9/2015 ortopéd popisuje chronický PHS l.dx, indikované je operačné riešenie pacientka nie je rozhodutá, dopor. visosuplementácia. Z vykonaného dokazovania súd mal preukázané, že v danej veci neprebehlo konanie v zmysle § 195 a nasl. zákona č. 461/2003 Z. z. o sociálnom poistení zdravotný stav navrhovateľky nebol posúdený objektívne, komplexne a presvedčivo v zmysle § 71 zákona č. 461/2003 Z. z. o sociálnom poistení, závery posudkov sú v príkrom rozpore so závermi odborných lekárov. Na základe takto vykonaného posúdenia zákonnosti súd napadnuté rozhodnutie zrušil podľa § 250l ods. 2 a § 250j ods. 2 písm. c/, d/ OSP, vec vrátil na ďalšie konanie, v ktorom odporkyňa zabezpečí opätovné posúdenie zdravotného stavu navrhovateľky v zmysle záverov tohto rozhodnutia v prítomnosti prísediaceho lekára psychiatra aj v zmysle § 71 ods. 8 zsp a vo veci rozhodne a rozhodnutie riadne odôvodní.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https://www.kauzis.sk/judikatura/r/ECLI:SK:KSBB:2016:6015201075.1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