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23S/136/2015 z 10. 4. 2016</w:t>
      </w:r>
    </w:p>
    <w:p>
      <w:r>
        <w:t>Opravné uznesenie Krajského súdu Banská Bystrica z 10. apríla 2016, sp. zn. 23S/136/2015, ECLI:SK:KSBB:2016:6015201079.2</w:t>
      </w:r>
    </w:p>
    <w:p>
      <w:r>
        <w:t>Súd: Krajský súd Banská Bystrica</w:t>
      </w:r>
    </w:p>
    <w:p>
      <w:r>
        <w:t>Spisová značka: 23S/136/2015</w:t>
      </w:r>
    </w:p>
    <w:p>
      <w:r>
        <w:t>ECLI: ECLI:SK:KSBB:2016:6015201079.2</w:t>
      </w:r>
    </w:p>
    <w:p>
      <w:r>
        <w:t>Dátum vydania: 10.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23S/136/2015 Identifikačné číslo súdneho spisu: 6015201079 Dátum vydania rozhodnutia: 11. 04. 2016 Meno a priezvisko sudcu, VSÚ: JUDr. Drahomíra Mikulajová ECLI: ECLI:SK:KSBB:2016:6015201079.2 Opravné uznesenie Krajský súd v Banskej Bystrici v právnej veci žalobcu: E. L. HORAL, Klastava 67, 969 01 Baďan, IČO: 32 030 983, právne zastúpeného JUDr. Jánom Krnáčom, advokátom so sídlom advokátskej kancelárie Nám. SNP 70/36, 960 01 Zvolen, proti žalovanému: Národný inšpektorát práce, Masarykova 10, 040 01 Košice, o preskúmanie zákonnosti rozhodnutia žalovaného sp. zn.: OPS/BEZ/2015/3545, O-218/2015 zo dňa 09.07.2015, takto r o z h o d o l : I. Rozsudok Krajského súdu č.k. 23S/136/2015-67 zo dňa 25. novembra 2015 opravuje v časti záhlavia „o preskúmanie zákonnosti rozhodnutia žalovaného sp. zn.: OPS/BEZ/2015/35450-218/2015 zo dňa 09.07.2015“ tak, že správne označenie preskúmavaného rozhodnutia znie: „o preskúmanie zákonnosti rozhodnutia žalovaného sp. zn.: OPS/BEZ/2015/3545, O-218/2015 zo dňa 09.07.2015“. II. Zároveň predseda senátu opravuje zápisnicu z pojednávania č. k. 23S/136/2015-64 zo dňa 25.11.2015 v označení člena senátu JUDr. Michal Segeč a v označení preskúmavaného rozhodnutia č. OPS/BEZ/2015/35450-218/2015 tak, že správne označenie člena senátu je JUDr. Milan Segeč a správne označenie preskúmavaného rozhodnutia je OPS/BEZ/2015/3545, O-218/2015. o d ô v o d n e n i e : Rozsudkom č.k. 23S/136/2015-67 zo dňa 25.11.2015 Krajský súd v Banskej Bystrici rozhodol tak, že žalobu žalobcu zamietol. Žalobcovi náhradu trov konania nepriznal. Predmetom preskúmania súdom bolo rozhodnutie žalovaného sp. zn. OPS/BEZ/2015/3545, O-218/2015 zo dňa 09.07.2015. V záhlaví predmetného rozsudku bolo však nesprávne uvedené číslo rozhodnutia žalovaného OPS/BEZ/2015/35450-218/2015 zo dňa 09.07.2015. Pri vyhotovovaní písomného rozsudku došlo teda k chybe pri písomnom vyhotovení v tom, že bolo nesprávne uvedené číslo rozhodnutia žalovaného OPS/BEZ/2015/35450-218/2015 zo dňa 09.07.2015. Súd zároveň zistil, že aj v zápisnici z pojednávania č. k. 23S/136/2015-64 zo dňa 25.11.2015 je nesprávne uvedené meno člena senátu JUDr. Michal Segeč a označenie preskúmavaného rozhodnutia č. OPS/BEZ/2015/35450-218/2015, pričom správne meno člena senátu JUDr. Milan Segeč a označenie preskúmavaného rozhodnutia č. OPS/BEZ/2015/3545, O-218/2015. Podľa § 164 O.s.p., súd kedykoľvek, aj bez návrhu opraví v rozsudku chyby v písaní a počítaní, ako aj iné zrejmé nesprávnosti. O oprave vydá opravné uznesenie, ktoré doručí účastníkom. Podľa § 40 ods. 3 veta prvá O.s.p., predseda senátu alebo samosudca opraví v zápisnici chyby v písaní a iné zrejmé nesprávnosti. Súd na základe skutočnosti, že pri písomnom vyhotovení rozsudku a pri písomnom vyhotovení zápisnice došlo k chybe pri písaní postupoval podľa citovaných ustanovení a chyby, ktoré nastali pri písomnom vyhotovení predmetného rozsudku a zápisnice opravil týmto opravným uznesením. Toto rozhodnutie prijal senát krajského súdu pomerom hlasov 3 : 0. Toto rozhodnutie prijal senát krajského súdu pomerom hlasov 3 : 0. Poučenie: Proti tomuto uzneseniu možno podať odvolanie v lehote 15 dní od jeho doručenia. Odvolanie sa podáva písomne v dvoch vyhotoveniach cestou krajského súdu na Najvyšší súd SR. Odvolanie je možné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https://www.kauzis.sk/judikatura/r/ECLI:SK:KSBB:2016:6015201079.2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